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934" w:rsidRPr="004B4DDF" w:rsidRDefault="00392934" w:rsidP="004B4DDF">
      <w:pPr>
        <w:tabs>
          <w:tab w:val="left" w:pos="2835"/>
          <w:tab w:val="left" w:pos="5670"/>
          <w:tab w:val="left" w:pos="8222"/>
        </w:tabs>
        <w:spacing w:after="0" w:line="240" w:lineRule="auto"/>
        <w:rPr>
          <w:rFonts w:ascii="Times New Roman" w:hAnsi="Times New Roman" w:cs="Times New Roman"/>
          <w:b/>
          <w:sz w:val="24"/>
          <w:szCs w:val="24"/>
        </w:rPr>
      </w:pPr>
      <w:r w:rsidRPr="004B4DDF">
        <w:rPr>
          <w:rFonts w:ascii="Times New Roman" w:hAnsi="Times New Roman" w:cs="Times New Roman"/>
          <w:b/>
          <w:sz w:val="24"/>
          <w:szCs w:val="24"/>
        </w:rPr>
        <w:t xml:space="preserve">                                                CÂU HỎI ÔN TẬP GIỮA KỲ I-2026</w:t>
      </w:r>
    </w:p>
    <w:p w:rsidR="00D059B4" w:rsidRPr="004B4DDF" w:rsidRDefault="00B4609D" w:rsidP="004B4DDF">
      <w:pPr>
        <w:tabs>
          <w:tab w:val="left" w:pos="2835"/>
          <w:tab w:val="left" w:pos="5670"/>
          <w:tab w:val="left" w:pos="8222"/>
        </w:tabs>
        <w:spacing w:after="0" w:line="240" w:lineRule="auto"/>
        <w:rPr>
          <w:rFonts w:ascii="Times New Roman" w:hAnsi="Times New Roman" w:cs="Times New Roman"/>
          <w:b/>
          <w:sz w:val="24"/>
          <w:szCs w:val="24"/>
        </w:rPr>
      </w:pPr>
      <w:r w:rsidRPr="004B4DDF">
        <w:rPr>
          <w:rFonts w:ascii="Times New Roman" w:hAnsi="Times New Roman" w:cs="Times New Roman"/>
          <w:b/>
          <w:sz w:val="24"/>
          <w:szCs w:val="24"/>
        </w:rPr>
        <w:t xml:space="preserve">PHẦN I. Câu trắc nghiệm nhiều phương án lựa chọn. </w:t>
      </w:r>
    </w:p>
    <w:p w:rsidR="008267A0" w:rsidRPr="004B4DDF" w:rsidRDefault="004B4DDF" w:rsidP="004B4DDF">
      <w:pPr>
        <w:tabs>
          <w:tab w:val="left" w:pos="2835"/>
          <w:tab w:val="left" w:pos="5670"/>
          <w:tab w:val="left" w:pos="8222"/>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Câu 1 </w:t>
      </w:r>
      <w:r w:rsidR="00B4609D" w:rsidRPr="004B4DDF">
        <w:rPr>
          <w:rFonts w:ascii="Times New Roman" w:hAnsi="Times New Roman" w:cs="Times New Roman"/>
          <w:sz w:val="24"/>
          <w:szCs w:val="24"/>
        </w:rPr>
        <w:t>Chất nào sau đây là ester no, đơn chức, mạch hở đơn giản nhất?</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CH3COOCH3.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B. HCOOCH3.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C. HCOOC2H5.            </w:t>
      </w:r>
      <w:r w:rsidR="004B4DDF">
        <w:rPr>
          <w:rFonts w:ascii="Times New Roman" w:hAnsi="Times New Roman" w:cs="Times New Roman"/>
          <w:sz w:val="24"/>
          <w:szCs w:val="24"/>
        </w:rPr>
        <w:tab/>
      </w:r>
      <w:r w:rsidRPr="004B4DDF">
        <w:rPr>
          <w:rFonts w:ascii="Times New Roman" w:hAnsi="Times New Roman" w:cs="Times New Roman"/>
          <w:sz w:val="24"/>
          <w:szCs w:val="24"/>
        </w:rPr>
        <w:t>D. CH3COOC2H5.</w:t>
      </w:r>
    </w:p>
    <w:p w:rsidR="008267A0" w:rsidRPr="004B4DDF" w:rsidRDefault="004B4DDF" w:rsidP="004B4DDF">
      <w:pPr>
        <w:tabs>
          <w:tab w:val="left" w:pos="2835"/>
          <w:tab w:val="left" w:pos="5670"/>
          <w:tab w:val="left" w:pos="8222"/>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Câu 2 </w:t>
      </w:r>
      <w:r w:rsidR="00B4609D" w:rsidRPr="004B4DDF">
        <w:rPr>
          <w:rFonts w:ascii="Times New Roman" w:hAnsi="Times New Roman" w:cs="Times New Roman"/>
          <w:sz w:val="24"/>
          <w:szCs w:val="24"/>
        </w:rPr>
        <w:t>Phản ứng xà phòng hóa chất béo luôn sinh ra sản phẩm nào sau đây?</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Ethanol.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B. Ethylene glycol.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C. Glycerol.            </w:t>
      </w:r>
      <w:r w:rsidR="004B4DDF">
        <w:rPr>
          <w:rFonts w:ascii="Times New Roman" w:hAnsi="Times New Roman" w:cs="Times New Roman"/>
          <w:sz w:val="24"/>
          <w:szCs w:val="24"/>
        </w:rPr>
        <w:tab/>
      </w:r>
      <w:r w:rsidRPr="004B4DDF">
        <w:rPr>
          <w:rFonts w:ascii="Times New Roman" w:hAnsi="Times New Roman" w:cs="Times New Roman"/>
          <w:sz w:val="24"/>
          <w:szCs w:val="24"/>
        </w:rPr>
        <w:t>D. Methanol.</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3 Hóa chất chủ đạo trong ngành công nghiệp sản xuất xà phòng bánh thông dụng là gì?</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NaOH.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B. KOH.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 C. NaCl.           </w:t>
      </w:r>
      <w:r w:rsidR="004B4DDF">
        <w:rPr>
          <w:rFonts w:ascii="Times New Roman" w:hAnsi="Times New Roman" w:cs="Times New Roman"/>
          <w:sz w:val="24"/>
          <w:szCs w:val="24"/>
        </w:rPr>
        <w:tab/>
      </w:r>
      <w:r w:rsidRPr="004B4DDF">
        <w:rPr>
          <w:rFonts w:ascii="Times New Roman" w:hAnsi="Times New Roman" w:cs="Times New Roman"/>
          <w:sz w:val="24"/>
          <w:szCs w:val="24"/>
        </w:rPr>
        <w:t>D. Na2SO4.</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4 </w:t>
      </w:r>
      <w:r w:rsidR="004B4DDF">
        <w:rPr>
          <w:rFonts w:ascii="Times New Roman" w:hAnsi="Times New Roman" w:cs="Times New Roman"/>
          <w:sz w:val="24"/>
          <w:szCs w:val="24"/>
        </w:rPr>
        <w:t>.</w:t>
      </w:r>
      <w:r w:rsidRPr="004B4DDF">
        <w:rPr>
          <w:rFonts w:ascii="Times New Roman" w:hAnsi="Times New Roman" w:cs="Times New Roman"/>
          <w:sz w:val="24"/>
          <w:szCs w:val="24"/>
        </w:rPr>
        <w:t>Phần lớn phân tử cellulose được cấu tạo từ các đơn vị mắt xích nào?</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α-glucose.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B. β-glucose.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 C. Fructose.            </w:t>
      </w:r>
      <w:r w:rsidR="004B4DDF">
        <w:rPr>
          <w:rFonts w:ascii="Times New Roman" w:hAnsi="Times New Roman" w:cs="Times New Roman"/>
          <w:sz w:val="24"/>
          <w:szCs w:val="24"/>
        </w:rPr>
        <w:tab/>
      </w:r>
      <w:r w:rsidRPr="004B4DDF">
        <w:rPr>
          <w:rFonts w:ascii="Times New Roman" w:hAnsi="Times New Roman" w:cs="Times New Roman"/>
          <w:sz w:val="24"/>
          <w:szCs w:val="24"/>
        </w:rPr>
        <w:t>D. Saccharose.</w:t>
      </w:r>
    </w:p>
    <w:p w:rsidR="008267A0" w:rsidRPr="004B4DDF" w:rsidRDefault="004B4DDF" w:rsidP="004B4DDF">
      <w:pPr>
        <w:tabs>
          <w:tab w:val="left" w:pos="2835"/>
          <w:tab w:val="left" w:pos="5670"/>
          <w:tab w:val="left" w:pos="8222"/>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Câu 5 . </w:t>
      </w:r>
      <w:r w:rsidR="00B4609D" w:rsidRPr="004B4DDF">
        <w:rPr>
          <w:rFonts w:ascii="Times New Roman" w:hAnsi="Times New Roman" w:cs="Times New Roman"/>
          <w:sz w:val="24"/>
          <w:szCs w:val="24"/>
        </w:rPr>
        <w:t>Saccharose tham gia được phản ứng nào sau đây ở điều kiện thường tạo dung dịch màu xanh lam?</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A. Phản ứng tráng bạ</w:t>
      </w:r>
      <w:r w:rsidR="004B4DDF">
        <w:rPr>
          <w:rFonts w:ascii="Times New Roman" w:hAnsi="Times New Roman" w:cs="Times New Roman"/>
          <w:sz w:val="24"/>
          <w:szCs w:val="24"/>
        </w:rPr>
        <w:t xml:space="preserve">c.           </w:t>
      </w:r>
      <w:r w:rsidRPr="004B4DDF">
        <w:rPr>
          <w:rFonts w:ascii="Times New Roman" w:hAnsi="Times New Roman" w:cs="Times New Roman"/>
          <w:sz w:val="24"/>
          <w:szCs w:val="24"/>
        </w:rPr>
        <w:t>B. Phản ứng vớ</w:t>
      </w:r>
      <w:r w:rsidR="004B4DDF">
        <w:rPr>
          <w:rFonts w:ascii="Times New Roman" w:hAnsi="Times New Roman" w:cs="Times New Roman"/>
          <w:sz w:val="24"/>
          <w:szCs w:val="24"/>
        </w:rPr>
        <w:t xml:space="preserve">i Cu(OH)2.   </w:t>
      </w:r>
      <w:r w:rsidR="004B4DDF">
        <w:rPr>
          <w:rFonts w:ascii="Times New Roman" w:hAnsi="Times New Roman" w:cs="Times New Roman"/>
          <w:sz w:val="24"/>
          <w:szCs w:val="24"/>
        </w:rPr>
        <w:tab/>
        <w:t>C. Pư với nước bromine.</w:t>
      </w:r>
      <w:r w:rsidR="004B4DDF">
        <w:rPr>
          <w:rFonts w:ascii="Times New Roman" w:hAnsi="Times New Roman" w:cs="Times New Roman"/>
          <w:sz w:val="24"/>
          <w:szCs w:val="24"/>
        </w:rPr>
        <w:tab/>
      </w:r>
      <w:r w:rsidRPr="004B4DDF">
        <w:rPr>
          <w:rFonts w:ascii="Times New Roman" w:hAnsi="Times New Roman" w:cs="Times New Roman"/>
          <w:sz w:val="24"/>
          <w:szCs w:val="24"/>
        </w:rPr>
        <w:t>D. Phản ứng thủy phân.</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6 </w:t>
      </w:r>
      <w:r w:rsidR="004B4DDF">
        <w:rPr>
          <w:rFonts w:ascii="Times New Roman" w:hAnsi="Times New Roman" w:cs="Times New Roman"/>
          <w:sz w:val="24"/>
          <w:szCs w:val="24"/>
        </w:rPr>
        <w:t>.</w:t>
      </w:r>
      <w:r w:rsidRPr="004B4DDF">
        <w:rPr>
          <w:rFonts w:ascii="Times New Roman" w:hAnsi="Times New Roman" w:cs="Times New Roman"/>
          <w:sz w:val="24"/>
          <w:szCs w:val="24"/>
        </w:rPr>
        <w:t>Amine nào sau đây ở trạng thái lỏng ở nhiệt độ phòng và rất độc?</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Methylamine.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B. Ethylamine.            </w:t>
      </w:r>
      <w:r w:rsidR="004B4DDF">
        <w:rPr>
          <w:rFonts w:ascii="Times New Roman" w:hAnsi="Times New Roman" w:cs="Times New Roman"/>
          <w:sz w:val="24"/>
          <w:szCs w:val="24"/>
        </w:rPr>
        <w:tab/>
      </w:r>
      <w:r w:rsidRPr="004B4DDF">
        <w:rPr>
          <w:rFonts w:ascii="Times New Roman" w:hAnsi="Times New Roman" w:cs="Times New Roman"/>
          <w:sz w:val="24"/>
          <w:szCs w:val="24"/>
        </w:rPr>
        <w:t>C. Dimethylamine.            D. Aniline.</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7 </w:t>
      </w:r>
      <w:r w:rsidR="004B4DDF">
        <w:rPr>
          <w:rFonts w:ascii="Times New Roman" w:hAnsi="Times New Roman" w:cs="Times New Roman"/>
          <w:sz w:val="24"/>
          <w:szCs w:val="24"/>
        </w:rPr>
        <w:t>.</w:t>
      </w:r>
      <w:r w:rsidRPr="004B4DDF">
        <w:rPr>
          <w:rFonts w:ascii="Times New Roman" w:hAnsi="Times New Roman" w:cs="Times New Roman"/>
          <w:sz w:val="24"/>
          <w:szCs w:val="24"/>
        </w:rPr>
        <w:t>Tính chất hóa học nổi bật và đặc trưng nhất của các amino acid là gì?</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Tính oxi hóa mạnh.            B. Tính khử mạnh.            </w:t>
      </w:r>
      <w:r w:rsidR="004B4DDF">
        <w:rPr>
          <w:rFonts w:ascii="Times New Roman" w:hAnsi="Times New Roman" w:cs="Times New Roman"/>
          <w:sz w:val="24"/>
          <w:szCs w:val="24"/>
        </w:rPr>
        <w:tab/>
      </w:r>
      <w:r w:rsidRPr="004B4DDF">
        <w:rPr>
          <w:rFonts w:ascii="Times New Roman" w:hAnsi="Times New Roman" w:cs="Times New Roman"/>
          <w:sz w:val="24"/>
          <w:szCs w:val="24"/>
        </w:rPr>
        <w:t>C. Tính lưỡng tính.            D. Tính acid mạnh.</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8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Trong các chất dưới đây, chất nào là glycine?</w:t>
      </w:r>
    </w:p>
    <w:p w:rsid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A. H</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N-CH</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 xml:space="preserve">-COOH.            </w:t>
      </w:r>
      <w:r w:rsidR="004B4DDF">
        <w:rPr>
          <w:rFonts w:ascii="Times New Roman" w:hAnsi="Times New Roman" w:cs="Times New Roman"/>
          <w:sz w:val="24"/>
          <w:szCs w:val="24"/>
        </w:rPr>
        <w:tab/>
      </w:r>
      <w:r w:rsidR="004B4DDF">
        <w:rPr>
          <w:rFonts w:ascii="Times New Roman" w:hAnsi="Times New Roman" w:cs="Times New Roman"/>
          <w:sz w:val="24"/>
          <w:szCs w:val="24"/>
        </w:rPr>
        <w:tab/>
      </w:r>
      <w:r w:rsidRPr="004B4DDF">
        <w:rPr>
          <w:rFonts w:ascii="Times New Roman" w:hAnsi="Times New Roman" w:cs="Times New Roman"/>
          <w:sz w:val="24"/>
          <w:szCs w:val="24"/>
        </w:rPr>
        <w:t>B. CH</w:t>
      </w:r>
      <w:r w:rsidRPr="004B4DDF">
        <w:rPr>
          <w:rFonts w:ascii="Times New Roman" w:hAnsi="Times New Roman" w:cs="Times New Roman"/>
          <w:sz w:val="24"/>
          <w:szCs w:val="24"/>
          <w:vertAlign w:val="subscript"/>
        </w:rPr>
        <w:t>3</w:t>
      </w:r>
      <w:r w:rsidRPr="004B4DDF">
        <w:rPr>
          <w:rFonts w:ascii="Times New Roman" w:hAnsi="Times New Roman" w:cs="Times New Roman"/>
          <w:sz w:val="24"/>
          <w:szCs w:val="24"/>
        </w:rPr>
        <w:t>-CH(NH</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 xml:space="preserve">)-COOH.            </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 H</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N-[CH</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w:t>
      </w:r>
      <w:r w:rsidRPr="004B4DDF">
        <w:rPr>
          <w:rFonts w:ascii="Times New Roman" w:hAnsi="Times New Roman" w:cs="Times New Roman"/>
          <w:sz w:val="24"/>
          <w:szCs w:val="24"/>
          <w:vertAlign w:val="subscript"/>
        </w:rPr>
        <w:t>4</w:t>
      </w:r>
      <w:r w:rsidRPr="004B4DDF">
        <w:rPr>
          <w:rFonts w:ascii="Times New Roman" w:hAnsi="Times New Roman" w:cs="Times New Roman"/>
          <w:sz w:val="24"/>
          <w:szCs w:val="24"/>
        </w:rPr>
        <w:t>-CH(NH</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 xml:space="preserve">)-COOH.            </w:t>
      </w:r>
      <w:r w:rsidR="004B4DDF">
        <w:rPr>
          <w:rFonts w:ascii="Times New Roman" w:hAnsi="Times New Roman" w:cs="Times New Roman"/>
          <w:sz w:val="24"/>
          <w:szCs w:val="24"/>
        </w:rPr>
        <w:tab/>
      </w:r>
      <w:r w:rsidRPr="004B4DDF">
        <w:rPr>
          <w:rFonts w:ascii="Times New Roman" w:hAnsi="Times New Roman" w:cs="Times New Roman"/>
          <w:sz w:val="24"/>
          <w:szCs w:val="24"/>
        </w:rPr>
        <w:t>D. HOOC-CH</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-CH(NH</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)-COOH.</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9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Cho các phát biểu về xà phòng và chất giặt rửa tổng hợp:</w:t>
      </w:r>
      <w:r w:rsidRPr="004B4DDF">
        <w:rPr>
          <w:rFonts w:ascii="Times New Roman" w:hAnsi="Times New Roman" w:cs="Times New Roman"/>
          <w:sz w:val="24"/>
          <w:szCs w:val="24"/>
        </w:rPr>
        <w:br/>
        <w:t>(a) Xà phòng làm từ mỡ lợn là chất giặt rửa tự nhiên.</w:t>
      </w:r>
      <w:r w:rsidRPr="004B4DDF">
        <w:rPr>
          <w:rFonts w:ascii="Times New Roman" w:hAnsi="Times New Roman" w:cs="Times New Roman"/>
          <w:sz w:val="24"/>
          <w:szCs w:val="24"/>
        </w:rPr>
        <w:br/>
        <w:t>(b) Chất giặt rửa tổng hợp có ưu điểm là dùng được trong nước cứng.</w:t>
      </w:r>
      <w:r w:rsidRPr="004B4DDF">
        <w:rPr>
          <w:rFonts w:ascii="Times New Roman" w:hAnsi="Times New Roman" w:cs="Times New Roman"/>
          <w:sz w:val="24"/>
          <w:szCs w:val="24"/>
        </w:rPr>
        <w:br/>
        <w:t>(c) Nước Javel là chất giặt rửa hữu cơ tổng hợp.</w:t>
      </w:r>
      <w:r w:rsidRPr="004B4DDF">
        <w:rPr>
          <w:rFonts w:ascii="Times New Roman" w:hAnsi="Times New Roman" w:cs="Times New Roman"/>
          <w:sz w:val="24"/>
          <w:szCs w:val="24"/>
        </w:rPr>
        <w:br/>
        <w:t>(d) Sodium lauryl sulfate là chất giặt rửa tổng hợp.</w:t>
      </w:r>
      <w:r w:rsidRPr="004B4DDF">
        <w:rPr>
          <w:rFonts w:ascii="Times New Roman" w:hAnsi="Times New Roman" w:cs="Times New Roman"/>
          <w:sz w:val="24"/>
          <w:szCs w:val="24"/>
        </w:rPr>
        <w:br/>
        <w:t>Số phát biểu đúng là:</w:t>
      </w:r>
      <w:r w:rsidR="0019674B">
        <w:rPr>
          <w:rFonts w:ascii="Times New Roman" w:hAnsi="Times New Roman" w:cs="Times New Roman"/>
          <w:sz w:val="24"/>
          <w:szCs w:val="24"/>
        </w:rPr>
        <w:t xml:space="preserve"> </w:t>
      </w:r>
      <w:r w:rsidRPr="004B4DDF">
        <w:rPr>
          <w:rFonts w:ascii="Times New Roman" w:hAnsi="Times New Roman" w:cs="Times New Roman"/>
          <w:sz w:val="24"/>
          <w:szCs w:val="24"/>
        </w:rPr>
        <w:t xml:space="preserve">A. 1.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B. 2.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C. 3.            </w:t>
      </w:r>
      <w:r w:rsidR="004B4DDF">
        <w:rPr>
          <w:rFonts w:ascii="Times New Roman" w:hAnsi="Times New Roman" w:cs="Times New Roman"/>
          <w:sz w:val="24"/>
          <w:szCs w:val="24"/>
        </w:rPr>
        <w:tab/>
      </w:r>
      <w:r w:rsidRPr="004B4DDF">
        <w:rPr>
          <w:rFonts w:ascii="Times New Roman" w:hAnsi="Times New Roman" w:cs="Times New Roman"/>
          <w:sz w:val="24"/>
          <w:szCs w:val="24"/>
        </w:rPr>
        <w:t>D. 4.</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10 </w:t>
      </w:r>
      <w:r w:rsidR="004B4DDF">
        <w:rPr>
          <w:rFonts w:ascii="Times New Roman" w:hAnsi="Times New Roman" w:cs="Times New Roman"/>
          <w:sz w:val="24"/>
          <w:szCs w:val="24"/>
        </w:rPr>
        <w:t>.</w:t>
      </w:r>
      <w:r w:rsidRPr="004B4DDF">
        <w:rPr>
          <w:rFonts w:ascii="Times New Roman" w:hAnsi="Times New Roman" w:cs="Times New Roman"/>
          <w:sz w:val="24"/>
          <w:szCs w:val="24"/>
        </w:rPr>
        <w:t>Khi tiến hành oxi hóa glucose bằng thuốc thử Tollens (AgNO</w:t>
      </w:r>
      <w:r w:rsidRPr="004B4DDF">
        <w:rPr>
          <w:rFonts w:ascii="Times New Roman" w:hAnsi="Times New Roman" w:cs="Times New Roman"/>
          <w:sz w:val="24"/>
          <w:szCs w:val="24"/>
          <w:vertAlign w:val="subscript"/>
        </w:rPr>
        <w:t>3</w:t>
      </w:r>
      <w:r w:rsidRPr="004B4DDF">
        <w:rPr>
          <w:rFonts w:ascii="Times New Roman" w:hAnsi="Times New Roman" w:cs="Times New Roman"/>
          <w:sz w:val="24"/>
          <w:szCs w:val="24"/>
        </w:rPr>
        <w:t>/NH</w:t>
      </w:r>
      <w:r w:rsidRPr="004B4DDF">
        <w:rPr>
          <w:rFonts w:ascii="Times New Roman" w:hAnsi="Times New Roman" w:cs="Times New Roman"/>
          <w:sz w:val="24"/>
          <w:szCs w:val="24"/>
          <w:vertAlign w:val="subscript"/>
        </w:rPr>
        <w:t>3</w:t>
      </w:r>
      <w:r w:rsidRPr="004B4DDF">
        <w:rPr>
          <w:rFonts w:ascii="Times New Roman" w:hAnsi="Times New Roman" w:cs="Times New Roman"/>
          <w:sz w:val="24"/>
          <w:szCs w:val="24"/>
        </w:rPr>
        <w:t>), phát biểu nào sau đây là SAI?</w:t>
      </w:r>
    </w:p>
    <w:p w:rsid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Sản phẩm hữu cơ thu được là ammonium gluconate.            </w:t>
      </w:r>
    </w:p>
    <w:p w:rsid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B. Thí nghiệm chứng minh glucose có tính chất của polyalcohol.            </w:t>
      </w:r>
    </w:p>
    <w:p w:rsid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 Sau phản ứng có lớp bạc kim loại bám trên thành ống nghiệm.            </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D. Trong phản ứng này, glucose đóng vai trò là chất khử.</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11</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Nicotine có trong cây thuốc lá là một amine độc, có công thức phân tử là gì?</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A. C</w:t>
      </w:r>
      <w:r w:rsidRPr="004B4DDF">
        <w:rPr>
          <w:rFonts w:ascii="Times New Roman" w:hAnsi="Times New Roman" w:cs="Times New Roman"/>
          <w:sz w:val="24"/>
          <w:szCs w:val="24"/>
          <w:vertAlign w:val="subscript"/>
        </w:rPr>
        <w:t>10</w:t>
      </w:r>
      <w:r w:rsidRPr="004B4DDF">
        <w:rPr>
          <w:rFonts w:ascii="Times New Roman" w:hAnsi="Times New Roman" w:cs="Times New Roman"/>
          <w:sz w:val="24"/>
          <w:szCs w:val="24"/>
        </w:rPr>
        <w:t>H</w:t>
      </w:r>
      <w:r w:rsidRPr="004B4DDF">
        <w:rPr>
          <w:rFonts w:ascii="Times New Roman" w:hAnsi="Times New Roman" w:cs="Times New Roman"/>
          <w:sz w:val="24"/>
          <w:szCs w:val="24"/>
          <w:vertAlign w:val="subscript"/>
        </w:rPr>
        <w:t>14</w:t>
      </w:r>
      <w:r w:rsidRPr="004B4DDF">
        <w:rPr>
          <w:rFonts w:ascii="Times New Roman" w:hAnsi="Times New Roman" w:cs="Times New Roman"/>
          <w:sz w:val="24"/>
          <w:szCs w:val="24"/>
        </w:rPr>
        <w:t>N</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 xml:space="preserve">.            </w:t>
      </w:r>
      <w:r w:rsidR="004B4DDF">
        <w:rPr>
          <w:rFonts w:ascii="Times New Roman" w:hAnsi="Times New Roman" w:cs="Times New Roman"/>
          <w:sz w:val="24"/>
          <w:szCs w:val="24"/>
        </w:rPr>
        <w:tab/>
      </w:r>
      <w:r w:rsidRPr="004B4DDF">
        <w:rPr>
          <w:rFonts w:ascii="Times New Roman" w:hAnsi="Times New Roman" w:cs="Times New Roman"/>
          <w:sz w:val="24"/>
          <w:szCs w:val="24"/>
        </w:rPr>
        <w:t>B. C14H10N</w:t>
      </w:r>
      <w:r w:rsidRPr="004B4DDF">
        <w:rPr>
          <w:rFonts w:ascii="Times New Roman" w:hAnsi="Times New Roman" w:cs="Times New Roman"/>
          <w:sz w:val="24"/>
          <w:szCs w:val="24"/>
          <w:vertAlign w:val="subscript"/>
        </w:rPr>
        <w:t xml:space="preserve">2.            </w:t>
      </w:r>
      <w:r w:rsidR="004B4DDF">
        <w:rPr>
          <w:rFonts w:ascii="Times New Roman" w:hAnsi="Times New Roman" w:cs="Times New Roman"/>
          <w:sz w:val="24"/>
          <w:szCs w:val="24"/>
          <w:vertAlign w:val="subscript"/>
        </w:rPr>
        <w:tab/>
      </w:r>
      <w:r w:rsidRPr="004B4DDF">
        <w:rPr>
          <w:rFonts w:ascii="Times New Roman" w:hAnsi="Times New Roman" w:cs="Times New Roman"/>
          <w:sz w:val="24"/>
          <w:szCs w:val="24"/>
        </w:rPr>
        <w:t>C. C</w:t>
      </w:r>
      <w:r w:rsidRPr="004B4DDF">
        <w:rPr>
          <w:rFonts w:ascii="Times New Roman" w:hAnsi="Times New Roman" w:cs="Times New Roman"/>
          <w:sz w:val="24"/>
          <w:szCs w:val="24"/>
          <w:vertAlign w:val="subscript"/>
        </w:rPr>
        <w:t>9</w:t>
      </w:r>
      <w:r w:rsidRPr="004B4DDF">
        <w:rPr>
          <w:rFonts w:ascii="Times New Roman" w:hAnsi="Times New Roman" w:cs="Times New Roman"/>
          <w:sz w:val="24"/>
          <w:szCs w:val="24"/>
        </w:rPr>
        <w:t>H</w:t>
      </w:r>
      <w:r w:rsidRPr="004B4DDF">
        <w:rPr>
          <w:rFonts w:ascii="Times New Roman" w:hAnsi="Times New Roman" w:cs="Times New Roman"/>
          <w:sz w:val="24"/>
          <w:szCs w:val="24"/>
          <w:vertAlign w:val="subscript"/>
        </w:rPr>
        <w:t>14</w:t>
      </w:r>
      <w:r w:rsidRPr="004B4DDF">
        <w:rPr>
          <w:rFonts w:ascii="Times New Roman" w:hAnsi="Times New Roman" w:cs="Times New Roman"/>
          <w:sz w:val="24"/>
          <w:szCs w:val="24"/>
        </w:rPr>
        <w:t>N</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 xml:space="preserve">.            </w:t>
      </w:r>
      <w:r w:rsidR="004B4DDF">
        <w:rPr>
          <w:rFonts w:ascii="Times New Roman" w:hAnsi="Times New Roman" w:cs="Times New Roman"/>
          <w:sz w:val="24"/>
          <w:szCs w:val="24"/>
        </w:rPr>
        <w:tab/>
      </w:r>
      <w:r w:rsidRPr="004B4DDF">
        <w:rPr>
          <w:rFonts w:ascii="Times New Roman" w:hAnsi="Times New Roman" w:cs="Times New Roman"/>
          <w:sz w:val="24"/>
          <w:szCs w:val="24"/>
        </w:rPr>
        <w:t>D. C1</w:t>
      </w:r>
      <w:r w:rsidRPr="004B4DDF">
        <w:rPr>
          <w:rFonts w:ascii="Times New Roman" w:hAnsi="Times New Roman" w:cs="Times New Roman"/>
          <w:sz w:val="24"/>
          <w:szCs w:val="24"/>
          <w:vertAlign w:val="subscript"/>
        </w:rPr>
        <w:t>0</w:t>
      </w:r>
      <w:r w:rsidRPr="004B4DDF">
        <w:rPr>
          <w:rFonts w:ascii="Times New Roman" w:hAnsi="Times New Roman" w:cs="Times New Roman"/>
          <w:sz w:val="24"/>
          <w:szCs w:val="24"/>
        </w:rPr>
        <w:t>H</w:t>
      </w:r>
      <w:r w:rsidRPr="004B4DDF">
        <w:rPr>
          <w:rFonts w:ascii="Times New Roman" w:hAnsi="Times New Roman" w:cs="Times New Roman"/>
          <w:sz w:val="24"/>
          <w:szCs w:val="24"/>
          <w:vertAlign w:val="subscript"/>
        </w:rPr>
        <w:t>12</w:t>
      </w:r>
      <w:r w:rsidRPr="004B4DDF">
        <w:rPr>
          <w:rFonts w:ascii="Times New Roman" w:hAnsi="Times New Roman" w:cs="Times New Roman"/>
          <w:sz w:val="24"/>
          <w:szCs w:val="24"/>
        </w:rPr>
        <w:t>N</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Một loại mỡ động vật chứa 30% tristearin, 40% tripalmitin và 30% triolein về khối lượng. Xà phòng hóa hoàn toàn 1 tấn mỡ trên bằng dung dịch NaOH với hiệu suất 85%. Loại xà phòng thương phẩm chứa 72% khối lượng là muối của acid béo. Khối lượng xà phòng thu được gần nhất với giá trị nào?</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1,50 tấn.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B. 1,22 tấn.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C. 1,32 tấn.            </w:t>
      </w:r>
      <w:r w:rsidR="004B4DDF">
        <w:rPr>
          <w:rFonts w:ascii="Times New Roman" w:hAnsi="Times New Roman" w:cs="Times New Roman"/>
          <w:sz w:val="24"/>
          <w:szCs w:val="24"/>
        </w:rPr>
        <w:tab/>
      </w:r>
      <w:r w:rsidRPr="004B4DDF">
        <w:rPr>
          <w:rFonts w:ascii="Times New Roman" w:hAnsi="Times New Roman" w:cs="Times New Roman"/>
          <w:sz w:val="24"/>
          <w:szCs w:val="24"/>
        </w:rPr>
        <w:t>D. 2,00 tấn.</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13 Ester nào sau đây có công thức cấu tạo CH</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=CH-COOCH</w:t>
      </w:r>
      <w:r w:rsidRPr="004B4DDF">
        <w:rPr>
          <w:rFonts w:ascii="Times New Roman" w:hAnsi="Times New Roman" w:cs="Times New Roman"/>
          <w:sz w:val="24"/>
          <w:szCs w:val="24"/>
          <w:vertAlign w:val="subscript"/>
        </w:rPr>
        <w:t>3</w:t>
      </w:r>
      <w:r w:rsidRPr="004B4DDF">
        <w:rPr>
          <w:rFonts w:ascii="Times New Roman" w:hAnsi="Times New Roman" w:cs="Times New Roman"/>
          <w:sz w:val="24"/>
          <w:szCs w:val="24"/>
        </w:rPr>
        <w:t>?</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Propyl formate.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B. Methyl acetate.            </w:t>
      </w:r>
      <w:r w:rsidR="004B4DDF">
        <w:rPr>
          <w:rFonts w:ascii="Times New Roman" w:hAnsi="Times New Roman" w:cs="Times New Roman"/>
          <w:sz w:val="24"/>
          <w:szCs w:val="24"/>
        </w:rPr>
        <w:tab/>
      </w:r>
      <w:r w:rsidRPr="004B4DDF">
        <w:rPr>
          <w:rFonts w:ascii="Times New Roman" w:hAnsi="Times New Roman" w:cs="Times New Roman"/>
          <w:sz w:val="24"/>
          <w:szCs w:val="24"/>
        </w:rPr>
        <w:t>C. Methyl acrylate.            D. Ethyl acetate.</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14. Chất béo là triester của acid béo với chất nào sau đây?</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Ethanol.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B. Glycerol.            </w:t>
      </w:r>
      <w:r w:rsidR="004B4DDF">
        <w:rPr>
          <w:rFonts w:ascii="Times New Roman" w:hAnsi="Times New Roman" w:cs="Times New Roman"/>
          <w:sz w:val="24"/>
          <w:szCs w:val="24"/>
        </w:rPr>
        <w:tab/>
      </w:r>
      <w:r w:rsidRPr="004B4DDF">
        <w:rPr>
          <w:rFonts w:ascii="Times New Roman" w:hAnsi="Times New Roman" w:cs="Times New Roman"/>
          <w:sz w:val="24"/>
          <w:szCs w:val="24"/>
        </w:rPr>
        <w:t>C. Ethylene glycol.            D. Methanol.</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15</w:t>
      </w:r>
      <w:r w:rsidR="004B4DDF">
        <w:rPr>
          <w:rFonts w:ascii="Times New Roman" w:hAnsi="Times New Roman" w:cs="Times New Roman"/>
          <w:sz w:val="24"/>
          <w:szCs w:val="24"/>
        </w:rPr>
        <w:t>.</w:t>
      </w:r>
      <w:r w:rsidRPr="004B4DDF">
        <w:rPr>
          <w:rFonts w:ascii="Times New Roman" w:hAnsi="Times New Roman" w:cs="Times New Roman"/>
          <w:sz w:val="24"/>
          <w:szCs w:val="24"/>
        </w:rPr>
        <w:t xml:space="preserve"> Thành phần chính của xà phòng bánh thông thường là gì?</w:t>
      </w:r>
    </w:p>
    <w:p w:rsid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Muối vô cơ.            </w:t>
      </w:r>
      <w:r w:rsidR="004B4DDF">
        <w:rPr>
          <w:rFonts w:ascii="Times New Roman" w:hAnsi="Times New Roman" w:cs="Times New Roman"/>
          <w:sz w:val="24"/>
          <w:szCs w:val="24"/>
        </w:rPr>
        <w:tab/>
      </w:r>
      <w:r w:rsidR="004B4DDF">
        <w:rPr>
          <w:rFonts w:ascii="Times New Roman" w:hAnsi="Times New Roman" w:cs="Times New Roman"/>
          <w:sz w:val="24"/>
          <w:szCs w:val="24"/>
        </w:rPr>
        <w:tab/>
      </w:r>
      <w:r w:rsidRPr="004B4DDF">
        <w:rPr>
          <w:rFonts w:ascii="Times New Roman" w:hAnsi="Times New Roman" w:cs="Times New Roman"/>
          <w:sz w:val="24"/>
          <w:szCs w:val="24"/>
        </w:rPr>
        <w:t xml:space="preserve">B. Acid béo tự do.            </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 Muối sodium hoặc potassium của acid béo.            </w:t>
      </w:r>
      <w:r w:rsidR="004B4DDF">
        <w:rPr>
          <w:rFonts w:ascii="Times New Roman" w:hAnsi="Times New Roman" w:cs="Times New Roman"/>
          <w:sz w:val="24"/>
          <w:szCs w:val="24"/>
        </w:rPr>
        <w:tab/>
      </w:r>
      <w:r w:rsidRPr="004B4DDF">
        <w:rPr>
          <w:rFonts w:ascii="Times New Roman" w:hAnsi="Times New Roman" w:cs="Times New Roman"/>
          <w:sz w:val="24"/>
          <w:szCs w:val="24"/>
        </w:rPr>
        <w:t>D. Ester mạch dài.</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16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Carbohydrate nào sau đây thuộc loại monosaccharide?</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Glucose.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 B. Saccharose.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C. Tinh bột.            </w:t>
      </w:r>
      <w:r w:rsidR="004B4DDF">
        <w:rPr>
          <w:rFonts w:ascii="Times New Roman" w:hAnsi="Times New Roman" w:cs="Times New Roman"/>
          <w:sz w:val="24"/>
          <w:szCs w:val="24"/>
        </w:rPr>
        <w:tab/>
      </w:r>
      <w:r w:rsidRPr="004B4DDF">
        <w:rPr>
          <w:rFonts w:ascii="Times New Roman" w:hAnsi="Times New Roman" w:cs="Times New Roman"/>
          <w:sz w:val="24"/>
          <w:szCs w:val="24"/>
        </w:rPr>
        <w:t>D. Cellulose.</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17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Monosaccharide nào có vị ngọt sắc, có nhiều nhất trong mật ong?</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A. Glucose.            B. Fructose.            C. Saccharose.            D. Maltose.</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18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Hợp chất nào sau đây là amine bậc 1?</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A. CH</w:t>
      </w:r>
      <w:r w:rsidRPr="004B4DDF">
        <w:rPr>
          <w:rFonts w:ascii="Times New Roman" w:hAnsi="Times New Roman" w:cs="Times New Roman"/>
          <w:sz w:val="24"/>
          <w:szCs w:val="24"/>
          <w:vertAlign w:val="subscript"/>
        </w:rPr>
        <w:t>3</w:t>
      </w:r>
      <w:r w:rsidRPr="004B4DDF">
        <w:rPr>
          <w:rFonts w:ascii="Times New Roman" w:hAnsi="Times New Roman" w:cs="Times New Roman"/>
          <w:sz w:val="24"/>
          <w:szCs w:val="24"/>
        </w:rPr>
        <w:t>-NH-CH</w:t>
      </w:r>
      <w:r w:rsidRPr="004B4DDF">
        <w:rPr>
          <w:rFonts w:ascii="Times New Roman" w:hAnsi="Times New Roman" w:cs="Times New Roman"/>
          <w:sz w:val="24"/>
          <w:szCs w:val="24"/>
          <w:vertAlign w:val="subscript"/>
        </w:rPr>
        <w:t>3</w:t>
      </w:r>
      <w:r w:rsidRPr="004B4DDF">
        <w:rPr>
          <w:rFonts w:ascii="Times New Roman" w:hAnsi="Times New Roman" w:cs="Times New Roman"/>
          <w:sz w:val="24"/>
          <w:szCs w:val="24"/>
        </w:rPr>
        <w:t>.            B. CH</w:t>
      </w:r>
      <w:r w:rsidRPr="004B4DDF">
        <w:rPr>
          <w:rFonts w:ascii="Times New Roman" w:hAnsi="Times New Roman" w:cs="Times New Roman"/>
          <w:sz w:val="24"/>
          <w:szCs w:val="24"/>
          <w:vertAlign w:val="subscript"/>
        </w:rPr>
        <w:t>3</w:t>
      </w:r>
      <w:r w:rsidRPr="004B4DDF">
        <w:rPr>
          <w:rFonts w:ascii="Times New Roman" w:hAnsi="Times New Roman" w:cs="Times New Roman"/>
          <w:sz w:val="24"/>
          <w:szCs w:val="24"/>
        </w:rPr>
        <w:t>-NH</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            C. (CH</w:t>
      </w:r>
      <w:r w:rsidRPr="004B4DDF">
        <w:rPr>
          <w:rFonts w:ascii="Times New Roman" w:hAnsi="Times New Roman" w:cs="Times New Roman"/>
          <w:sz w:val="24"/>
          <w:szCs w:val="24"/>
          <w:vertAlign w:val="subscript"/>
        </w:rPr>
        <w:t>3</w:t>
      </w:r>
      <w:r w:rsidRPr="004B4DDF">
        <w:rPr>
          <w:rFonts w:ascii="Times New Roman" w:hAnsi="Times New Roman" w:cs="Times New Roman"/>
          <w:sz w:val="24"/>
          <w:szCs w:val="24"/>
        </w:rPr>
        <w:t>)</w:t>
      </w:r>
      <w:r w:rsidRPr="004B4DDF">
        <w:rPr>
          <w:rFonts w:ascii="Times New Roman" w:hAnsi="Times New Roman" w:cs="Times New Roman"/>
          <w:sz w:val="24"/>
          <w:szCs w:val="24"/>
          <w:vertAlign w:val="subscript"/>
        </w:rPr>
        <w:t>3</w:t>
      </w:r>
      <w:r w:rsidRPr="004B4DDF">
        <w:rPr>
          <w:rFonts w:ascii="Times New Roman" w:hAnsi="Times New Roman" w:cs="Times New Roman"/>
          <w:sz w:val="24"/>
          <w:szCs w:val="24"/>
        </w:rPr>
        <w:t>N.            D. C</w:t>
      </w:r>
      <w:r w:rsidRPr="004B4DDF">
        <w:rPr>
          <w:rFonts w:ascii="Times New Roman" w:hAnsi="Times New Roman" w:cs="Times New Roman"/>
          <w:sz w:val="24"/>
          <w:szCs w:val="24"/>
          <w:vertAlign w:val="subscript"/>
        </w:rPr>
        <w:t>6</w:t>
      </w:r>
      <w:r w:rsidRPr="004B4DDF">
        <w:rPr>
          <w:rFonts w:ascii="Times New Roman" w:hAnsi="Times New Roman" w:cs="Times New Roman"/>
          <w:sz w:val="24"/>
          <w:szCs w:val="24"/>
        </w:rPr>
        <w:t>H</w:t>
      </w:r>
      <w:r w:rsidRPr="004B4DDF">
        <w:rPr>
          <w:rFonts w:ascii="Times New Roman" w:hAnsi="Times New Roman" w:cs="Times New Roman"/>
          <w:sz w:val="24"/>
          <w:szCs w:val="24"/>
          <w:vertAlign w:val="subscript"/>
        </w:rPr>
        <w:t>5</w:t>
      </w:r>
      <w:r w:rsidRPr="004B4DDF">
        <w:rPr>
          <w:rFonts w:ascii="Times New Roman" w:hAnsi="Times New Roman" w:cs="Times New Roman"/>
          <w:sz w:val="24"/>
          <w:szCs w:val="24"/>
        </w:rPr>
        <w:t>-NH-CH</w:t>
      </w:r>
      <w:r w:rsidRPr="004B4DDF">
        <w:rPr>
          <w:rFonts w:ascii="Times New Roman" w:hAnsi="Times New Roman" w:cs="Times New Roman"/>
          <w:sz w:val="24"/>
          <w:szCs w:val="24"/>
          <w:vertAlign w:val="subscript"/>
        </w:rPr>
        <w:t>3.</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19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Ở trạng thái tinh thể tinh khiết, các amino acid tồn tại dưới dạng cấu trúc nào?</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A. Phân tử trung hòa.            B. Ion lưỡng cực.            C. Cation.            D. Anion.</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20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Công thức cấu tạo thu gọn của alanine là gì?</w:t>
      </w:r>
    </w:p>
    <w:p w:rsid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A. H</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N-CH</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 xml:space="preserve">-COOH.            </w:t>
      </w:r>
      <w:r w:rsidR="004B4DDF">
        <w:rPr>
          <w:rFonts w:ascii="Times New Roman" w:hAnsi="Times New Roman" w:cs="Times New Roman"/>
          <w:sz w:val="24"/>
          <w:szCs w:val="24"/>
        </w:rPr>
        <w:tab/>
      </w:r>
      <w:r w:rsidR="004B4DDF">
        <w:rPr>
          <w:rFonts w:ascii="Times New Roman" w:hAnsi="Times New Roman" w:cs="Times New Roman"/>
          <w:sz w:val="24"/>
          <w:szCs w:val="24"/>
        </w:rPr>
        <w:tab/>
      </w:r>
      <w:r w:rsidRPr="004B4DDF">
        <w:rPr>
          <w:rFonts w:ascii="Times New Roman" w:hAnsi="Times New Roman" w:cs="Times New Roman"/>
          <w:sz w:val="24"/>
          <w:szCs w:val="24"/>
        </w:rPr>
        <w:t>B. CH</w:t>
      </w:r>
      <w:r w:rsidRPr="004B4DDF">
        <w:rPr>
          <w:rFonts w:ascii="Times New Roman" w:hAnsi="Times New Roman" w:cs="Times New Roman"/>
          <w:sz w:val="24"/>
          <w:szCs w:val="24"/>
          <w:vertAlign w:val="subscript"/>
        </w:rPr>
        <w:t>3</w:t>
      </w:r>
      <w:r w:rsidRPr="004B4DDF">
        <w:rPr>
          <w:rFonts w:ascii="Times New Roman" w:hAnsi="Times New Roman" w:cs="Times New Roman"/>
          <w:sz w:val="24"/>
          <w:szCs w:val="24"/>
        </w:rPr>
        <w:t>-CH(NH</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 xml:space="preserve">)-COOH.            </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 H</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N-[CH</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w:t>
      </w:r>
      <w:r w:rsidRPr="004B4DDF">
        <w:rPr>
          <w:rFonts w:ascii="Times New Roman" w:hAnsi="Times New Roman" w:cs="Times New Roman"/>
          <w:sz w:val="24"/>
          <w:szCs w:val="24"/>
          <w:vertAlign w:val="subscript"/>
        </w:rPr>
        <w:t>4</w:t>
      </w:r>
      <w:r w:rsidRPr="004B4DDF">
        <w:rPr>
          <w:rFonts w:ascii="Times New Roman" w:hAnsi="Times New Roman" w:cs="Times New Roman"/>
          <w:sz w:val="24"/>
          <w:szCs w:val="24"/>
        </w:rPr>
        <w:t>-CH(NH</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 xml:space="preserve">)-COOH.            </w:t>
      </w:r>
      <w:r w:rsidR="004B4DDF">
        <w:rPr>
          <w:rFonts w:ascii="Times New Roman" w:hAnsi="Times New Roman" w:cs="Times New Roman"/>
          <w:sz w:val="24"/>
          <w:szCs w:val="24"/>
        </w:rPr>
        <w:tab/>
      </w:r>
      <w:r w:rsidRPr="004B4DDF">
        <w:rPr>
          <w:rFonts w:ascii="Times New Roman" w:hAnsi="Times New Roman" w:cs="Times New Roman"/>
          <w:sz w:val="24"/>
          <w:szCs w:val="24"/>
        </w:rPr>
        <w:t>D. HOOC-CH</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-CH(NH</w:t>
      </w:r>
      <w:r w:rsidRPr="004B4DDF">
        <w:rPr>
          <w:rFonts w:ascii="Times New Roman" w:hAnsi="Times New Roman" w:cs="Times New Roman"/>
          <w:sz w:val="24"/>
          <w:szCs w:val="24"/>
          <w:vertAlign w:val="subscript"/>
        </w:rPr>
        <w:t>2</w:t>
      </w:r>
      <w:r w:rsidRPr="004B4DDF">
        <w:rPr>
          <w:rFonts w:ascii="Times New Roman" w:hAnsi="Times New Roman" w:cs="Times New Roman"/>
          <w:sz w:val="24"/>
          <w:szCs w:val="24"/>
        </w:rPr>
        <w:t>)-COOH.</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lastRenderedPageBreak/>
        <w:t xml:space="preserve">Câu 21 </w:t>
      </w:r>
      <w:r w:rsidR="004B4DDF">
        <w:rPr>
          <w:rFonts w:ascii="Times New Roman" w:hAnsi="Times New Roman" w:cs="Times New Roman"/>
          <w:sz w:val="24"/>
          <w:szCs w:val="24"/>
        </w:rPr>
        <w:t>.</w:t>
      </w:r>
      <w:r w:rsidRPr="004B4DDF">
        <w:rPr>
          <w:rFonts w:ascii="Times New Roman" w:hAnsi="Times New Roman" w:cs="Times New Roman"/>
          <w:sz w:val="24"/>
          <w:szCs w:val="24"/>
        </w:rPr>
        <w:t>Điểm ưu việt nổi trội nhất của chất giặt rửa tổng hợp so với xà phòng thông thường là gì?</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Giá thành rẻ hơn.            </w:t>
      </w:r>
      <w:r w:rsidR="004B4DDF">
        <w:rPr>
          <w:rFonts w:ascii="Times New Roman" w:hAnsi="Times New Roman" w:cs="Times New Roman"/>
          <w:sz w:val="24"/>
          <w:szCs w:val="24"/>
        </w:rPr>
        <w:tab/>
      </w:r>
      <w:r w:rsidR="004B4DDF">
        <w:rPr>
          <w:rFonts w:ascii="Times New Roman" w:hAnsi="Times New Roman" w:cs="Times New Roman"/>
          <w:sz w:val="24"/>
          <w:szCs w:val="24"/>
        </w:rPr>
        <w:tab/>
      </w:r>
      <w:r w:rsidRPr="004B4DDF">
        <w:rPr>
          <w:rFonts w:ascii="Times New Roman" w:hAnsi="Times New Roman" w:cs="Times New Roman"/>
          <w:sz w:val="24"/>
          <w:szCs w:val="24"/>
        </w:rPr>
        <w:t xml:space="preserve">B. Có thể dùng trong môi trường nước cứng.            C. Hoàn toàn thân thiện sinh học.            </w:t>
      </w:r>
      <w:r w:rsidR="004B4DDF">
        <w:rPr>
          <w:rFonts w:ascii="Times New Roman" w:hAnsi="Times New Roman" w:cs="Times New Roman"/>
          <w:sz w:val="24"/>
          <w:szCs w:val="24"/>
        </w:rPr>
        <w:tab/>
      </w:r>
      <w:r w:rsidRPr="004B4DDF">
        <w:rPr>
          <w:rFonts w:ascii="Times New Roman" w:hAnsi="Times New Roman" w:cs="Times New Roman"/>
          <w:sz w:val="24"/>
          <w:szCs w:val="24"/>
        </w:rPr>
        <w:t>D. Làm từ mỡ động vật tự nhiên.</w:t>
      </w:r>
    </w:p>
    <w:p w:rsidR="00392934" w:rsidRPr="004B4DDF" w:rsidRDefault="004B4DDF" w:rsidP="004B4DDF">
      <w:pPr>
        <w:tabs>
          <w:tab w:val="left" w:pos="2835"/>
          <w:tab w:val="left" w:pos="5670"/>
          <w:tab w:val="left" w:pos="8222"/>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Câu 22 </w:t>
      </w:r>
      <w:r w:rsidR="00392934" w:rsidRPr="004B4DDF">
        <w:rPr>
          <w:rFonts w:ascii="Times New Roman" w:hAnsi="Times New Roman" w:cs="Times New Roman"/>
          <w:sz w:val="24"/>
          <w:szCs w:val="24"/>
        </w:rPr>
        <w:t>. Nhỏ vài giọt dung dịch iodine vào hồ tinh bột ở nhiệt độ thường, hiện tượng quan sát được là:</w:t>
      </w:r>
    </w:p>
    <w:p w:rsid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Dung dịch xuất hiện màu đỏ.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B. Dung dịch xuất hiện màu xanh tím.            </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 Xuất hiện kết tủa trắng.            </w:t>
      </w:r>
      <w:r w:rsidR="004B4DDF">
        <w:rPr>
          <w:rFonts w:ascii="Times New Roman" w:hAnsi="Times New Roman" w:cs="Times New Roman"/>
          <w:sz w:val="24"/>
          <w:szCs w:val="24"/>
        </w:rPr>
        <w:tab/>
      </w:r>
      <w:r w:rsidRPr="004B4DDF">
        <w:rPr>
          <w:rFonts w:ascii="Times New Roman" w:hAnsi="Times New Roman" w:cs="Times New Roman"/>
          <w:sz w:val="24"/>
          <w:szCs w:val="24"/>
        </w:rPr>
        <w:t>D. Không có hiện tượng gì.</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23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Dung dịch chất nào sau đây làm đổi màu quỳ tím sang màu xanh lam rõ rệt?</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Aniline.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B. Methylamine.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C. Glycine.            </w:t>
      </w:r>
      <w:r w:rsidR="004B4DDF">
        <w:rPr>
          <w:rFonts w:ascii="Times New Roman" w:hAnsi="Times New Roman" w:cs="Times New Roman"/>
          <w:sz w:val="24"/>
          <w:szCs w:val="24"/>
        </w:rPr>
        <w:tab/>
      </w:r>
      <w:r w:rsidRPr="004B4DDF">
        <w:rPr>
          <w:rFonts w:ascii="Times New Roman" w:hAnsi="Times New Roman" w:cs="Times New Roman"/>
          <w:sz w:val="24"/>
          <w:szCs w:val="24"/>
        </w:rPr>
        <w:t>D. Alanine.</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24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Cho 8,8 gram ethyl acetate tác dụng hoàn toàn với lượng dư dung dịch NaOH, đun nóng. Khối lượng muối hữu cơ khan thu được sau khi cô cạn dung dịch là:</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8,2 gram.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B. 6,8 gram.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C. 4,1 gram.            </w:t>
      </w:r>
      <w:r w:rsidR="004B4DDF">
        <w:rPr>
          <w:rFonts w:ascii="Times New Roman" w:hAnsi="Times New Roman" w:cs="Times New Roman"/>
          <w:sz w:val="24"/>
          <w:szCs w:val="24"/>
        </w:rPr>
        <w:tab/>
      </w:r>
      <w:r w:rsidRPr="004B4DDF">
        <w:rPr>
          <w:rFonts w:ascii="Times New Roman" w:hAnsi="Times New Roman" w:cs="Times New Roman"/>
          <w:sz w:val="24"/>
          <w:szCs w:val="24"/>
        </w:rPr>
        <w:t>D. 10,2 gram.</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25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Tên gọi của ester CH3COOCH2CH3 là chất nào sau đây?</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Methyl acetate.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B. Ethyl formate.            </w:t>
      </w:r>
      <w:r w:rsidR="004B4DDF">
        <w:rPr>
          <w:rFonts w:ascii="Times New Roman" w:hAnsi="Times New Roman" w:cs="Times New Roman"/>
          <w:sz w:val="24"/>
          <w:szCs w:val="24"/>
        </w:rPr>
        <w:tab/>
      </w:r>
      <w:r w:rsidRPr="004B4DDF">
        <w:rPr>
          <w:rFonts w:ascii="Times New Roman" w:hAnsi="Times New Roman" w:cs="Times New Roman"/>
          <w:sz w:val="24"/>
          <w:szCs w:val="24"/>
        </w:rPr>
        <w:t xml:space="preserve">C. Ethyl acetate.            </w:t>
      </w:r>
      <w:r w:rsidR="004B4DDF">
        <w:rPr>
          <w:rFonts w:ascii="Times New Roman" w:hAnsi="Times New Roman" w:cs="Times New Roman"/>
          <w:sz w:val="24"/>
          <w:szCs w:val="24"/>
        </w:rPr>
        <w:tab/>
      </w:r>
      <w:r w:rsidRPr="004B4DDF">
        <w:rPr>
          <w:rFonts w:ascii="Times New Roman" w:hAnsi="Times New Roman" w:cs="Times New Roman"/>
          <w:sz w:val="24"/>
          <w:szCs w:val="24"/>
        </w:rPr>
        <w:t>D. Methyl propionate.</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25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Chất nào sau đây thuộc loại acid béo bão hòa (no)?</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Acid oleic.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B. Acid stearic.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C. Acid linoleic.            </w:t>
      </w:r>
      <w:r w:rsidR="005D4E91">
        <w:rPr>
          <w:rFonts w:ascii="Times New Roman" w:hAnsi="Times New Roman" w:cs="Times New Roman"/>
          <w:sz w:val="24"/>
          <w:szCs w:val="24"/>
        </w:rPr>
        <w:tab/>
      </w:r>
      <w:r w:rsidRPr="004B4DDF">
        <w:rPr>
          <w:rFonts w:ascii="Times New Roman" w:hAnsi="Times New Roman" w:cs="Times New Roman"/>
          <w:sz w:val="24"/>
          <w:szCs w:val="24"/>
        </w:rPr>
        <w:t>D. Acid acetic.</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27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Lipit bao gồm chất béo, sáp, steroid và chất nào sau đây?</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Protein.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B. Phospholipit.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C. Nucleic acid.            </w:t>
      </w:r>
      <w:r w:rsidR="005D4E91">
        <w:rPr>
          <w:rFonts w:ascii="Times New Roman" w:hAnsi="Times New Roman" w:cs="Times New Roman"/>
          <w:sz w:val="24"/>
          <w:szCs w:val="24"/>
        </w:rPr>
        <w:tab/>
      </w:r>
      <w:r w:rsidRPr="004B4DDF">
        <w:rPr>
          <w:rFonts w:ascii="Times New Roman" w:hAnsi="Times New Roman" w:cs="Times New Roman"/>
          <w:sz w:val="24"/>
          <w:szCs w:val="24"/>
        </w:rPr>
        <w:t>D. Carbohydrate.</w:t>
      </w:r>
    </w:p>
    <w:p w:rsidR="00392934" w:rsidRPr="004B4DDF" w:rsidRDefault="004B4DDF" w:rsidP="004B4DDF">
      <w:pPr>
        <w:tabs>
          <w:tab w:val="left" w:pos="2835"/>
          <w:tab w:val="left" w:pos="5670"/>
          <w:tab w:val="left" w:pos="8222"/>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Câu 28 . </w:t>
      </w:r>
      <w:r w:rsidR="00392934" w:rsidRPr="004B4DDF">
        <w:rPr>
          <w:rFonts w:ascii="Times New Roman" w:hAnsi="Times New Roman" w:cs="Times New Roman"/>
          <w:sz w:val="24"/>
          <w:szCs w:val="24"/>
        </w:rPr>
        <w:t>Carbohydrate nào sau đây thuộc loại disaccharide?</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Glucose.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B. Fructose.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C. Saccharose.            </w:t>
      </w:r>
      <w:r w:rsidR="005D4E91">
        <w:rPr>
          <w:rFonts w:ascii="Times New Roman" w:hAnsi="Times New Roman" w:cs="Times New Roman"/>
          <w:sz w:val="24"/>
          <w:szCs w:val="24"/>
        </w:rPr>
        <w:tab/>
      </w:r>
      <w:r w:rsidRPr="004B4DDF">
        <w:rPr>
          <w:rFonts w:ascii="Times New Roman" w:hAnsi="Times New Roman" w:cs="Times New Roman"/>
          <w:sz w:val="24"/>
          <w:szCs w:val="24"/>
        </w:rPr>
        <w:t>D. Cellulose.</w:t>
      </w:r>
    </w:p>
    <w:p w:rsidR="00392934" w:rsidRPr="004B4DDF" w:rsidRDefault="004B4DDF" w:rsidP="004B4DDF">
      <w:pPr>
        <w:tabs>
          <w:tab w:val="left" w:pos="2835"/>
          <w:tab w:val="left" w:pos="5670"/>
          <w:tab w:val="left" w:pos="8222"/>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Câu 29. </w:t>
      </w:r>
      <w:r w:rsidR="00392934" w:rsidRPr="004B4DDF">
        <w:rPr>
          <w:rFonts w:ascii="Times New Roman" w:hAnsi="Times New Roman" w:cs="Times New Roman"/>
          <w:sz w:val="24"/>
          <w:szCs w:val="24"/>
        </w:rPr>
        <w:t>Đường mía, đường củ cải có thành phần hóa học chính là chất nào?</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Glucose.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B. Saccharose.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C. Tinh bột.            </w:t>
      </w:r>
      <w:r w:rsidR="005D4E91">
        <w:rPr>
          <w:rFonts w:ascii="Times New Roman" w:hAnsi="Times New Roman" w:cs="Times New Roman"/>
          <w:sz w:val="24"/>
          <w:szCs w:val="24"/>
        </w:rPr>
        <w:tab/>
      </w:r>
      <w:r w:rsidRPr="004B4DDF">
        <w:rPr>
          <w:rFonts w:ascii="Times New Roman" w:hAnsi="Times New Roman" w:cs="Times New Roman"/>
          <w:sz w:val="24"/>
          <w:szCs w:val="24"/>
        </w:rPr>
        <w:t>D. Cellulose.</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30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Amine nào sau đây là amine thơm đơn giản nhất?</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Methylamine.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B. Aniline.            </w:t>
      </w:r>
      <w:r w:rsidR="005D4E91">
        <w:rPr>
          <w:rFonts w:ascii="Times New Roman" w:hAnsi="Times New Roman" w:cs="Times New Roman"/>
          <w:sz w:val="24"/>
          <w:szCs w:val="24"/>
        </w:rPr>
        <w:tab/>
      </w:r>
      <w:r w:rsidRPr="004B4DDF">
        <w:rPr>
          <w:rFonts w:ascii="Times New Roman" w:hAnsi="Times New Roman" w:cs="Times New Roman"/>
          <w:sz w:val="24"/>
          <w:szCs w:val="24"/>
        </w:rPr>
        <w:t>C. Dimethylamine.            D. Benzylamine.</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31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Amino acid nào sau đây chứa 2 nhóm amino (-NH</w:t>
      </w:r>
      <w:r w:rsidRPr="005D4E91">
        <w:rPr>
          <w:rFonts w:ascii="Times New Roman" w:hAnsi="Times New Roman" w:cs="Times New Roman"/>
          <w:sz w:val="24"/>
          <w:szCs w:val="24"/>
          <w:vertAlign w:val="subscript"/>
        </w:rPr>
        <w:t>2</w:t>
      </w:r>
      <w:r w:rsidRPr="004B4DDF">
        <w:rPr>
          <w:rFonts w:ascii="Times New Roman" w:hAnsi="Times New Roman" w:cs="Times New Roman"/>
          <w:sz w:val="24"/>
          <w:szCs w:val="24"/>
        </w:rPr>
        <w:t>) và 1 nhóm carboxyl (-COOH)?</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Glycine.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 B. Alanine.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C. Glutamic acid.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 D. Lysine.</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32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Tên gọi thông thường của chất H</w:t>
      </w:r>
      <w:r w:rsidRPr="005D4E91">
        <w:rPr>
          <w:rFonts w:ascii="Times New Roman" w:hAnsi="Times New Roman" w:cs="Times New Roman"/>
          <w:sz w:val="24"/>
          <w:szCs w:val="24"/>
          <w:vertAlign w:val="subscript"/>
        </w:rPr>
        <w:t>2</w:t>
      </w:r>
      <w:r w:rsidRPr="004B4DDF">
        <w:rPr>
          <w:rFonts w:ascii="Times New Roman" w:hAnsi="Times New Roman" w:cs="Times New Roman"/>
          <w:sz w:val="24"/>
          <w:szCs w:val="24"/>
        </w:rPr>
        <w:t>N-CH</w:t>
      </w:r>
      <w:r w:rsidRPr="005D4E91">
        <w:rPr>
          <w:rFonts w:ascii="Times New Roman" w:hAnsi="Times New Roman" w:cs="Times New Roman"/>
          <w:sz w:val="24"/>
          <w:szCs w:val="24"/>
          <w:vertAlign w:val="subscript"/>
        </w:rPr>
        <w:t>2</w:t>
      </w:r>
      <w:r w:rsidRPr="004B4DDF">
        <w:rPr>
          <w:rFonts w:ascii="Times New Roman" w:hAnsi="Times New Roman" w:cs="Times New Roman"/>
          <w:sz w:val="24"/>
          <w:szCs w:val="24"/>
        </w:rPr>
        <w:t>-COOH là gì?</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Glycine.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B. Alanine.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C. Valine.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 D. Lysine.</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33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Khi thủy phân ethyl acetate trong dung dịch NaOH đun nóng, sản phẩm hữu cơ thu được gồm:</w:t>
      </w:r>
    </w:p>
    <w:p w:rsidR="005D4E91"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A. CH</w:t>
      </w:r>
      <w:r w:rsidRPr="005D4E91">
        <w:rPr>
          <w:rFonts w:ascii="Times New Roman" w:hAnsi="Times New Roman" w:cs="Times New Roman"/>
          <w:sz w:val="24"/>
          <w:szCs w:val="24"/>
          <w:vertAlign w:val="subscript"/>
        </w:rPr>
        <w:t>3</w:t>
      </w:r>
      <w:r w:rsidRPr="004B4DDF">
        <w:rPr>
          <w:rFonts w:ascii="Times New Roman" w:hAnsi="Times New Roman" w:cs="Times New Roman"/>
          <w:sz w:val="24"/>
          <w:szCs w:val="24"/>
        </w:rPr>
        <w:t>COONa và CH</w:t>
      </w:r>
      <w:r w:rsidRPr="005D4E91">
        <w:rPr>
          <w:rFonts w:ascii="Times New Roman" w:hAnsi="Times New Roman" w:cs="Times New Roman"/>
          <w:sz w:val="24"/>
          <w:szCs w:val="24"/>
          <w:vertAlign w:val="subscript"/>
        </w:rPr>
        <w:t>3</w:t>
      </w:r>
      <w:r w:rsidRPr="004B4DDF">
        <w:rPr>
          <w:rFonts w:ascii="Times New Roman" w:hAnsi="Times New Roman" w:cs="Times New Roman"/>
          <w:sz w:val="24"/>
          <w:szCs w:val="24"/>
        </w:rPr>
        <w:t xml:space="preserve">OH.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 B. C</w:t>
      </w:r>
      <w:r w:rsidRPr="005D4E91">
        <w:rPr>
          <w:rFonts w:ascii="Times New Roman" w:hAnsi="Times New Roman" w:cs="Times New Roman"/>
          <w:sz w:val="24"/>
          <w:szCs w:val="24"/>
          <w:vertAlign w:val="subscript"/>
        </w:rPr>
        <w:t>2</w:t>
      </w:r>
      <w:r w:rsidRPr="004B4DDF">
        <w:rPr>
          <w:rFonts w:ascii="Times New Roman" w:hAnsi="Times New Roman" w:cs="Times New Roman"/>
          <w:sz w:val="24"/>
          <w:szCs w:val="24"/>
        </w:rPr>
        <w:t>H</w:t>
      </w:r>
      <w:r w:rsidRPr="005D4E91">
        <w:rPr>
          <w:rFonts w:ascii="Times New Roman" w:hAnsi="Times New Roman" w:cs="Times New Roman"/>
          <w:sz w:val="24"/>
          <w:szCs w:val="24"/>
          <w:vertAlign w:val="subscript"/>
        </w:rPr>
        <w:t>5</w:t>
      </w:r>
      <w:r w:rsidRPr="004B4DDF">
        <w:rPr>
          <w:rFonts w:ascii="Times New Roman" w:hAnsi="Times New Roman" w:cs="Times New Roman"/>
          <w:sz w:val="24"/>
          <w:szCs w:val="24"/>
        </w:rPr>
        <w:t>COONa và CH</w:t>
      </w:r>
      <w:r w:rsidRPr="005D4E91">
        <w:rPr>
          <w:rFonts w:ascii="Times New Roman" w:hAnsi="Times New Roman" w:cs="Times New Roman"/>
          <w:sz w:val="24"/>
          <w:szCs w:val="24"/>
          <w:vertAlign w:val="subscript"/>
        </w:rPr>
        <w:t>3</w:t>
      </w:r>
      <w:r w:rsidRPr="004B4DDF">
        <w:rPr>
          <w:rFonts w:ascii="Times New Roman" w:hAnsi="Times New Roman" w:cs="Times New Roman"/>
          <w:sz w:val="24"/>
          <w:szCs w:val="24"/>
        </w:rPr>
        <w:t xml:space="preserve">OH.            </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 CH</w:t>
      </w:r>
      <w:r w:rsidRPr="005D4E91">
        <w:rPr>
          <w:rFonts w:ascii="Times New Roman" w:hAnsi="Times New Roman" w:cs="Times New Roman"/>
          <w:sz w:val="24"/>
          <w:szCs w:val="24"/>
          <w:vertAlign w:val="subscript"/>
        </w:rPr>
        <w:t>3</w:t>
      </w:r>
      <w:r w:rsidRPr="004B4DDF">
        <w:rPr>
          <w:rFonts w:ascii="Times New Roman" w:hAnsi="Times New Roman" w:cs="Times New Roman"/>
          <w:sz w:val="24"/>
          <w:szCs w:val="24"/>
        </w:rPr>
        <w:t>COONa và C</w:t>
      </w:r>
      <w:r w:rsidRPr="005D4E91">
        <w:rPr>
          <w:rFonts w:ascii="Times New Roman" w:hAnsi="Times New Roman" w:cs="Times New Roman"/>
          <w:sz w:val="24"/>
          <w:szCs w:val="24"/>
          <w:vertAlign w:val="subscript"/>
        </w:rPr>
        <w:t>2</w:t>
      </w:r>
      <w:r w:rsidRPr="004B4DDF">
        <w:rPr>
          <w:rFonts w:ascii="Times New Roman" w:hAnsi="Times New Roman" w:cs="Times New Roman"/>
          <w:sz w:val="24"/>
          <w:szCs w:val="24"/>
        </w:rPr>
        <w:t>H</w:t>
      </w:r>
      <w:r w:rsidRPr="005D4E91">
        <w:rPr>
          <w:rFonts w:ascii="Times New Roman" w:hAnsi="Times New Roman" w:cs="Times New Roman"/>
          <w:sz w:val="24"/>
          <w:szCs w:val="24"/>
          <w:vertAlign w:val="subscript"/>
        </w:rPr>
        <w:t>5</w:t>
      </w:r>
      <w:r w:rsidRPr="004B4DDF">
        <w:rPr>
          <w:rFonts w:ascii="Times New Roman" w:hAnsi="Times New Roman" w:cs="Times New Roman"/>
          <w:sz w:val="24"/>
          <w:szCs w:val="24"/>
        </w:rPr>
        <w:t xml:space="preserve">OH.            </w:t>
      </w:r>
      <w:r w:rsidR="005D4E91">
        <w:rPr>
          <w:rFonts w:ascii="Times New Roman" w:hAnsi="Times New Roman" w:cs="Times New Roman"/>
          <w:sz w:val="24"/>
          <w:szCs w:val="24"/>
        </w:rPr>
        <w:tab/>
      </w:r>
      <w:r w:rsidRPr="004B4DDF">
        <w:rPr>
          <w:rFonts w:ascii="Times New Roman" w:hAnsi="Times New Roman" w:cs="Times New Roman"/>
          <w:sz w:val="24"/>
          <w:szCs w:val="24"/>
        </w:rPr>
        <w:t>D. HCOONa và C</w:t>
      </w:r>
      <w:r w:rsidRPr="005D4E91">
        <w:rPr>
          <w:rFonts w:ascii="Times New Roman" w:hAnsi="Times New Roman" w:cs="Times New Roman"/>
          <w:sz w:val="24"/>
          <w:szCs w:val="24"/>
          <w:vertAlign w:val="subscript"/>
        </w:rPr>
        <w:t>2</w:t>
      </w:r>
      <w:r w:rsidRPr="004B4DDF">
        <w:rPr>
          <w:rFonts w:ascii="Times New Roman" w:hAnsi="Times New Roman" w:cs="Times New Roman"/>
          <w:sz w:val="24"/>
          <w:szCs w:val="24"/>
        </w:rPr>
        <w:t>H</w:t>
      </w:r>
      <w:r w:rsidRPr="005D4E91">
        <w:rPr>
          <w:rFonts w:ascii="Times New Roman" w:hAnsi="Times New Roman" w:cs="Times New Roman"/>
          <w:sz w:val="24"/>
          <w:szCs w:val="24"/>
          <w:vertAlign w:val="subscript"/>
        </w:rPr>
        <w:t>5</w:t>
      </w:r>
      <w:r w:rsidRPr="004B4DDF">
        <w:rPr>
          <w:rFonts w:ascii="Times New Roman" w:hAnsi="Times New Roman" w:cs="Times New Roman"/>
          <w:sz w:val="24"/>
          <w:szCs w:val="24"/>
        </w:rPr>
        <w:t>OH.</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34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Hiện tượng xảy ra khi cho dung dịch aniline tiếp xúc với nước bromine dư là gì?</w:t>
      </w:r>
    </w:p>
    <w:p w:rsidR="005D4E91"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Xuất hiện kết tủa màu vàng rơm.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 B. Xuất hiện kết tủa màu trắng.            </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 Dung dịch chuyển sang màu xanh lam.            </w:t>
      </w:r>
      <w:r w:rsidR="005D4E91">
        <w:rPr>
          <w:rFonts w:ascii="Times New Roman" w:hAnsi="Times New Roman" w:cs="Times New Roman"/>
          <w:sz w:val="24"/>
          <w:szCs w:val="24"/>
        </w:rPr>
        <w:tab/>
      </w:r>
      <w:r w:rsidRPr="004B4DDF">
        <w:rPr>
          <w:rFonts w:ascii="Times New Roman" w:hAnsi="Times New Roman" w:cs="Times New Roman"/>
          <w:sz w:val="24"/>
          <w:szCs w:val="24"/>
        </w:rPr>
        <w:t>D. Không thấy hiện tượng biến đổi màu.</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35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Để chứng minh phân tử glucose chứa nhiều nhóm hydroxyl (-OH) liền kề, người ta cho dung dịch glucose tác dụng với chất nào ở nhiệt độ phòng?</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A. AgNO</w:t>
      </w:r>
      <w:r w:rsidRPr="005D4E91">
        <w:rPr>
          <w:rFonts w:ascii="Times New Roman" w:hAnsi="Times New Roman" w:cs="Times New Roman"/>
          <w:sz w:val="24"/>
          <w:szCs w:val="24"/>
          <w:vertAlign w:val="subscript"/>
        </w:rPr>
        <w:t>3</w:t>
      </w:r>
      <w:r w:rsidRPr="004B4DDF">
        <w:rPr>
          <w:rFonts w:ascii="Times New Roman" w:hAnsi="Times New Roman" w:cs="Times New Roman"/>
          <w:sz w:val="24"/>
          <w:szCs w:val="24"/>
        </w:rPr>
        <w:t>/NH</w:t>
      </w:r>
      <w:r w:rsidRPr="005D4E91">
        <w:rPr>
          <w:rFonts w:ascii="Times New Roman" w:hAnsi="Times New Roman" w:cs="Times New Roman"/>
          <w:sz w:val="24"/>
          <w:szCs w:val="24"/>
          <w:vertAlign w:val="subscript"/>
        </w:rPr>
        <w:t>3</w:t>
      </w:r>
      <w:r w:rsidRPr="004B4DDF">
        <w:rPr>
          <w:rFonts w:ascii="Times New Roman" w:hAnsi="Times New Roman" w:cs="Times New Roman"/>
          <w:sz w:val="24"/>
          <w:szCs w:val="24"/>
        </w:rPr>
        <w:t xml:space="preserve">.            </w:t>
      </w:r>
      <w:r w:rsidR="005D4E91">
        <w:rPr>
          <w:rFonts w:ascii="Times New Roman" w:hAnsi="Times New Roman" w:cs="Times New Roman"/>
          <w:sz w:val="24"/>
          <w:szCs w:val="24"/>
        </w:rPr>
        <w:tab/>
      </w:r>
      <w:r w:rsidRPr="004B4DDF">
        <w:rPr>
          <w:rFonts w:ascii="Times New Roman" w:hAnsi="Times New Roman" w:cs="Times New Roman"/>
          <w:sz w:val="24"/>
          <w:szCs w:val="24"/>
        </w:rPr>
        <w:t>B. Cu(OH)</w:t>
      </w:r>
      <w:r w:rsidRPr="005D4E91">
        <w:rPr>
          <w:rFonts w:ascii="Times New Roman" w:hAnsi="Times New Roman" w:cs="Times New Roman"/>
          <w:sz w:val="24"/>
          <w:szCs w:val="24"/>
          <w:vertAlign w:val="subscript"/>
        </w:rPr>
        <w:t>2</w:t>
      </w:r>
      <w:r w:rsidRPr="004B4DDF">
        <w:rPr>
          <w:rFonts w:ascii="Times New Roman" w:hAnsi="Times New Roman" w:cs="Times New Roman"/>
          <w:sz w:val="24"/>
          <w:szCs w:val="24"/>
        </w:rPr>
        <w:t xml:space="preserv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C. Nước bromine.            </w:t>
      </w:r>
      <w:r w:rsidR="005D4E91">
        <w:rPr>
          <w:rFonts w:ascii="Times New Roman" w:hAnsi="Times New Roman" w:cs="Times New Roman"/>
          <w:sz w:val="24"/>
          <w:szCs w:val="24"/>
        </w:rPr>
        <w:tab/>
      </w:r>
      <w:r w:rsidRPr="004B4DDF">
        <w:rPr>
          <w:rFonts w:ascii="Times New Roman" w:hAnsi="Times New Roman" w:cs="Times New Roman"/>
          <w:sz w:val="24"/>
          <w:szCs w:val="24"/>
        </w:rPr>
        <w:t>D. H</w:t>
      </w:r>
      <w:r w:rsidRPr="005D4E91">
        <w:rPr>
          <w:rFonts w:ascii="Times New Roman" w:hAnsi="Times New Roman" w:cs="Times New Roman"/>
          <w:sz w:val="24"/>
          <w:szCs w:val="24"/>
          <w:vertAlign w:val="subscript"/>
        </w:rPr>
        <w:t>2</w:t>
      </w:r>
      <w:r w:rsidRPr="004B4DDF">
        <w:rPr>
          <w:rFonts w:ascii="Times New Roman" w:hAnsi="Times New Roman" w:cs="Times New Roman"/>
          <w:sz w:val="24"/>
          <w:szCs w:val="24"/>
        </w:rPr>
        <w:t xml:space="preserve"> (Ni, to).</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36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Thủy phân hoàn toàn m gram tinh bột thành glucose, sau đó lên men rượu thu được 9,2 gram ethanol. Biết hiệu suất toàn bộ quá trình là 80%. Giá trị của m là:</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16,2.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B. 20,25.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C. 12,96.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 D. 14,4.</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37 </w:t>
      </w:r>
      <w:r w:rsidR="005D4E91">
        <w:rPr>
          <w:rFonts w:ascii="Times New Roman" w:hAnsi="Times New Roman" w:cs="Times New Roman"/>
          <w:sz w:val="24"/>
          <w:szCs w:val="24"/>
        </w:rPr>
        <w:t xml:space="preserve">. </w:t>
      </w:r>
      <w:r w:rsidRPr="004B4DDF">
        <w:rPr>
          <w:rFonts w:ascii="Times New Roman" w:hAnsi="Times New Roman" w:cs="Times New Roman"/>
          <w:sz w:val="24"/>
          <w:szCs w:val="24"/>
        </w:rPr>
        <w:t>Công thức tổng quát của ester no, đơn chức, mạch hở là chất nào dưới đây?</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A. C</w:t>
      </w:r>
      <w:r w:rsidRPr="005D4E91">
        <w:rPr>
          <w:rFonts w:ascii="Times New Roman" w:hAnsi="Times New Roman" w:cs="Times New Roman"/>
          <w:sz w:val="24"/>
          <w:szCs w:val="24"/>
          <w:vertAlign w:val="subscript"/>
        </w:rPr>
        <w:t>n</w:t>
      </w:r>
      <w:r w:rsidRPr="004B4DDF">
        <w:rPr>
          <w:rFonts w:ascii="Times New Roman" w:hAnsi="Times New Roman" w:cs="Times New Roman"/>
          <w:sz w:val="24"/>
          <w:szCs w:val="24"/>
        </w:rPr>
        <w:t>H</w:t>
      </w:r>
      <w:r w:rsidRPr="005D4E91">
        <w:rPr>
          <w:rFonts w:ascii="Times New Roman" w:hAnsi="Times New Roman" w:cs="Times New Roman"/>
          <w:sz w:val="24"/>
          <w:szCs w:val="24"/>
          <w:vertAlign w:val="subscript"/>
        </w:rPr>
        <w:t>2n-2</w:t>
      </w:r>
      <w:r w:rsidRPr="004B4DDF">
        <w:rPr>
          <w:rFonts w:ascii="Times New Roman" w:hAnsi="Times New Roman" w:cs="Times New Roman"/>
          <w:sz w:val="24"/>
          <w:szCs w:val="24"/>
        </w:rPr>
        <w:t>O</w:t>
      </w:r>
      <w:r w:rsidRPr="005D4E91">
        <w:rPr>
          <w:rFonts w:ascii="Times New Roman" w:hAnsi="Times New Roman" w:cs="Times New Roman"/>
          <w:sz w:val="24"/>
          <w:szCs w:val="24"/>
          <w:vertAlign w:val="subscript"/>
        </w:rPr>
        <w:t>2</w:t>
      </w:r>
      <w:r w:rsidRPr="004B4DDF">
        <w:rPr>
          <w:rFonts w:ascii="Times New Roman" w:hAnsi="Times New Roman" w:cs="Times New Roman"/>
          <w:sz w:val="24"/>
          <w:szCs w:val="24"/>
        </w:rPr>
        <w:t xml:space="preserve">.            </w:t>
      </w:r>
      <w:r w:rsidR="005D4E91">
        <w:rPr>
          <w:rFonts w:ascii="Times New Roman" w:hAnsi="Times New Roman" w:cs="Times New Roman"/>
          <w:sz w:val="24"/>
          <w:szCs w:val="24"/>
        </w:rPr>
        <w:tab/>
      </w:r>
      <w:r w:rsidRPr="004B4DDF">
        <w:rPr>
          <w:rFonts w:ascii="Times New Roman" w:hAnsi="Times New Roman" w:cs="Times New Roman"/>
          <w:sz w:val="24"/>
          <w:szCs w:val="24"/>
        </w:rPr>
        <w:t>B. C</w:t>
      </w:r>
      <w:r w:rsidRPr="005D4E91">
        <w:rPr>
          <w:rFonts w:ascii="Times New Roman" w:hAnsi="Times New Roman" w:cs="Times New Roman"/>
          <w:sz w:val="24"/>
          <w:szCs w:val="24"/>
          <w:vertAlign w:val="subscript"/>
        </w:rPr>
        <w:t>n</w:t>
      </w:r>
      <w:r w:rsidRPr="004B4DDF">
        <w:rPr>
          <w:rFonts w:ascii="Times New Roman" w:hAnsi="Times New Roman" w:cs="Times New Roman"/>
          <w:sz w:val="24"/>
          <w:szCs w:val="24"/>
        </w:rPr>
        <w:t>H</w:t>
      </w:r>
      <w:r w:rsidRPr="005D4E91">
        <w:rPr>
          <w:rFonts w:ascii="Times New Roman" w:hAnsi="Times New Roman" w:cs="Times New Roman"/>
          <w:sz w:val="24"/>
          <w:szCs w:val="24"/>
          <w:vertAlign w:val="subscript"/>
        </w:rPr>
        <w:t>2n</w:t>
      </w:r>
      <w:r w:rsidRPr="004B4DDF">
        <w:rPr>
          <w:rFonts w:ascii="Times New Roman" w:hAnsi="Times New Roman" w:cs="Times New Roman"/>
          <w:sz w:val="24"/>
          <w:szCs w:val="24"/>
        </w:rPr>
        <w:t>O</w:t>
      </w:r>
      <w:r w:rsidRPr="005D4E91">
        <w:rPr>
          <w:rFonts w:ascii="Times New Roman" w:hAnsi="Times New Roman" w:cs="Times New Roman"/>
          <w:sz w:val="24"/>
          <w:szCs w:val="24"/>
          <w:vertAlign w:val="subscript"/>
        </w:rPr>
        <w:t>2</w:t>
      </w:r>
      <w:r w:rsidRPr="004B4DDF">
        <w:rPr>
          <w:rFonts w:ascii="Times New Roman" w:hAnsi="Times New Roman" w:cs="Times New Roman"/>
          <w:sz w:val="24"/>
          <w:szCs w:val="24"/>
        </w:rPr>
        <w:t xml:space="preserve">.            </w:t>
      </w:r>
      <w:r w:rsidR="005D4E91">
        <w:rPr>
          <w:rFonts w:ascii="Times New Roman" w:hAnsi="Times New Roman" w:cs="Times New Roman"/>
          <w:sz w:val="24"/>
          <w:szCs w:val="24"/>
        </w:rPr>
        <w:tab/>
      </w:r>
      <w:r w:rsidRPr="004B4DDF">
        <w:rPr>
          <w:rFonts w:ascii="Times New Roman" w:hAnsi="Times New Roman" w:cs="Times New Roman"/>
          <w:sz w:val="24"/>
          <w:szCs w:val="24"/>
        </w:rPr>
        <w:t>C. C</w:t>
      </w:r>
      <w:r w:rsidRPr="005D4E91">
        <w:rPr>
          <w:rFonts w:ascii="Times New Roman" w:hAnsi="Times New Roman" w:cs="Times New Roman"/>
          <w:sz w:val="24"/>
          <w:szCs w:val="24"/>
          <w:vertAlign w:val="subscript"/>
        </w:rPr>
        <w:t>n</w:t>
      </w:r>
      <w:r w:rsidRPr="004B4DDF">
        <w:rPr>
          <w:rFonts w:ascii="Times New Roman" w:hAnsi="Times New Roman" w:cs="Times New Roman"/>
          <w:sz w:val="24"/>
          <w:szCs w:val="24"/>
        </w:rPr>
        <w:t>H</w:t>
      </w:r>
      <w:r w:rsidRPr="005D4E91">
        <w:rPr>
          <w:rFonts w:ascii="Times New Roman" w:hAnsi="Times New Roman" w:cs="Times New Roman"/>
          <w:sz w:val="24"/>
          <w:szCs w:val="24"/>
          <w:vertAlign w:val="subscript"/>
        </w:rPr>
        <w:t>2n+2</w:t>
      </w:r>
      <w:r w:rsidRPr="004B4DDF">
        <w:rPr>
          <w:rFonts w:ascii="Times New Roman" w:hAnsi="Times New Roman" w:cs="Times New Roman"/>
          <w:sz w:val="24"/>
          <w:szCs w:val="24"/>
        </w:rPr>
        <w:t>O</w:t>
      </w:r>
      <w:r w:rsidRPr="005D4E91">
        <w:rPr>
          <w:rFonts w:ascii="Times New Roman" w:hAnsi="Times New Roman" w:cs="Times New Roman"/>
          <w:sz w:val="24"/>
          <w:szCs w:val="24"/>
          <w:vertAlign w:val="subscript"/>
        </w:rPr>
        <w:t>2</w:t>
      </w:r>
      <w:r w:rsidRPr="004B4DDF">
        <w:rPr>
          <w:rFonts w:ascii="Times New Roman" w:hAnsi="Times New Roman" w:cs="Times New Roman"/>
          <w:sz w:val="24"/>
          <w:szCs w:val="24"/>
        </w:rPr>
        <w:t xml:space="preserve">.            </w:t>
      </w:r>
      <w:r w:rsidR="005D4E91">
        <w:rPr>
          <w:rFonts w:ascii="Times New Roman" w:hAnsi="Times New Roman" w:cs="Times New Roman"/>
          <w:sz w:val="24"/>
          <w:szCs w:val="24"/>
        </w:rPr>
        <w:tab/>
      </w:r>
      <w:r w:rsidRPr="004B4DDF">
        <w:rPr>
          <w:rFonts w:ascii="Times New Roman" w:hAnsi="Times New Roman" w:cs="Times New Roman"/>
          <w:sz w:val="24"/>
          <w:szCs w:val="24"/>
        </w:rPr>
        <w:t>D. C</w:t>
      </w:r>
      <w:r w:rsidRPr="005D4E91">
        <w:rPr>
          <w:rFonts w:ascii="Times New Roman" w:hAnsi="Times New Roman" w:cs="Times New Roman"/>
          <w:sz w:val="24"/>
          <w:szCs w:val="24"/>
          <w:vertAlign w:val="subscript"/>
        </w:rPr>
        <w:t>n</w:t>
      </w:r>
      <w:r w:rsidRPr="004B4DDF">
        <w:rPr>
          <w:rFonts w:ascii="Times New Roman" w:hAnsi="Times New Roman" w:cs="Times New Roman"/>
          <w:sz w:val="24"/>
          <w:szCs w:val="24"/>
        </w:rPr>
        <w:t>H</w:t>
      </w:r>
      <w:r w:rsidRPr="005D4E91">
        <w:rPr>
          <w:rFonts w:ascii="Times New Roman" w:hAnsi="Times New Roman" w:cs="Times New Roman"/>
          <w:sz w:val="24"/>
          <w:szCs w:val="24"/>
          <w:vertAlign w:val="subscript"/>
        </w:rPr>
        <w:t>2n-4</w:t>
      </w:r>
      <w:r w:rsidRPr="004B4DDF">
        <w:rPr>
          <w:rFonts w:ascii="Times New Roman" w:hAnsi="Times New Roman" w:cs="Times New Roman"/>
          <w:sz w:val="24"/>
          <w:szCs w:val="24"/>
        </w:rPr>
        <w:t>O</w:t>
      </w:r>
      <w:r w:rsidRPr="005D4E91">
        <w:rPr>
          <w:rFonts w:ascii="Times New Roman" w:hAnsi="Times New Roman" w:cs="Times New Roman"/>
          <w:sz w:val="24"/>
          <w:szCs w:val="24"/>
          <w:vertAlign w:val="subscript"/>
        </w:rPr>
        <w:t>2</w:t>
      </w:r>
      <w:r w:rsidRPr="004B4DDF">
        <w:rPr>
          <w:rFonts w:ascii="Times New Roman" w:hAnsi="Times New Roman" w:cs="Times New Roman"/>
          <w:sz w:val="24"/>
          <w:szCs w:val="24"/>
        </w:rPr>
        <w:t>.</w:t>
      </w:r>
    </w:p>
    <w:p w:rsidR="00392934" w:rsidRPr="004B4DDF" w:rsidRDefault="005D4E91" w:rsidP="004B4DDF">
      <w:pPr>
        <w:tabs>
          <w:tab w:val="left" w:pos="2835"/>
          <w:tab w:val="left" w:pos="5670"/>
          <w:tab w:val="left" w:pos="8222"/>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Câu 38 . </w:t>
      </w:r>
      <w:r w:rsidR="00392934" w:rsidRPr="004B4DDF">
        <w:rPr>
          <w:rFonts w:ascii="Times New Roman" w:hAnsi="Times New Roman" w:cs="Times New Roman"/>
          <w:sz w:val="24"/>
          <w:szCs w:val="24"/>
        </w:rPr>
        <w:t>Chất nào sau đây là acid béo không bão hòa (chứa liên kết đôi C=C)?</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Acid palmitic.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B. Acid stearic.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C. Acid oleic.            </w:t>
      </w:r>
      <w:r w:rsidR="005D4E91">
        <w:rPr>
          <w:rFonts w:ascii="Times New Roman" w:hAnsi="Times New Roman" w:cs="Times New Roman"/>
          <w:sz w:val="24"/>
          <w:szCs w:val="24"/>
        </w:rPr>
        <w:tab/>
      </w:r>
      <w:r w:rsidRPr="004B4DDF">
        <w:rPr>
          <w:rFonts w:ascii="Times New Roman" w:hAnsi="Times New Roman" w:cs="Times New Roman"/>
          <w:sz w:val="24"/>
          <w:szCs w:val="24"/>
        </w:rPr>
        <w:t>D. Acid acetic.</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39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Phần đuôi kị nước trong cấu trúc phân tử của xà phòng là thành phần nào?</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A. Gố</w:t>
      </w:r>
      <w:r w:rsidR="005D4E91">
        <w:rPr>
          <w:rFonts w:ascii="Times New Roman" w:hAnsi="Times New Roman" w:cs="Times New Roman"/>
          <w:sz w:val="24"/>
          <w:szCs w:val="24"/>
        </w:rPr>
        <w:t xml:space="preserve">c hydrocarbon dài.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B. Nhóm -COONa.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C. Nhóm -COOK.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 D. Nhóm sulfate.</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40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Carbohydrate nào có nhiều nhất trong bông nón, tre, gỗ gỗ tự nhiên?</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Glucose.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B. Fructose.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C. Tinh bột.            </w:t>
      </w:r>
      <w:r w:rsidR="005D4E91">
        <w:rPr>
          <w:rFonts w:ascii="Times New Roman" w:hAnsi="Times New Roman" w:cs="Times New Roman"/>
          <w:sz w:val="24"/>
          <w:szCs w:val="24"/>
        </w:rPr>
        <w:tab/>
      </w:r>
      <w:r w:rsidRPr="004B4DDF">
        <w:rPr>
          <w:rFonts w:ascii="Times New Roman" w:hAnsi="Times New Roman" w:cs="Times New Roman"/>
          <w:sz w:val="24"/>
          <w:szCs w:val="24"/>
        </w:rPr>
        <w:t>D. Cellulose.</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41 </w:t>
      </w:r>
      <w:r w:rsidR="004B4DDF">
        <w:rPr>
          <w:rFonts w:ascii="Times New Roman" w:hAnsi="Times New Roman" w:cs="Times New Roman"/>
          <w:sz w:val="24"/>
          <w:szCs w:val="24"/>
        </w:rPr>
        <w:t xml:space="preserve">. </w:t>
      </w:r>
      <w:r w:rsidRPr="004B4DDF">
        <w:rPr>
          <w:rFonts w:ascii="Times New Roman" w:hAnsi="Times New Roman" w:cs="Times New Roman"/>
          <w:sz w:val="24"/>
          <w:szCs w:val="24"/>
        </w:rPr>
        <w:t>Chất nào sau đây thuộc loại polysaccharide, làm lương thực chính?</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Glucose.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B. Fructose.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 C. Saccharose.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 D. Tinh bột.</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42 </w:t>
      </w:r>
      <w:r w:rsidR="005D4E91">
        <w:rPr>
          <w:rFonts w:ascii="Times New Roman" w:hAnsi="Times New Roman" w:cs="Times New Roman"/>
          <w:sz w:val="24"/>
          <w:szCs w:val="24"/>
        </w:rPr>
        <w:t>.</w:t>
      </w:r>
      <w:r w:rsidRPr="004B4DDF">
        <w:rPr>
          <w:rFonts w:ascii="Times New Roman" w:hAnsi="Times New Roman" w:cs="Times New Roman"/>
          <w:sz w:val="24"/>
          <w:szCs w:val="24"/>
        </w:rPr>
        <w:t>Số nguyên tử nitrogen có trong một phân tử ethylamine là bao nhiêu?</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1.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B. 2.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C. 3.            </w:t>
      </w:r>
      <w:r w:rsidR="005D4E91">
        <w:rPr>
          <w:rFonts w:ascii="Times New Roman" w:hAnsi="Times New Roman" w:cs="Times New Roman"/>
          <w:sz w:val="24"/>
          <w:szCs w:val="24"/>
        </w:rPr>
        <w:tab/>
      </w:r>
      <w:r w:rsidRPr="004B4DDF">
        <w:rPr>
          <w:rFonts w:ascii="Times New Roman" w:hAnsi="Times New Roman" w:cs="Times New Roman"/>
          <w:sz w:val="24"/>
          <w:szCs w:val="24"/>
        </w:rPr>
        <w:t>D. 4.</w:t>
      </w:r>
    </w:p>
    <w:p w:rsidR="00392934" w:rsidRPr="004B4DDF" w:rsidRDefault="005D4E91" w:rsidP="004B4DDF">
      <w:pPr>
        <w:tabs>
          <w:tab w:val="left" w:pos="2835"/>
          <w:tab w:val="left" w:pos="5670"/>
          <w:tab w:val="left" w:pos="8222"/>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Câu 43 </w:t>
      </w:r>
      <w:r w:rsidR="00392934" w:rsidRPr="004B4DDF">
        <w:rPr>
          <w:rFonts w:ascii="Times New Roman" w:hAnsi="Times New Roman" w:cs="Times New Roman"/>
          <w:sz w:val="24"/>
          <w:szCs w:val="24"/>
        </w:rPr>
        <w:t>. Dung dịch amino acid nào sau đây làm quỳ tím hóa sang màu đỏ rõ rệt?</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Glycine.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B. Alanine.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C. Glutamic acid.            </w:t>
      </w:r>
      <w:r w:rsidR="005D4E91">
        <w:rPr>
          <w:rFonts w:ascii="Times New Roman" w:hAnsi="Times New Roman" w:cs="Times New Roman"/>
          <w:sz w:val="24"/>
          <w:szCs w:val="24"/>
        </w:rPr>
        <w:tab/>
      </w:r>
      <w:r w:rsidRPr="004B4DDF">
        <w:rPr>
          <w:rFonts w:ascii="Times New Roman" w:hAnsi="Times New Roman" w:cs="Times New Roman"/>
          <w:sz w:val="24"/>
          <w:szCs w:val="24"/>
        </w:rPr>
        <w:t>D. Lysine.</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44 Hợp chất nào sau đây là diamino acid (chứa 2 nhóm -NH</w:t>
      </w:r>
      <w:r w:rsidRPr="005D4E91">
        <w:rPr>
          <w:rFonts w:ascii="Times New Roman" w:hAnsi="Times New Roman" w:cs="Times New Roman"/>
          <w:sz w:val="24"/>
          <w:szCs w:val="24"/>
          <w:vertAlign w:val="subscript"/>
        </w:rPr>
        <w:t>2</w:t>
      </w:r>
      <w:r w:rsidRPr="004B4DDF">
        <w:rPr>
          <w:rFonts w:ascii="Times New Roman" w:hAnsi="Times New Roman" w:cs="Times New Roman"/>
          <w:sz w:val="24"/>
          <w:szCs w:val="24"/>
        </w:rPr>
        <w:t>)?</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lastRenderedPageBreak/>
        <w:t xml:space="preserve">A. Glycine.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 B. Alanine.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C. Lysine.            </w:t>
      </w:r>
      <w:r w:rsidR="005D4E91">
        <w:rPr>
          <w:rFonts w:ascii="Times New Roman" w:hAnsi="Times New Roman" w:cs="Times New Roman"/>
          <w:sz w:val="24"/>
          <w:szCs w:val="24"/>
        </w:rPr>
        <w:tab/>
      </w:r>
      <w:r w:rsidRPr="004B4DDF">
        <w:rPr>
          <w:rFonts w:ascii="Times New Roman" w:hAnsi="Times New Roman" w:cs="Times New Roman"/>
          <w:sz w:val="24"/>
          <w:szCs w:val="24"/>
        </w:rPr>
        <w:t>D. Glutamic acid.</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45. Khi tiến hành xà phòng hóa tripalmitin trong dung dịch NaOH dư, muối thu được mang tên là:</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Sodium palmitate.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B. Sodium stearate.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C. Sodium oleate.            </w:t>
      </w:r>
      <w:r w:rsidR="005D4E91">
        <w:rPr>
          <w:rFonts w:ascii="Times New Roman" w:hAnsi="Times New Roman" w:cs="Times New Roman"/>
          <w:sz w:val="24"/>
          <w:szCs w:val="24"/>
        </w:rPr>
        <w:tab/>
      </w:r>
      <w:r w:rsidRPr="004B4DDF">
        <w:rPr>
          <w:rFonts w:ascii="Times New Roman" w:hAnsi="Times New Roman" w:cs="Times New Roman"/>
          <w:sz w:val="24"/>
          <w:szCs w:val="24"/>
        </w:rPr>
        <w:t>D. Sodium acetate.</w:t>
      </w:r>
    </w:p>
    <w:p w:rsidR="00392934" w:rsidRPr="004B4DDF" w:rsidRDefault="005D4E91" w:rsidP="004B4DDF">
      <w:pPr>
        <w:tabs>
          <w:tab w:val="left" w:pos="2835"/>
          <w:tab w:val="left" w:pos="5670"/>
          <w:tab w:val="left" w:pos="8222"/>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Câu 46 . </w:t>
      </w:r>
      <w:r w:rsidR="00392934" w:rsidRPr="004B4DDF">
        <w:rPr>
          <w:rFonts w:ascii="Times New Roman" w:hAnsi="Times New Roman" w:cs="Times New Roman"/>
          <w:sz w:val="24"/>
          <w:szCs w:val="24"/>
        </w:rPr>
        <w:t>Khi đun nóng glucose với dung dịch Cu(OH)</w:t>
      </w:r>
      <w:r w:rsidR="00392934" w:rsidRPr="005D4E91">
        <w:rPr>
          <w:rFonts w:ascii="Times New Roman" w:hAnsi="Times New Roman" w:cs="Times New Roman"/>
          <w:sz w:val="24"/>
          <w:szCs w:val="24"/>
          <w:vertAlign w:val="subscript"/>
        </w:rPr>
        <w:t>2</w:t>
      </w:r>
      <w:r w:rsidR="00392934" w:rsidRPr="004B4DDF">
        <w:rPr>
          <w:rFonts w:ascii="Times New Roman" w:hAnsi="Times New Roman" w:cs="Times New Roman"/>
          <w:sz w:val="24"/>
          <w:szCs w:val="24"/>
        </w:rPr>
        <w:t xml:space="preserve"> trong môi trường kiềm dư, hiện tượng quan sát thấy xuất hiện kết tủa màu gì?</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Màu xanh lam.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B. Màu trắng bạc.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C. Màu đỏ gạch.            </w:t>
      </w:r>
      <w:r w:rsidR="005D4E91">
        <w:rPr>
          <w:rFonts w:ascii="Times New Roman" w:hAnsi="Times New Roman" w:cs="Times New Roman"/>
          <w:sz w:val="24"/>
          <w:szCs w:val="24"/>
        </w:rPr>
        <w:tab/>
      </w:r>
      <w:r w:rsidRPr="004B4DDF">
        <w:rPr>
          <w:rFonts w:ascii="Times New Roman" w:hAnsi="Times New Roman" w:cs="Times New Roman"/>
          <w:sz w:val="24"/>
          <w:szCs w:val="24"/>
        </w:rPr>
        <w:t>D. Màu đen tuyền.</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47 </w:t>
      </w:r>
      <w:r w:rsidR="005D4E91">
        <w:rPr>
          <w:rFonts w:ascii="Times New Roman" w:hAnsi="Times New Roman" w:cs="Times New Roman"/>
          <w:sz w:val="24"/>
          <w:szCs w:val="24"/>
        </w:rPr>
        <w:t>.</w:t>
      </w:r>
      <w:r w:rsidRPr="004B4DDF">
        <w:rPr>
          <w:rFonts w:ascii="Times New Roman" w:hAnsi="Times New Roman" w:cs="Times New Roman"/>
          <w:sz w:val="24"/>
          <w:szCs w:val="24"/>
        </w:rPr>
        <w:t>Dung dịch ethylamine phản ứng được với dung dịch chất nào sau đây tạo kết tủa màu nâu đỏ?</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HCl.            </w:t>
      </w:r>
      <w:r w:rsidR="005D4E91">
        <w:rPr>
          <w:rFonts w:ascii="Times New Roman" w:hAnsi="Times New Roman" w:cs="Times New Roman"/>
          <w:sz w:val="24"/>
          <w:szCs w:val="24"/>
        </w:rPr>
        <w:tab/>
      </w:r>
      <w:r w:rsidRPr="004B4DDF">
        <w:rPr>
          <w:rFonts w:ascii="Times New Roman" w:hAnsi="Times New Roman" w:cs="Times New Roman"/>
          <w:sz w:val="24"/>
          <w:szCs w:val="24"/>
        </w:rPr>
        <w:t>B. FeCl</w:t>
      </w:r>
      <w:r w:rsidRPr="005D4E91">
        <w:rPr>
          <w:rFonts w:ascii="Times New Roman" w:hAnsi="Times New Roman" w:cs="Times New Roman"/>
          <w:sz w:val="24"/>
          <w:szCs w:val="24"/>
          <w:vertAlign w:val="subscript"/>
        </w:rPr>
        <w:t>3</w:t>
      </w:r>
      <w:r w:rsidRPr="004B4DDF">
        <w:rPr>
          <w:rFonts w:ascii="Times New Roman" w:hAnsi="Times New Roman" w:cs="Times New Roman"/>
          <w:sz w:val="24"/>
          <w:szCs w:val="24"/>
        </w:rPr>
        <w:t xml:space="preserve">.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C. NaOH.            </w:t>
      </w:r>
      <w:r w:rsidR="005D4E91">
        <w:rPr>
          <w:rFonts w:ascii="Times New Roman" w:hAnsi="Times New Roman" w:cs="Times New Roman"/>
          <w:sz w:val="24"/>
          <w:szCs w:val="24"/>
        </w:rPr>
        <w:tab/>
      </w:r>
      <w:r w:rsidRPr="004B4DDF">
        <w:rPr>
          <w:rFonts w:ascii="Times New Roman" w:hAnsi="Times New Roman" w:cs="Times New Roman"/>
          <w:sz w:val="24"/>
          <w:szCs w:val="24"/>
        </w:rPr>
        <w:t>D. NaCl.</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48 </w:t>
      </w:r>
      <w:r w:rsidR="005D4E91">
        <w:rPr>
          <w:rFonts w:ascii="Times New Roman" w:hAnsi="Times New Roman" w:cs="Times New Roman"/>
          <w:sz w:val="24"/>
          <w:szCs w:val="24"/>
        </w:rPr>
        <w:t>.</w:t>
      </w:r>
      <w:r w:rsidRPr="004B4DDF">
        <w:rPr>
          <w:rFonts w:ascii="Times New Roman" w:hAnsi="Times New Roman" w:cs="Times New Roman"/>
          <w:sz w:val="24"/>
          <w:szCs w:val="24"/>
        </w:rPr>
        <w:t>Đốt cháy hoàn toàn một mẫu ester đơn chức, mạch hở thu được 13,2 gram CO</w:t>
      </w:r>
      <w:r w:rsidRPr="005D4E91">
        <w:rPr>
          <w:rFonts w:ascii="Times New Roman" w:hAnsi="Times New Roman" w:cs="Times New Roman"/>
          <w:sz w:val="24"/>
          <w:szCs w:val="24"/>
          <w:vertAlign w:val="subscript"/>
        </w:rPr>
        <w:t>2</w:t>
      </w:r>
      <w:r w:rsidRPr="004B4DDF">
        <w:rPr>
          <w:rFonts w:ascii="Times New Roman" w:hAnsi="Times New Roman" w:cs="Times New Roman"/>
          <w:sz w:val="24"/>
          <w:szCs w:val="24"/>
        </w:rPr>
        <w:t xml:space="preserve"> và 5,4 gram H</w:t>
      </w:r>
      <w:r w:rsidRPr="005D4E91">
        <w:rPr>
          <w:rFonts w:ascii="Times New Roman" w:hAnsi="Times New Roman" w:cs="Times New Roman"/>
          <w:sz w:val="24"/>
          <w:szCs w:val="24"/>
          <w:vertAlign w:val="subscript"/>
        </w:rPr>
        <w:t>2</w:t>
      </w:r>
      <w:r w:rsidRPr="004B4DDF">
        <w:rPr>
          <w:rFonts w:ascii="Times New Roman" w:hAnsi="Times New Roman" w:cs="Times New Roman"/>
          <w:sz w:val="24"/>
          <w:szCs w:val="24"/>
        </w:rPr>
        <w:t>O. Khối lượng của mẫu ester đem đốt bằng bao nhiêu?</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A. 6,0 gram.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B. 7,4 gram.            </w:t>
      </w:r>
      <w:r w:rsidR="005D4E91">
        <w:rPr>
          <w:rFonts w:ascii="Times New Roman" w:hAnsi="Times New Roman" w:cs="Times New Roman"/>
          <w:sz w:val="24"/>
          <w:szCs w:val="24"/>
        </w:rPr>
        <w:tab/>
      </w:r>
      <w:r w:rsidRPr="004B4DDF">
        <w:rPr>
          <w:rFonts w:ascii="Times New Roman" w:hAnsi="Times New Roman" w:cs="Times New Roman"/>
          <w:sz w:val="24"/>
          <w:szCs w:val="24"/>
        </w:rPr>
        <w:t xml:space="preserve">C. 8,8 gram.            </w:t>
      </w:r>
      <w:r w:rsidR="005D4E91">
        <w:rPr>
          <w:rFonts w:ascii="Times New Roman" w:hAnsi="Times New Roman" w:cs="Times New Roman"/>
          <w:sz w:val="24"/>
          <w:szCs w:val="24"/>
        </w:rPr>
        <w:tab/>
      </w:r>
      <w:r w:rsidRPr="004B4DDF">
        <w:rPr>
          <w:rFonts w:ascii="Times New Roman" w:hAnsi="Times New Roman" w:cs="Times New Roman"/>
          <w:sz w:val="24"/>
          <w:szCs w:val="24"/>
        </w:rPr>
        <w:t>D. 4,4 gram.</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5D4E91">
        <w:rPr>
          <w:rFonts w:ascii="Times New Roman" w:hAnsi="Times New Roman" w:cs="Times New Roman"/>
          <w:b/>
          <w:sz w:val="24"/>
          <w:szCs w:val="24"/>
        </w:rPr>
        <w:t>PHẦN II. Câu trắc nghiệm Đúng Sai</w:t>
      </w:r>
      <w:r w:rsidRPr="004B4DDF">
        <w:rPr>
          <w:rFonts w:ascii="Times New Roman" w:hAnsi="Times New Roman" w:cs="Times New Roman"/>
          <w:sz w:val="24"/>
          <w:szCs w:val="24"/>
        </w:rPr>
        <w:t>. Mỗi câu gồm 4 ý a, b, c, d; thí sinh chọn Đúng hoặc Sai cho từng ý.</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1. Đường ống thoát nước bồn rửa chén bát lâu ngày bị tắc do chất béo rắn (tristearin). Để xử lý, người ta dùng NaOH rắn.</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a. Tristearin thuộc loại hợp chất triester.</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b. Khi cho NaOH rắn vào ống, xảy ra phản ứng thủy phân chất béo tỏa nhiệt giúp hòa tan cặn mỡ.</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 Sản phẩm của phản ứng giữa tristearin và NaOH gồm sodium stearate và ethylene glycol.</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d. Nếu dùng 24 gam NaOH nguyên chất thì xà phòng hóa tối đa được 178 gam tristearin.</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2. Xét các carbohydrate phổ biến trong thực tế cuộc sống.</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a. Glucose và fructose đều là các monosaccharide và là đồng phân cấu tạo của nhau.</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b. Saccharose được cấu tạo hoàn toàn từ hai phân tử α-glucose.</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 Thủy phân hoàn toàn 10 gam một mẫu bông thiên nhiên, lấy toàn bộ glucose sinh ra tráng bạc thu được 12,96 gam Ag. Hàm lượng cellulose trong mẫu bông đó là 97,2%.</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d. Để sản xuất 1 tấn cellulose trinitrate cần khối lượng cellulose lý thuyết là 619,8 kg (hiệu suất phản ứng đạt 88%).</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3. Tiến hành thí nghiệm tráng bạc của glucose bằng thuốc thử Tollens theo các bước thực hành hóa học.</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a. Ở bước chuẩn bị thuốc thử, cho dung dịch ammonia vào AgNO</w:t>
      </w:r>
      <w:r w:rsidRPr="008127B9">
        <w:rPr>
          <w:rFonts w:ascii="Times New Roman" w:hAnsi="Times New Roman" w:cs="Times New Roman"/>
          <w:sz w:val="24"/>
          <w:szCs w:val="24"/>
          <w:vertAlign w:val="subscript"/>
        </w:rPr>
        <w:t>3</w:t>
      </w:r>
      <w:r w:rsidRPr="004B4DDF">
        <w:rPr>
          <w:rFonts w:ascii="Times New Roman" w:hAnsi="Times New Roman" w:cs="Times New Roman"/>
          <w:sz w:val="24"/>
          <w:szCs w:val="24"/>
        </w:rPr>
        <w:t xml:space="preserve"> đến khi kết tủa tan hết.</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b. Trong phản ứng tráng bạc, xảy ra quá trình khử glucose thành hợp chất sorbitol.</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 Hiện tượng quan sát thấy là xuất hiện lớp kim loại sáng bóng bám vào thành ống nghiệm.</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d. Thí nghiệm này dùng để chứng minh phân tử glucose có cấu tạo polyalcohol chứa nhiều nhóm -OH liền kề.</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4. Cho các nhận định về nhóm chất amine và amino acid.</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a. Aniline là chất lỏng, tan vô hạn trong nước ở điều kiện thường.</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b. Dung dịch aniline không làm đổi màu quỳ tím do tính base của nó rất yếu.</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 Các amino acid có nhiệt độ nóng chảy tương đối cao vì chúng tồn tại ở dạng ion lưỡng cực.</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d. Dung dịch glutamic acid làm quỳ tím hóa sang màu xanh lam.</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5. Xét phản ứng ester hóa giữa acetic acid và ethanol nguyên chất, xúc tác H</w:t>
      </w:r>
      <w:r w:rsidRPr="008127B9">
        <w:rPr>
          <w:rFonts w:ascii="Times New Roman" w:hAnsi="Times New Roman" w:cs="Times New Roman"/>
          <w:sz w:val="24"/>
          <w:szCs w:val="24"/>
          <w:vertAlign w:val="subscript"/>
        </w:rPr>
        <w:t>2</w:t>
      </w:r>
      <w:r w:rsidRPr="004B4DDF">
        <w:rPr>
          <w:rFonts w:ascii="Times New Roman" w:hAnsi="Times New Roman" w:cs="Times New Roman"/>
          <w:sz w:val="24"/>
          <w:szCs w:val="24"/>
        </w:rPr>
        <w:t>SO</w:t>
      </w:r>
      <w:r w:rsidRPr="008127B9">
        <w:rPr>
          <w:rFonts w:ascii="Times New Roman" w:hAnsi="Times New Roman" w:cs="Times New Roman"/>
          <w:sz w:val="24"/>
          <w:szCs w:val="24"/>
          <w:vertAlign w:val="subscript"/>
        </w:rPr>
        <w:t>4</w:t>
      </w:r>
      <w:r w:rsidRPr="004B4DDF">
        <w:rPr>
          <w:rFonts w:ascii="Times New Roman" w:hAnsi="Times New Roman" w:cs="Times New Roman"/>
          <w:sz w:val="24"/>
          <w:szCs w:val="24"/>
        </w:rPr>
        <w:t xml:space="preserve"> đặc, đun nóng.</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a. H</w:t>
      </w:r>
      <w:r w:rsidRPr="008127B9">
        <w:rPr>
          <w:rFonts w:ascii="Times New Roman" w:hAnsi="Times New Roman" w:cs="Times New Roman"/>
          <w:sz w:val="24"/>
          <w:szCs w:val="24"/>
          <w:vertAlign w:val="subscript"/>
        </w:rPr>
        <w:t>2</w:t>
      </w:r>
      <w:r w:rsidRPr="004B4DDF">
        <w:rPr>
          <w:rFonts w:ascii="Times New Roman" w:hAnsi="Times New Roman" w:cs="Times New Roman"/>
          <w:sz w:val="24"/>
          <w:szCs w:val="24"/>
        </w:rPr>
        <w:t>SO</w:t>
      </w:r>
      <w:r w:rsidRPr="008127B9">
        <w:rPr>
          <w:rFonts w:ascii="Times New Roman" w:hAnsi="Times New Roman" w:cs="Times New Roman"/>
          <w:sz w:val="24"/>
          <w:szCs w:val="24"/>
          <w:vertAlign w:val="subscript"/>
        </w:rPr>
        <w:t>4</w:t>
      </w:r>
      <w:r w:rsidRPr="004B4DDF">
        <w:rPr>
          <w:rFonts w:ascii="Times New Roman" w:hAnsi="Times New Roman" w:cs="Times New Roman"/>
          <w:sz w:val="24"/>
          <w:szCs w:val="24"/>
        </w:rPr>
        <w:t xml:space="preserve"> đặc đóng vai trò chất xúc tác và hút nước để dịch chuyển cân bằng hóa học.</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b. Phản ứng ester hóa là phản ứng một chiều, xảy ra hoàn toàn tạo sản phẩm.</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 Sản phẩm hữu cơ thu được sau phản ứng là ethyl acetate, có mùi thơm dễ chịu và nhẹ hơn nước.</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d. Để làm tăng hiệu suất phản ứng tạo ester, người ta có thể thêm nước cất vào hệ phản ứng.</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6. Cho các nhận định về vai trò, ứng dụng thực tiễn của carbohydrate.</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a. Glucose được ứng dụng làm thuốc tăng lực, dịch truyền tĩnh mạch trong y học.</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b. Saccharose được dùng nhiều trong công nghiệp thực phẩm để sản xuất bánh kẹo, nước giải khát.</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 Cellulose trinitrate thu được từ cellulose có đặc tính dễ cháy nổ mạnh, dùng làm thuốc súng không khói.</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d. Tinh bột là lương thực cơ bản của con người nhưng hoàn toàn không có ứng dụng trong công nghiệp.</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7. Tiến hành thí nghiệm xà phòng hóa chất béo bằng dung dịch NaOH trong bát sứ đun nhẹ.</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a. Ở giai đoạn đầu, cần thêm một ít dung dịch ethanol để chất béo dễ hòa tan, tăng khả năng tiếp xúc.</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b. Trong suốt quá trình đun, ta cần liên tục thêm nước cất để giữ thể tích hỗn hợp ổn định, tránh cạn khô.</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 Sau khi đun xong, thêm dung dịch NaCl bão hòa nóng vào hỗn hợp để làm xà phòng kết tinh nổi lên trên.</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d. Sản phẩm chất lỏng sánh, có vị ngọt thu được ở phần đáy là chất độc ethylene glycol.</w:t>
      </w:r>
    </w:p>
    <w:p w:rsidR="008267A0" w:rsidRPr="0019674B" w:rsidRDefault="00B4609D" w:rsidP="004B4DDF">
      <w:pPr>
        <w:tabs>
          <w:tab w:val="left" w:pos="2835"/>
          <w:tab w:val="left" w:pos="5670"/>
          <w:tab w:val="left" w:pos="8222"/>
        </w:tabs>
        <w:spacing w:after="0" w:line="240" w:lineRule="auto"/>
        <w:rPr>
          <w:rFonts w:ascii="Times New Roman" w:hAnsi="Times New Roman" w:cs="Times New Roman"/>
          <w:b/>
          <w:sz w:val="24"/>
          <w:szCs w:val="24"/>
        </w:rPr>
      </w:pPr>
      <w:r w:rsidRPr="0019674B">
        <w:rPr>
          <w:rFonts w:ascii="Times New Roman" w:hAnsi="Times New Roman" w:cs="Times New Roman"/>
          <w:b/>
          <w:sz w:val="24"/>
          <w:szCs w:val="24"/>
        </w:rPr>
        <w:t>PHẦN III. Câu trắc nghiệm trả lời ngắn. Điền đáp số bằng số hoặc số thập phân.</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1 </w:t>
      </w:r>
      <w:r w:rsidR="008127B9">
        <w:rPr>
          <w:rFonts w:ascii="Times New Roman" w:hAnsi="Times New Roman" w:cs="Times New Roman"/>
          <w:sz w:val="24"/>
          <w:szCs w:val="24"/>
        </w:rPr>
        <w:t xml:space="preserve">. </w:t>
      </w:r>
      <w:r w:rsidRPr="004B4DDF">
        <w:rPr>
          <w:rFonts w:ascii="Times New Roman" w:hAnsi="Times New Roman" w:cs="Times New Roman"/>
          <w:sz w:val="24"/>
          <w:szCs w:val="24"/>
        </w:rPr>
        <w:t>Cho m gam glucose tác dụng hoàn toàn với lượng dư dung dịch AgNO</w:t>
      </w:r>
      <w:r w:rsidRPr="008127B9">
        <w:rPr>
          <w:rFonts w:ascii="Times New Roman" w:hAnsi="Times New Roman" w:cs="Times New Roman"/>
          <w:sz w:val="24"/>
          <w:szCs w:val="24"/>
          <w:vertAlign w:val="subscript"/>
        </w:rPr>
        <w:t>3</w:t>
      </w:r>
      <w:r w:rsidRPr="004B4DDF">
        <w:rPr>
          <w:rFonts w:ascii="Times New Roman" w:hAnsi="Times New Roman" w:cs="Times New Roman"/>
          <w:sz w:val="24"/>
          <w:szCs w:val="24"/>
        </w:rPr>
        <w:t xml:space="preserve"> trong NH</w:t>
      </w:r>
      <w:r w:rsidRPr="008127B9">
        <w:rPr>
          <w:rFonts w:ascii="Times New Roman" w:hAnsi="Times New Roman" w:cs="Times New Roman"/>
          <w:sz w:val="24"/>
          <w:szCs w:val="24"/>
          <w:vertAlign w:val="subscript"/>
        </w:rPr>
        <w:t>3</w:t>
      </w:r>
      <w:r w:rsidRPr="004B4DDF">
        <w:rPr>
          <w:rFonts w:ascii="Times New Roman" w:hAnsi="Times New Roman" w:cs="Times New Roman"/>
          <w:sz w:val="24"/>
          <w:szCs w:val="24"/>
        </w:rPr>
        <w:t>, đun nóng thu được 3,24 gam Ag. Giá trị của m là bao nhiêu? (Làm tròn đến hàng phần mười)</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lastRenderedPageBreak/>
        <w:t>Câu 2. Trong các chất: saccharose, glucose, fructose, formic acid, acetic aldehyde. Có bao nhiêu chất vừa có khả năng tham gia phản ứng tráng bạc vừa hòa tan được Cu(OH)</w:t>
      </w:r>
      <w:r w:rsidRPr="008127B9">
        <w:rPr>
          <w:rFonts w:ascii="Times New Roman" w:hAnsi="Times New Roman" w:cs="Times New Roman"/>
          <w:sz w:val="24"/>
          <w:szCs w:val="24"/>
          <w:vertAlign w:val="subscript"/>
        </w:rPr>
        <w:t>2</w:t>
      </w:r>
      <w:r w:rsidRPr="004B4DDF">
        <w:rPr>
          <w:rFonts w:ascii="Times New Roman" w:hAnsi="Times New Roman" w:cs="Times New Roman"/>
          <w:sz w:val="24"/>
          <w:szCs w:val="24"/>
        </w:rPr>
        <w:t xml:space="preserve"> ở điều kiện thường?</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3. Cho dãy các chất sau: glucose, fructose, saccharose, tinh bột, cellulose. Có bao nhiêu chất có khả năng tham gia phản ứng thủy phân trong môi trường acid, đun nóng?</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4 </w:t>
      </w:r>
      <w:r w:rsidR="008127B9">
        <w:rPr>
          <w:rFonts w:ascii="Times New Roman" w:hAnsi="Times New Roman" w:cs="Times New Roman"/>
          <w:sz w:val="24"/>
          <w:szCs w:val="24"/>
        </w:rPr>
        <w:t>.</w:t>
      </w:r>
      <w:r w:rsidRPr="004B4DDF">
        <w:rPr>
          <w:rFonts w:ascii="Times New Roman" w:hAnsi="Times New Roman" w:cs="Times New Roman"/>
          <w:sz w:val="24"/>
          <w:szCs w:val="24"/>
        </w:rPr>
        <w:t>Trong số các amine sau: ethylamine, dimethylamine, aniline, diphenylamine, propan-2-amine. Có bao nhiêu amine thuộc loại amine bậc 1?</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5 </w:t>
      </w:r>
      <w:r w:rsidR="008127B9">
        <w:rPr>
          <w:rFonts w:ascii="Times New Roman" w:hAnsi="Times New Roman" w:cs="Times New Roman"/>
          <w:sz w:val="24"/>
          <w:szCs w:val="24"/>
        </w:rPr>
        <w:t>.</w:t>
      </w:r>
      <w:r w:rsidRPr="004B4DDF">
        <w:rPr>
          <w:rFonts w:ascii="Times New Roman" w:hAnsi="Times New Roman" w:cs="Times New Roman"/>
          <w:sz w:val="24"/>
          <w:szCs w:val="24"/>
        </w:rPr>
        <w:t>Cho 0,1 mol một chất béo triester thủy phân hoàn toàn trong dung dịch NaOH dư. Khối lượng glycerol thu được là bao nhiêu gram?</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6. Đốt cháy hoàn toàn một lượng ester no, đơn chức, mạch hở thu được 0,3 mol CO</w:t>
      </w:r>
      <w:r w:rsidRPr="008127B9">
        <w:rPr>
          <w:rFonts w:ascii="Times New Roman" w:hAnsi="Times New Roman" w:cs="Times New Roman"/>
          <w:sz w:val="24"/>
          <w:szCs w:val="24"/>
          <w:vertAlign w:val="subscript"/>
        </w:rPr>
        <w:t>2</w:t>
      </w:r>
      <w:r w:rsidRPr="004B4DDF">
        <w:rPr>
          <w:rFonts w:ascii="Times New Roman" w:hAnsi="Times New Roman" w:cs="Times New Roman"/>
          <w:sz w:val="24"/>
          <w:szCs w:val="24"/>
        </w:rPr>
        <w:t>. Số mol H</w:t>
      </w:r>
      <w:r w:rsidRPr="008127B9">
        <w:rPr>
          <w:rFonts w:ascii="Times New Roman" w:hAnsi="Times New Roman" w:cs="Times New Roman"/>
          <w:sz w:val="24"/>
          <w:szCs w:val="24"/>
          <w:vertAlign w:val="subscript"/>
        </w:rPr>
        <w:t>2</w:t>
      </w:r>
      <w:r w:rsidRPr="004B4DDF">
        <w:rPr>
          <w:rFonts w:ascii="Times New Roman" w:hAnsi="Times New Roman" w:cs="Times New Roman"/>
          <w:sz w:val="24"/>
          <w:szCs w:val="24"/>
        </w:rPr>
        <w:t>O sinh ra từ phản ứng cháy này là bao nhiêu?</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7. Trong số các chất: glucose, fructose, saccharose, tinh bột, cellulose. Có bao nhiêu chất KHÔNG tham gia phản ứng thủy phân?</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8 </w:t>
      </w:r>
      <w:r w:rsidR="008127B9">
        <w:rPr>
          <w:rFonts w:ascii="Times New Roman" w:hAnsi="Times New Roman" w:cs="Times New Roman"/>
          <w:sz w:val="24"/>
          <w:szCs w:val="24"/>
        </w:rPr>
        <w:t>.</w:t>
      </w:r>
      <w:r w:rsidRPr="004B4DDF">
        <w:rPr>
          <w:rFonts w:ascii="Times New Roman" w:hAnsi="Times New Roman" w:cs="Times New Roman"/>
          <w:sz w:val="24"/>
          <w:szCs w:val="24"/>
        </w:rPr>
        <w:t>Cho 7,5 gram glycine tác dụng vừa đủ với dung dịch NaOH. Khối lượng muối khan thu được sau cô cạn là bao nhiêu gram?</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9 </w:t>
      </w:r>
      <w:r w:rsidR="008127B9">
        <w:rPr>
          <w:rFonts w:ascii="Times New Roman" w:hAnsi="Times New Roman" w:cs="Times New Roman"/>
          <w:sz w:val="24"/>
          <w:szCs w:val="24"/>
        </w:rPr>
        <w:t xml:space="preserve">. </w:t>
      </w:r>
      <w:r w:rsidRPr="004B4DDF">
        <w:rPr>
          <w:rFonts w:ascii="Times New Roman" w:hAnsi="Times New Roman" w:cs="Times New Roman"/>
          <w:sz w:val="24"/>
          <w:szCs w:val="24"/>
        </w:rPr>
        <w:t>Có bao nhiêu đồng phân ester mạch hở, đơn chức có cùng công thức phân tử C</w:t>
      </w:r>
      <w:r w:rsidRPr="008127B9">
        <w:rPr>
          <w:rFonts w:ascii="Times New Roman" w:hAnsi="Times New Roman" w:cs="Times New Roman"/>
          <w:sz w:val="24"/>
          <w:szCs w:val="24"/>
          <w:vertAlign w:val="subscript"/>
        </w:rPr>
        <w:t>3</w:t>
      </w:r>
      <w:r w:rsidRPr="004B4DDF">
        <w:rPr>
          <w:rFonts w:ascii="Times New Roman" w:hAnsi="Times New Roman" w:cs="Times New Roman"/>
          <w:sz w:val="24"/>
          <w:szCs w:val="24"/>
        </w:rPr>
        <w:t>H</w:t>
      </w:r>
      <w:r w:rsidRPr="008127B9">
        <w:rPr>
          <w:rFonts w:ascii="Times New Roman" w:hAnsi="Times New Roman" w:cs="Times New Roman"/>
          <w:sz w:val="24"/>
          <w:szCs w:val="24"/>
          <w:vertAlign w:val="subscript"/>
        </w:rPr>
        <w:t>6</w:t>
      </w:r>
      <w:r w:rsidRPr="004B4DDF">
        <w:rPr>
          <w:rFonts w:ascii="Times New Roman" w:hAnsi="Times New Roman" w:cs="Times New Roman"/>
          <w:sz w:val="24"/>
          <w:szCs w:val="24"/>
        </w:rPr>
        <w:t>O</w:t>
      </w:r>
      <w:r w:rsidRPr="008127B9">
        <w:rPr>
          <w:rFonts w:ascii="Times New Roman" w:hAnsi="Times New Roman" w:cs="Times New Roman"/>
          <w:sz w:val="24"/>
          <w:szCs w:val="24"/>
          <w:vertAlign w:val="subscript"/>
        </w:rPr>
        <w:t>2</w:t>
      </w:r>
      <w:r w:rsidRPr="004B4DDF">
        <w:rPr>
          <w:rFonts w:ascii="Times New Roman" w:hAnsi="Times New Roman" w:cs="Times New Roman"/>
          <w:sz w:val="24"/>
          <w:szCs w:val="24"/>
        </w:rPr>
        <w:t>?</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10. Cho 0,1 mol lysine tác dụng hoàn toàn với lượng dư dung dịch HCl. Số mol HCl đã tham gia phản ứng tối đa là bao nhiêu?</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11. Trong số các chất: ethylamine, dimethylamine, aniline, benzylamine. Có bao nhiêu chất làm quỳ tím hóa xanh?</w:t>
      </w:r>
    </w:p>
    <w:p w:rsidR="00392934" w:rsidRPr="004B4DDF" w:rsidRDefault="008127B9" w:rsidP="004B4DDF">
      <w:pPr>
        <w:tabs>
          <w:tab w:val="left" w:pos="2835"/>
          <w:tab w:val="left" w:pos="5670"/>
          <w:tab w:val="left" w:pos="8222"/>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Câu 12 . </w:t>
      </w:r>
      <w:r w:rsidR="00392934" w:rsidRPr="004B4DDF">
        <w:rPr>
          <w:rFonts w:ascii="Times New Roman" w:hAnsi="Times New Roman" w:cs="Times New Roman"/>
          <w:sz w:val="24"/>
          <w:szCs w:val="24"/>
        </w:rPr>
        <w:t>Cho 6,0 gram một amino acid X (chứa 1 nhóm -NH</w:t>
      </w:r>
      <w:r w:rsidR="00392934" w:rsidRPr="008127B9">
        <w:rPr>
          <w:rFonts w:ascii="Times New Roman" w:hAnsi="Times New Roman" w:cs="Times New Roman"/>
          <w:sz w:val="24"/>
          <w:szCs w:val="24"/>
          <w:vertAlign w:val="subscript"/>
        </w:rPr>
        <w:t xml:space="preserve">2 </w:t>
      </w:r>
      <w:r w:rsidR="00392934" w:rsidRPr="004B4DDF">
        <w:rPr>
          <w:rFonts w:ascii="Times New Roman" w:hAnsi="Times New Roman" w:cs="Times New Roman"/>
          <w:sz w:val="24"/>
          <w:szCs w:val="24"/>
        </w:rPr>
        <w:t>và 1 nhóm -COOH) tác dụng vừa đủ với dung dịch HCl thu được 8,92 gram muối khan. Phân tử khối của X bằng bao nhiêu?</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13 </w:t>
      </w:r>
      <w:r w:rsidR="008127B9">
        <w:rPr>
          <w:rFonts w:ascii="Times New Roman" w:hAnsi="Times New Roman" w:cs="Times New Roman"/>
          <w:sz w:val="24"/>
          <w:szCs w:val="24"/>
        </w:rPr>
        <w:t xml:space="preserve">. </w:t>
      </w:r>
      <w:r w:rsidRPr="004B4DDF">
        <w:rPr>
          <w:rFonts w:ascii="Times New Roman" w:hAnsi="Times New Roman" w:cs="Times New Roman"/>
          <w:sz w:val="24"/>
          <w:szCs w:val="24"/>
        </w:rPr>
        <w:t>Phân tử khối của saccharose bằng bao nhiêu đơn vị carbon?</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14. Cho dung dịch chứa 0,2 mol alanine tác dụng vừa đủ với dung dịch NaOH. Khối lượng muối hữu cơ khan thu được sau khi cô cạn dung dịch là bao nhiêu gram?</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15. Trong số các carbohydrate: glucose, fructose, saccharose, tinh bột, cellulose. Có bao nhiêu chất tham gia được phản ứng tráng bạc?</w:t>
      </w:r>
    </w:p>
    <w:p w:rsidR="00392934" w:rsidRPr="004B4DDF" w:rsidRDefault="00392934"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16 </w:t>
      </w:r>
      <w:r w:rsidR="008127B9">
        <w:rPr>
          <w:rFonts w:ascii="Times New Roman" w:hAnsi="Times New Roman" w:cs="Times New Roman"/>
          <w:sz w:val="24"/>
          <w:szCs w:val="24"/>
        </w:rPr>
        <w:t xml:space="preserve">. </w:t>
      </w:r>
      <w:r w:rsidRPr="004B4DDF">
        <w:rPr>
          <w:rFonts w:ascii="Times New Roman" w:hAnsi="Times New Roman" w:cs="Times New Roman"/>
          <w:sz w:val="24"/>
          <w:szCs w:val="24"/>
        </w:rPr>
        <w:t>Khi cho 0,1 mol một amine đơn chức tác dụng hết với FeCl</w:t>
      </w:r>
      <w:r w:rsidRPr="008127B9">
        <w:rPr>
          <w:rFonts w:ascii="Times New Roman" w:hAnsi="Times New Roman" w:cs="Times New Roman"/>
          <w:sz w:val="24"/>
          <w:szCs w:val="24"/>
          <w:vertAlign w:val="subscript"/>
        </w:rPr>
        <w:t>3</w:t>
      </w:r>
      <w:r w:rsidRPr="004B4DDF">
        <w:rPr>
          <w:rFonts w:ascii="Times New Roman" w:hAnsi="Times New Roman" w:cs="Times New Roman"/>
          <w:sz w:val="24"/>
          <w:szCs w:val="24"/>
        </w:rPr>
        <w:t xml:space="preserve"> dư, lọc kết tủa nung đến khối lượng không đổi thu được 4,0 gram chất rắn Fe</w:t>
      </w:r>
      <w:r w:rsidRPr="008127B9">
        <w:rPr>
          <w:rFonts w:ascii="Times New Roman" w:hAnsi="Times New Roman" w:cs="Times New Roman"/>
          <w:sz w:val="24"/>
          <w:szCs w:val="24"/>
          <w:vertAlign w:val="subscript"/>
        </w:rPr>
        <w:t>2</w:t>
      </w:r>
      <w:r w:rsidRPr="004B4DDF">
        <w:rPr>
          <w:rFonts w:ascii="Times New Roman" w:hAnsi="Times New Roman" w:cs="Times New Roman"/>
          <w:sz w:val="24"/>
          <w:szCs w:val="24"/>
        </w:rPr>
        <w:t>O</w:t>
      </w:r>
      <w:r w:rsidRPr="0019674B">
        <w:rPr>
          <w:rFonts w:ascii="Times New Roman" w:hAnsi="Times New Roman" w:cs="Times New Roman"/>
          <w:sz w:val="24"/>
          <w:szCs w:val="24"/>
          <w:vertAlign w:val="subscript"/>
        </w:rPr>
        <w:t>3</w:t>
      </w:r>
      <w:r w:rsidRPr="004B4DDF">
        <w:rPr>
          <w:rFonts w:ascii="Times New Roman" w:hAnsi="Times New Roman" w:cs="Times New Roman"/>
          <w:sz w:val="24"/>
          <w:szCs w:val="24"/>
        </w:rPr>
        <w:t>. Số nhóm chức amine trong phân tử đó là bao nhiêu?</w:t>
      </w:r>
    </w:p>
    <w:p w:rsidR="008267A0" w:rsidRPr="008127B9" w:rsidRDefault="00B4609D" w:rsidP="004B4DDF">
      <w:pPr>
        <w:tabs>
          <w:tab w:val="left" w:pos="2835"/>
          <w:tab w:val="left" w:pos="5670"/>
          <w:tab w:val="left" w:pos="8222"/>
        </w:tabs>
        <w:spacing w:after="0" w:line="240" w:lineRule="auto"/>
        <w:rPr>
          <w:rFonts w:ascii="Times New Roman" w:hAnsi="Times New Roman" w:cs="Times New Roman"/>
          <w:b/>
          <w:sz w:val="24"/>
          <w:szCs w:val="24"/>
        </w:rPr>
      </w:pPr>
      <w:r w:rsidRPr="008127B9">
        <w:rPr>
          <w:rFonts w:ascii="Times New Roman" w:hAnsi="Times New Roman" w:cs="Times New Roman"/>
          <w:b/>
          <w:sz w:val="24"/>
          <w:szCs w:val="24"/>
        </w:rPr>
        <w:t>PHẦN IV. TỰ LUẬN (Thí sinh trình bày chi tiết các bước giải bài tập)</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1 </w:t>
      </w:r>
      <w:r w:rsidR="008127B9">
        <w:rPr>
          <w:rFonts w:ascii="Times New Roman" w:hAnsi="Times New Roman" w:cs="Times New Roman"/>
          <w:sz w:val="24"/>
          <w:szCs w:val="24"/>
        </w:rPr>
        <w:t xml:space="preserve">. </w:t>
      </w:r>
      <w:r w:rsidRPr="004B4DDF">
        <w:rPr>
          <w:rFonts w:ascii="Times New Roman" w:hAnsi="Times New Roman" w:cs="Times New Roman"/>
          <w:sz w:val="24"/>
          <w:szCs w:val="24"/>
        </w:rPr>
        <w:t>Methyl salicylate dùng làm thuốc xoa bóp giảm đau, được điều chế từ salicylic acid và methanol. Để sản xuất 1,9 triệu tuýp thuốc xoa bóp giảm đau cần tối thiểu m tấn salicylic acid. Biết mỗi tuýp thuốc chứa 2,7 gam methyl salicylate và hiệu suất phản ứng tính theo salicylic acid là 75%. Xác định giá trị của m (làm tròn đến hàng phần mười).</w:t>
      </w:r>
    </w:p>
    <w:p w:rsidR="008127B9"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2. Phản ứng quang hợp tạo ra glucose tích lũy năng lượng theo phương trình: </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6CO</w:t>
      </w:r>
      <w:r w:rsidRPr="008127B9">
        <w:rPr>
          <w:rFonts w:ascii="Times New Roman" w:hAnsi="Times New Roman" w:cs="Times New Roman"/>
          <w:sz w:val="24"/>
          <w:szCs w:val="24"/>
          <w:vertAlign w:val="subscript"/>
        </w:rPr>
        <w:t xml:space="preserve">2 </w:t>
      </w:r>
      <w:r w:rsidRPr="004B4DDF">
        <w:rPr>
          <w:rFonts w:ascii="Times New Roman" w:hAnsi="Times New Roman" w:cs="Times New Roman"/>
          <w:sz w:val="24"/>
          <w:szCs w:val="24"/>
        </w:rPr>
        <w:t>+ 6H</w:t>
      </w:r>
      <w:r w:rsidRPr="008127B9">
        <w:rPr>
          <w:rFonts w:ascii="Times New Roman" w:hAnsi="Times New Roman" w:cs="Times New Roman"/>
          <w:sz w:val="24"/>
          <w:szCs w:val="24"/>
          <w:vertAlign w:val="subscript"/>
        </w:rPr>
        <w:t>2</w:t>
      </w:r>
      <w:r w:rsidRPr="004B4DDF">
        <w:rPr>
          <w:rFonts w:ascii="Times New Roman" w:hAnsi="Times New Roman" w:cs="Times New Roman"/>
          <w:sz w:val="24"/>
          <w:szCs w:val="24"/>
        </w:rPr>
        <w:t>O + 673 kcal -&gt; C</w:t>
      </w:r>
      <w:r w:rsidRPr="008127B9">
        <w:rPr>
          <w:rFonts w:ascii="Times New Roman" w:hAnsi="Times New Roman" w:cs="Times New Roman"/>
          <w:sz w:val="24"/>
          <w:szCs w:val="24"/>
          <w:vertAlign w:val="subscript"/>
        </w:rPr>
        <w:t>6</w:t>
      </w:r>
      <w:r w:rsidRPr="004B4DDF">
        <w:rPr>
          <w:rFonts w:ascii="Times New Roman" w:hAnsi="Times New Roman" w:cs="Times New Roman"/>
          <w:sz w:val="24"/>
          <w:szCs w:val="24"/>
        </w:rPr>
        <w:t>H</w:t>
      </w:r>
      <w:r w:rsidRPr="008127B9">
        <w:rPr>
          <w:rFonts w:ascii="Times New Roman" w:hAnsi="Times New Roman" w:cs="Times New Roman"/>
          <w:sz w:val="24"/>
          <w:szCs w:val="24"/>
          <w:vertAlign w:val="subscript"/>
        </w:rPr>
        <w:t>12</w:t>
      </w:r>
      <w:r w:rsidRPr="004B4DDF">
        <w:rPr>
          <w:rFonts w:ascii="Times New Roman" w:hAnsi="Times New Roman" w:cs="Times New Roman"/>
          <w:sz w:val="24"/>
          <w:szCs w:val="24"/>
        </w:rPr>
        <w:t>O</w:t>
      </w:r>
      <w:r w:rsidRPr="008127B9">
        <w:rPr>
          <w:rFonts w:ascii="Times New Roman" w:hAnsi="Times New Roman" w:cs="Times New Roman"/>
          <w:sz w:val="24"/>
          <w:szCs w:val="24"/>
          <w:vertAlign w:val="subscript"/>
        </w:rPr>
        <w:t>6</w:t>
      </w:r>
      <w:r w:rsidRPr="004B4DDF">
        <w:rPr>
          <w:rFonts w:ascii="Times New Roman" w:hAnsi="Times New Roman" w:cs="Times New Roman"/>
          <w:sz w:val="24"/>
          <w:szCs w:val="24"/>
        </w:rPr>
        <w:t xml:space="preserve"> + 6O</w:t>
      </w:r>
      <w:r w:rsidRPr="008127B9">
        <w:rPr>
          <w:rFonts w:ascii="Times New Roman" w:hAnsi="Times New Roman" w:cs="Times New Roman"/>
          <w:sz w:val="24"/>
          <w:szCs w:val="24"/>
          <w:vertAlign w:val="subscript"/>
        </w:rPr>
        <w:t>2</w:t>
      </w:r>
      <w:r w:rsidRPr="004B4DDF">
        <w:rPr>
          <w:rFonts w:ascii="Times New Roman" w:hAnsi="Times New Roman" w:cs="Times New Roman"/>
          <w:sz w:val="24"/>
          <w:szCs w:val="24"/>
        </w:rPr>
        <w:t>. Nếu một cây xanh có tổng diện tích lá là 100 dm</w:t>
      </w:r>
      <w:r w:rsidRPr="008127B9">
        <w:rPr>
          <w:rFonts w:ascii="Times New Roman" w:hAnsi="Times New Roman" w:cs="Times New Roman"/>
          <w:sz w:val="24"/>
          <w:szCs w:val="24"/>
          <w:vertAlign w:val="superscript"/>
        </w:rPr>
        <w:t>2</w:t>
      </w:r>
      <w:r w:rsidRPr="004B4DDF">
        <w:rPr>
          <w:rFonts w:ascii="Times New Roman" w:hAnsi="Times New Roman" w:cs="Times New Roman"/>
          <w:sz w:val="24"/>
          <w:szCs w:val="24"/>
        </w:rPr>
        <w:t>, mỗi dm</w:t>
      </w:r>
      <w:r w:rsidRPr="008127B9">
        <w:rPr>
          <w:rFonts w:ascii="Times New Roman" w:hAnsi="Times New Roman" w:cs="Times New Roman"/>
          <w:sz w:val="24"/>
          <w:szCs w:val="24"/>
          <w:vertAlign w:val="superscript"/>
        </w:rPr>
        <w:t>2</w:t>
      </w:r>
      <w:r w:rsidRPr="004B4DDF">
        <w:rPr>
          <w:rFonts w:ascii="Times New Roman" w:hAnsi="Times New Roman" w:cs="Times New Roman"/>
          <w:sz w:val="24"/>
          <w:szCs w:val="24"/>
        </w:rPr>
        <w:t xml:space="preserve"> nhận được 3000 cal năng lượng mặt trời trong 1 giờ và có 10% năng lượng đó tham gia phản ứng tổng hợp glucose. Tính khối lượng glucose (gam) cây đó tạo ra trong 10 giờ chiếu sáng liên tục (làm tròn đến hàng phần mười).</w:t>
      </w:r>
    </w:p>
    <w:p w:rsidR="008267A0" w:rsidRPr="004B4DDF" w:rsidRDefault="00EB1819"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3</w:t>
      </w:r>
      <w:r w:rsidR="00B4609D" w:rsidRPr="004B4DDF">
        <w:rPr>
          <w:rFonts w:ascii="Times New Roman" w:hAnsi="Times New Roman" w:cs="Times New Roman"/>
          <w:sz w:val="24"/>
          <w:szCs w:val="24"/>
        </w:rPr>
        <w:t>. Để điều chế ethyl acetate, người ta đun hỗn hợp acetic acid và ethanol với xúc tác H</w:t>
      </w:r>
      <w:r w:rsidR="00B4609D" w:rsidRPr="008127B9">
        <w:rPr>
          <w:rFonts w:ascii="Times New Roman" w:hAnsi="Times New Roman" w:cs="Times New Roman"/>
          <w:sz w:val="24"/>
          <w:szCs w:val="24"/>
          <w:vertAlign w:val="subscript"/>
        </w:rPr>
        <w:t>2</w:t>
      </w:r>
      <w:r w:rsidR="00B4609D" w:rsidRPr="004B4DDF">
        <w:rPr>
          <w:rFonts w:ascii="Times New Roman" w:hAnsi="Times New Roman" w:cs="Times New Roman"/>
          <w:sz w:val="24"/>
          <w:szCs w:val="24"/>
        </w:rPr>
        <w:t>SO</w:t>
      </w:r>
      <w:r w:rsidR="00B4609D" w:rsidRPr="008127B9">
        <w:rPr>
          <w:rFonts w:ascii="Times New Roman" w:hAnsi="Times New Roman" w:cs="Times New Roman"/>
          <w:sz w:val="24"/>
          <w:szCs w:val="24"/>
          <w:vertAlign w:val="subscript"/>
        </w:rPr>
        <w:t>4</w:t>
      </w:r>
      <w:r w:rsidR="00B4609D" w:rsidRPr="004B4DDF">
        <w:rPr>
          <w:rFonts w:ascii="Times New Roman" w:hAnsi="Times New Roman" w:cs="Times New Roman"/>
          <w:sz w:val="24"/>
          <w:szCs w:val="24"/>
        </w:rPr>
        <w:t xml:space="preserve"> đặc. Nếu cần sản xuất 4,4 tấn ethyl acetate với hiệu suất phản ứng đạt 80% thì khối lượng acetic acid khan tối thiểu cần dùng ban đầu là bao nhiêu tấn?</w:t>
      </w:r>
    </w:p>
    <w:p w:rsidR="008267A0" w:rsidRPr="004B4DDF" w:rsidRDefault="00EB1819"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4</w:t>
      </w:r>
      <w:r w:rsidR="00B4609D" w:rsidRPr="004B4DDF">
        <w:rPr>
          <w:rFonts w:ascii="Times New Roman" w:hAnsi="Times New Roman" w:cs="Times New Roman"/>
          <w:sz w:val="24"/>
          <w:szCs w:val="24"/>
        </w:rPr>
        <w:t>. Một cây xanh quang hợp tạo glucose: 6CO</w:t>
      </w:r>
      <w:r w:rsidR="00B4609D" w:rsidRPr="008127B9">
        <w:rPr>
          <w:rFonts w:ascii="Times New Roman" w:hAnsi="Times New Roman" w:cs="Times New Roman"/>
          <w:sz w:val="24"/>
          <w:szCs w:val="24"/>
          <w:vertAlign w:val="subscript"/>
        </w:rPr>
        <w:t xml:space="preserve">2 </w:t>
      </w:r>
      <w:r w:rsidR="00B4609D" w:rsidRPr="004B4DDF">
        <w:rPr>
          <w:rFonts w:ascii="Times New Roman" w:hAnsi="Times New Roman" w:cs="Times New Roman"/>
          <w:sz w:val="24"/>
          <w:szCs w:val="24"/>
        </w:rPr>
        <w:t>+ 6H</w:t>
      </w:r>
      <w:r w:rsidR="00B4609D" w:rsidRPr="008127B9">
        <w:rPr>
          <w:rFonts w:ascii="Times New Roman" w:hAnsi="Times New Roman" w:cs="Times New Roman"/>
          <w:sz w:val="24"/>
          <w:szCs w:val="24"/>
          <w:vertAlign w:val="subscript"/>
        </w:rPr>
        <w:t>2</w:t>
      </w:r>
      <w:r w:rsidR="00B4609D" w:rsidRPr="004B4DDF">
        <w:rPr>
          <w:rFonts w:ascii="Times New Roman" w:hAnsi="Times New Roman" w:cs="Times New Roman"/>
          <w:sz w:val="24"/>
          <w:szCs w:val="24"/>
        </w:rPr>
        <w:t>O + 673 kcal -&gt; C</w:t>
      </w:r>
      <w:r w:rsidR="00B4609D" w:rsidRPr="008127B9">
        <w:rPr>
          <w:rFonts w:ascii="Times New Roman" w:hAnsi="Times New Roman" w:cs="Times New Roman"/>
          <w:sz w:val="24"/>
          <w:szCs w:val="24"/>
          <w:vertAlign w:val="subscript"/>
        </w:rPr>
        <w:t>6</w:t>
      </w:r>
      <w:r w:rsidR="00B4609D" w:rsidRPr="004B4DDF">
        <w:rPr>
          <w:rFonts w:ascii="Times New Roman" w:hAnsi="Times New Roman" w:cs="Times New Roman"/>
          <w:sz w:val="24"/>
          <w:szCs w:val="24"/>
        </w:rPr>
        <w:t>H</w:t>
      </w:r>
      <w:r w:rsidR="00B4609D" w:rsidRPr="008127B9">
        <w:rPr>
          <w:rFonts w:ascii="Times New Roman" w:hAnsi="Times New Roman" w:cs="Times New Roman"/>
          <w:sz w:val="24"/>
          <w:szCs w:val="24"/>
          <w:vertAlign w:val="subscript"/>
        </w:rPr>
        <w:t>12</w:t>
      </w:r>
      <w:r w:rsidR="00B4609D" w:rsidRPr="004B4DDF">
        <w:rPr>
          <w:rFonts w:ascii="Times New Roman" w:hAnsi="Times New Roman" w:cs="Times New Roman"/>
          <w:sz w:val="24"/>
          <w:szCs w:val="24"/>
        </w:rPr>
        <w:t>O</w:t>
      </w:r>
      <w:r w:rsidR="00B4609D" w:rsidRPr="008127B9">
        <w:rPr>
          <w:rFonts w:ascii="Times New Roman" w:hAnsi="Times New Roman" w:cs="Times New Roman"/>
          <w:sz w:val="24"/>
          <w:szCs w:val="24"/>
          <w:vertAlign w:val="subscript"/>
        </w:rPr>
        <w:t>6</w:t>
      </w:r>
      <w:r w:rsidR="00B4609D" w:rsidRPr="004B4DDF">
        <w:rPr>
          <w:rFonts w:ascii="Times New Roman" w:hAnsi="Times New Roman" w:cs="Times New Roman"/>
          <w:sz w:val="24"/>
          <w:szCs w:val="24"/>
        </w:rPr>
        <w:t xml:space="preserve"> + 6O</w:t>
      </w:r>
      <w:r w:rsidR="00B4609D" w:rsidRPr="008127B9">
        <w:rPr>
          <w:rFonts w:ascii="Times New Roman" w:hAnsi="Times New Roman" w:cs="Times New Roman"/>
          <w:sz w:val="24"/>
          <w:szCs w:val="24"/>
          <w:vertAlign w:val="subscript"/>
        </w:rPr>
        <w:t>2</w:t>
      </w:r>
      <w:r w:rsidR="00B4609D" w:rsidRPr="004B4DDF">
        <w:rPr>
          <w:rFonts w:ascii="Times New Roman" w:hAnsi="Times New Roman" w:cs="Times New Roman"/>
          <w:sz w:val="24"/>
          <w:szCs w:val="24"/>
        </w:rPr>
        <w:t>. Diện tích lá cây là 80 dm2, mỗi dm</w:t>
      </w:r>
      <w:r w:rsidR="00B4609D" w:rsidRPr="008127B9">
        <w:rPr>
          <w:rFonts w:ascii="Times New Roman" w:hAnsi="Times New Roman" w:cs="Times New Roman"/>
          <w:sz w:val="24"/>
          <w:szCs w:val="24"/>
          <w:vertAlign w:val="superscript"/>
        </w:rPr>
        <w:t>2</w:t>
      </w:r>
      <w:r w:rsidR="00B4609D" w:rsidRPr="004B4DDF">
        <w:rPr>
          <w:rFonts w:ascii="Times New Roman" w:hAnsi="Times New Roman" w:cs="Times New Roman"/>
          <w:sz w:val="24"/>
          <w:szCs w:val="24"/>
        </w:rPr>
        <w:t xml:space="preserve"> hấp thụ 4000 cal năng lượng ánh sáng mặt trời trong 1 giờ, hiệu suất sử dụng năng lượng là 8,5%. Tính khối lượng glucose (gam) tạo thành sau 5 giờ chiếu sáng liên tục (làm tròn đến hàng phần mười).</w:t>
      </w:r>
    </w:p>
    <w:p w:rsidR="008267A0" w:rsidRPr="004B4DDF" w:rsidRDefault="00EB1819"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5</w:t>
      </w:r>
      <w:r w:rsidR="00B4609D" w:rsidRPr="004B4DDF">
        <w:rPr>
          <w:rFonts w:ascii="Times New Roman" w:hAnsi="Times New Roman" w:cs="Times New Roman"/>
          <w:sz w:val="24"/>
          <w:szCs w:val="24"/>
        </w:rPr>
        <w:t xml:space="preserve"> </w:t>
      </w:r>
      <w:r w:rsidR="008127B9">
        <w:rPr>
          <w:rFonts w:ascii="Times New Roman" w:hAnsi="Times New Roman" w:cs="Times New Roman"/>
          <w:sz w:val="24"/>
          <w:szCs w:val="24"/>
        </w:rPr>
        <w:t xml:space="preserve">. </w:t>
      </w:r>
      <w:r w:rsidR="00B4609D" w:rsidRPr="004B4DDF">
        <w:rPr>
          <w:rFonts w:ascii="Times New Roman" w:hAnsi="Times New Roman" w:cs="Times New Roman"/>
          <w:sz w:val="24"/>
          <w:szCs w:val="24"/>
        </w:rPr>
        <w:t>Khối lượng cellulose cần thiết dùng để sản xuất được 29,7 kg cellulose trinitrate trong công nghiệp là bao nhiêu kg? Biết hiệu suất phản ứng đạt 90%.</w:t>
      </w:r>
    </w:p>
    <w:p w:rsidR="008267A0" w:rsidRPr="004B4DDF" w:rsidRDefault="00B4609D"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 xml:space="preserve">Câu </w:t>
      </w:r>
      <w:r w:rsidR="00EB1819" w:rsidRPr="004B4DDF">
        <w:rPr>
          <w:rFonts w:ascii="Times New Roman" w:hAnsi="Times New Roman" w:cs="Times New Roman"/>
          <w:sz w:val="24"/>
          <w:szCs w:val="24"/>
        </w:rPr>
        <w:t>6</w:t>
      </w:r>
      <w:r w:rsidRPr="004B4DDF">
        <w:rPr>
          <w:rFonts w:ascii="Times New Roman" w:hAnsi="Times New Roman" w:cs="Times New Roman"/>
          <w:sz w:val="24"/>
          <w:szCs w:val="24"/>
        </w:rPr>
        <w:t>. Quá trình quang hợp tổng hợp glucose: 6CO</w:t>
      </w:r>
      <w:r w:rsidRPr="008127B9">
        <w:rPr>
          <w:rFonts w:ascii="Times New Roman" w:hAnsi="Times New Roman" w:cs="Times New Roman"/>
          <w:sz w:val="24"/>
          <w:szCs w:val="24"/>
          <w:vertAlign w:val="subscript"/>
        </w:rPr>
        <w:t>2</w:t>
      </w:r>
      <w:r w:rsidRPr="004B4DDF">
        <w:rPr>
          <w:rFonts w:ascii="Times New Roman" w:hAnsi="Times New Roman" w:cs="Times New Roman"/>
          <w:sz w:val="24"/>
          <w:szCs w:val="24"/>
        </w:rPr>
        <w:t xml:space="preserve"> + 6H</w:t>
      </w:r>
      <w:r w:rsidRPr="008127B9">
        <w:rPr>
          <w:rFonts w:ascii="Times New Roman" w:hAnsi="Times New Roman" w:cs="Times New Roman"/>
          <w:sz w:val="24"/>
          <w:szCs w:val="24"/>
          <w:vertAlign w:val="subscript"/>
        </w:rPr>
        <w:t>2</w:t>
      </w:r>
      <w:r w:rsidRPr="004B4DDF">
        <w:rPr>
          <w:rFonts w:ascii="Times New Roman" w:hAnsi="Times New Roman" w:cs="Times New Roman"/>
          <w:sz w:val="24"/>
          <w:szCs w:val="24"/>
        </w:rPr>
        <w:t>O + 673 kcal -&gt; C</w:t>
      </w:r>
      <w:r w:rsidRPr="008127B9">
        <w:rPr>
          <w:rFonts w:ascii="Times New Roman" w:hAnsi="Times New Roman" w:cs="Times New Roman"/>
          <w:sz w:val="24"/>
          <w:szCs w:val="24"/>
          <w:vertAlign w:val="subscript"/>
        </w:rPr>
        <w:t>6</w:t>
      </w:r>
      <w:r w:rsidRPr="004B4DDF">
        <w:rPr>
          <w:rFonts w:ascii="Times New Roman" w:hAnsi="Times New Roman" w:cs="Times New Roman"/>
          <w:sz w:val="24"/>
          <w:szCs w:val="24"/>
        </w:rPr>
        <w:t>H</w:t>
      </w:r>
      <w:r w:rsidRPr="008127B9">
        <w:rPr>
          <w:rFonts w:ascii="Times New Roman" w:hAnsi="Times New Roman" w:cs="Times New Roman"/>
          <w:sz w:val="24"/>
          <w:szCs w:val="24"/>
          <w:vertAlign w:val="subscript"/>
        </w:rPr>
        <w:t>12</w:t>
      </w:r>
      <w:r w:rsidRPr="004B4DDF">
        <w:rPr>
          <w:rFonts w:ascii="Times New Roman" w:hAnsi="Times New Roman" w:cs="Times New Roman"/>
          <w:sz w:val="24"/>
          <w:szCs w:val="24"/>
        </w:rPr>
        <w:t>O</w:t>
      </w:r>
      <w:r w:rsidRPr="008127B9">
        <w:rPr>
          <w:rFonts w:ascii="Times New Roman" w:hAnsi="Times New Roman" w:cs="Times New Roman"/>
          <w:sz w:val="24"/>
          <w:szCs w:val="24"/>
          <w:vertAlign w:val="subscript"/>
        </w:rPr>
        <w:t>6</w:t>
      </w:r>
      <w:r w:rsidRPr="004B4DDF">
        <w:rPr>
          <w:rFonts w:ascii="Times New Roman" w:hAnsi="Times New Roman" w:cs="Times New Roman"/>
          <w:sz w:val="24"/>
          <w:szCs w:val="24"/>
        </w:rPr>
        <w:t xml:space="preserve"> + 6O</w:t>
      </w:r>
      <w:r w:rsidRPr="008127B9">
        <w:rPr>
          <w:rFonts w:ascii="Times New Roman" w:hAnsi="Times New Roman" w:cs="Times New Roman"/>
          <w:sz w:val="24"/>
          <w:szCs w:val="24"/>
          <w:vertAlign w:val="subscript"/>
        </w:rPr>
        <w:t>2</w:t>
      </w:r>
      <w:r w:rsidRPr="004B4DDF">
        <w:rPr>
          <w:rFonts w:ascii="Times New Roman" w:hAnsi="Times New Roman" w:cs="Times New Roman"/>
          <w:sz w:val="24"/>
          <w:szCs w:val="24"/>
        </w:rPr>
        <w:t>. Một cây xanh có diện tích lá 150 dm</w:t>
      </w:r>
      <w:r w:rsidRPr="008127B9">
        <w:rPr>
          <w:rFonts w:ascii="Times New Roman" w:hAnsi="Times New Roman" w:cs="Times New Roman"/>
          <w:sz w:val="24"/>
          <w:szCs w:val="24"/>
          <w:vertAlign w:val="superscript"/>
        </w:rPr>
        <w:t>2</w:t>
      </w:r>
      <w:r w:rsidRPr="004B4DDF">
        <w:rPr>
          <w:rFonts w:ascii="Times New Roman" w:hAnsi="Times New Roman" w:cs="Times New Roman"/>
          <w:sz w:val="24"/>
          <w:szCs w:val="24"/>
        </w:rPr>
        <w:t xml:space="preserve"> nhận được năng lượng mặt trời trung bình 2800 cal/dm</w:t>
      </w:r>
      <w:r w:rsidRPr="008127B9">
        <w:rPr>
          <w:rFonts w:ascii="Times New Roman" w:hAnsi="Times New Roman" w:cs="Times New Roman"/>
          <w:sz w:val="24"/>
          <w:szCs w:val="24"/>
          <w:vertAlign w:val="superscript"/>
        </w:rPr>
        <w:t>2</w:t>
      </w:r>
      <w:r w:rsidRPr="004B4DDF">
        <w:rPr>
          <w:rFonts w:ascii="Times New Roman" w:hAnsi="Times New Roman" w:cs="Times New Roman"/>
          <w:sz w:val="24"/>
          <w:szCs w:val="24"/>
        </w:rPr>
        <w:t>.giờ. Trong 6 giờ chiếu sáng liên tục, chỉ có 15% năng lượng hấp thụ chuyển hóa thành năng lượng hóa học tổng hợp glucose. Xác định khối lượng glucose (gam) tạo thành.</w:t>
      </w:r>
    </w:p>
    <w:p w:rsidR="008267A0" w:rsidRPr="004B4DDF" w:rsidRDefault="00EB1819" w:rsidP="004B4DDF">
      <w:pPr>
        <w:tabs>
          <w:tab w:val="left" w:pos="2835"/>
          <w:tab w:val="left" w:pos="5670"/>
          <w:tab w:val="left" w:pos="8222"/>
        </w:tabs>
        <w:spacing w:after="0" w:line="240" w:lineRule="auto"/>
        <w:rPr>
          <w:rFonts w:ascii="Times New Roman" w:hAnsi="Times New Roman" w:cs="Times New Roman"/>
          <w:sz w:val="24"/>
          <w:szCs w:val="24"/>
        </w:rPr>
      </w:pPr>
      <w:r w:rsidRPr="004B4DDF">
        <w:rPr>
          <w:rFonts w:ascii="Times New Roman" w:hAnsi="Times New Roman" w:cs="Times New Roman"/>
          <w:sz w:val="24"/>
          <w:szCs w:val="24"/>
        </w:rPr>
        <w:t>Câu 8</w:t>
      </w:r>
      <w:r w:rsidR="00B4609D" w:rsidRPr="004B4DDF">
        <w:rPr>
          <w:rFonts w:ascii="Times New Roman" w:hAnsi="Times New Roman" w:cs="Times New Roman"/>
          <w:sz w:val="24"/>
          <w:szCs w:val="24"/>
        </w:rPr>
        <w:t>. Phương trình quang hợp tạo tinh bột từ CO</w:t>
      </w:r>
      <w:r w:rsidR="00B4609D" w:rsidRPr="008127B9">
        <w:rPr>
          <w:rFonts w:ascii="Times New Roman" w:hAnsi="Times New Roman" w:cs="Times New Roman"/>
          <w:sz w:val="24"/>
          <w:szCs w:val="24"/>
          <w:vertAlign w:val="subscript"/>
        </w:rPr>
        <w:t>2</w:t>
      </w:r>
      <w:r w:rsidR="00B4609D" w:rsidRPr="004B4DDF">
        <w:rPr>
          <w:rFonts w:ascii="Times New Roman" w:hAnsi="Times New Roman" w:cs="Times New Roman"/>
          <w:sz w:val="24"/>
          <w:szCs w:val="24"/>
        </w:rPr>
        <w:t xml:space="preserve"> và H</w:t>
      </w:r>
      <w:r w:rsidR="00B4609D" w:rsidRPr="008127B9">
        <w:rPr>
          <w:rFonts w:ascii="Times New Roman" w:hAnsi="Times New Roman" w:cs="Times New Roman"/>
          <w:sz w:val="24"/>
          <w:szCs w:val="24"/>
          <w:vertAlign w:val="subscript"/>
        </w:rPr>
        <w:t>2</w:t>
      </w:r>
      <w:r w:rsidR="00B4609D" w:rsidRPr="004B4DDF">
        <w:rPr>
          <w:rFonts w:ascii="Times New Roman" w:hAnsi="Times New Roman" w:cs="Times New Roman"/>
          <w:sz w:val="24"/>
          <w:szCs w:val="24"/>
        </w:rPr>
        <w:t>O: 6CO</w:t>
      </w:r>
      <w:r w:rsidR="00B4609D" w:rsidRPr="008127B9">
        <w:rPr>
          <w:rFonts w:ascii="Times New Roman" w:hAnsi="Times New Roman" w:cs="Times New Roman"/>
          <w:sz w:val="24"/>
          <w:szCs w:val="24"/>
          <w:vertAlign w:val="subscript"/>
        </w:rPr>
        <w:t>2</w:t>
      </w:r>
      <w:r w:rsidR="00B4609D" w:rsidRPr="004B4DDF">
        <w:rPr>
          <w:rFonts w:ascii="Times New Roman" w:hAnsi="Times New Roman" w:cs="Times New Roman"/>
          <w:sz w:val="24"/>
          <w:szCs w:val="24"/>
        </w:rPr>
        <w:t xml:space="preserve"> + 6H</w:t>
      </w:r>
      <w:r w:rsidR="00B4609D" w:rsidRPr="008127B9">
        <w:rPr>
          <w:rFonts w:ascii="Times New Roman" w:hAnsi="Times New Roman" w:cs="Times New Roman"/>
          <w:sz w:val="24"/>
          <w:szCs w:val="24"/>
          <w:vertAlign w:val="subscript"/>
        </w:rPr>
        <w:t>2</w:t>
      </w:r>
      <w:r w:rsidR="00B4609D" w:rsidRPr="004B4DDF">
        <w:rPr>
          <w:rFonts w:ascii="Times New Roman" w:hAnsi="Times New Roman" w:cs="Times New Roman"/>
          <w:sz w:val="24"/>
          <w:szCs w:val="24"/>
        </w:rPr>
        <w:t>O + 673 kcal -&gt; C</w:t>
      </w:r>
      <w:r w:rsidR="00B4609D" w:rsidRPr="008127B9">
        <w:rPr>
          <w:rFonts w:ascii="Times New Roman" w:hAnsi="Times New Roman" w:cs="Times New Roman"/>
          <w:sz w:val="24"/>
          <w:szCs w:val="24"/>
          <w:vertAlign w:val="subscript"/>
        </w:rPr>
        <w:t>6</w:t>
      </w:r>
      <w:r w:rsidR="00B4609D" w:rsidRPr="004B4DDF">
        <w:rPr>
          <w:rFonts w:ascii="Times New Roman" w:hAnsi="Times New Roman" w:cs="Times New Roman"/>
          <w:sz w:val="24"/>
          <w:szCs w:val="24"/>
        </w:rPr>
        <w:t>H</w:t>
      </w:r>
      <w:r w:rsidR="00B4609D" w:rsidRPr="008127B9">
        <w:rPr>
          <w:rFonts w:ascii="Times New Roman" w:hAnsi="Times New Roman" w:cs="Times New Roman"/>
          <w:sz w:val="24"/>
          <w:szCs w:val="24"/>
          <w:vertAlign w:val="subscript"/>
        </w:rPr>
        <w:t>12</w:t>
      </w:r>
      <w:r w:rsidR="00B4609D" w:rsidRPr="004B4DDF">
        <w:rPr>
          <w:rFonts w:ascii="Times New Roman" w:hAnsi="Times New Roman" w:cs="Times New Roman"/>
          <w:sz w:val="24"/>
          <w:szCs w:val="24"/>
        </w:rPr>
        <w:t>O</w:t>
      </w:r>
      <w:r w:rsidR="00B4609D" w:rsidRPr="008127B9">
        <w:rPr>
          <w:rFonts w:ascii="Times New Roman" w:hAnsi="Times New Roman" w:cs="Times New Roman"/>
          <w:sz w:val="24"/>
          <w:szCs w:val="24"/>
          <w:vertAlign w:val="subscript"/>
        </w:rPr>
        <w:t xml:space="preserve">6 </w:t>
      </w:r>
      <w:r w:rsidR="00B4609D" w:rsidRPr="004B4DDF">
        <w:rPr>
          <w:rFonts w:ascii="Times New Roman" w:hAnsi="Times New Roman" w:cs="Times New Roman"/>
          <w:sz w:val="24"/>
          <w:szCs w:val="24"/>
        </w:rPr>
        <w:t>+ 6O</w:t>
      </w:r>
      <w:r w:rsidR="00B4609D" w:rsidRPr="008127B9">
        <w:rPr>
          <w:rFonts w:ascii="Times New Roman" w:hAnsi="Times New Roman" w:cs="Times New Roman"/>
          <w:sz w:val="24"/>
          <w:szCs w:val="24"/>
          <w:vertAlign w:val="subscript"/>
        </w:rPr>
        <w:t>2</w:t>
      </w:r>
      <w:r w:rsidR="00B4609D" w:rsidRPr="004B4DDF">
        <w:rPr>
          <w:rFonts w:ascii="Times New Roman" w:hAnsi="Times New Roman" w:cs="Times New Roman"/>
          <w:sz w:val="24"/>
          <w:szCs w:val="24"/>
        </w:rPr>
        <w:t>. Một cây xanh có tổng diện tích bề mặt lá hấp thụ là 90 dm2. Trong thời gian chiếu sáng liên tục 6 giờ, trung bình mỗi dm2 lá hấp thụ được 3200 cal năng lượng mặt trời. Hiệu suất chuyển hóa năng lượng đạt 12%. Xác định khối lượng glucose (gam) tạ</w:t>
      </w:r>
      <w:bookmarkStart w:id="0" w:name="_GoBack"/>
      <w:bookmarkEnd w:id="0"/>
      <w:r w:rsidR="00B4609D" w:rsidRPr="004B4DDF">
        <w:rPr>
          <w:rFonts w:ascii="Times New Roman" w:hAnsi="Times New Roman" w:cs="Times New Roman"/>
          <w:sz w:val="24"/>
          <w:szCs w:val="24"/>
        </w:rPr>
        <w:t>o thành (làm tròn đến hàng phần mười).</w:t>
      </w:r>
    </w:p>
    <w:sectPr w:rsidR="008267A0" w:rsidRPr="004B4DDF" w:rsidSect="0019674B">
      <w:pgSz w:w="12240" w:h="15840"/>
      <w:pgMar w:top="284" w:right="720" w:bottom="42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9674B"/>
    <w:rsid w:val="0029639D"/>
    <w:rsid w:val="00326F90"/>
    <w:rsid w:val="00392934"/>
    <w:rsid w:val="004B4DDF"/>
    <w:rsid w:val="005D4E91"/>
    <w:rsid w:val="008127B9"/>
    <w:rsid w:val="008267A0"/>
    <w:rsid w:val="00AA1D8D"/>
    <w:rsid w:val="00B4609D"/>
    <w:rsid w:val="00B47730"/>
    <w:rsid w:val="00CB0664"/>
    <w:rsid w:val="00D059B4"/>
    <w:rsid w:val="00EB181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33D0B-4B38-409B-9DCF-2D778D3E6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Pages>
  <Words>2600</Words>
  <Characters>14823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VHL</cp:lastModifiedBy>
  <cp:revision>7</cp:revision>
  <dcterms:created xsi:type="dcterms:W3CDTF">2026-10-19T13:49:00Z</dcterms:created>
  <dcterms:modified xsi:type="dcterms:W3CDTF">2026-10-25T03:20:00Z</dcterms:modified>
  <cp:category/>
</cp:coreProperties>
</file>