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6A4" w:rsidRDefault="00FD0E6D">
      <w:pPr>
        <w:jc w:val="center"/>
      </w:pPr>
      <w:r>
        <w:rPr>
          <w:b/>
          <w:color w:val="003366"/>
          <w:sz w:val="28"/>
        </w:rPr>
        <w:t>MA TR</w:t>
      </w:r>
      <w:r>
        <w:rPr>
          <w:b/>
          <w:color w:val="003366"/>
          <w:sz w:val="28"/>
        </w:rPr>
        <w:t>Ậ</w:t>
      </w:r>
      <w:r>
        <w:rPr>
          <w:b/>
          <w:color w:val="003366"/>
          <w:sz w:val="28"/>
        </w:rPr>
        <w:t>N Đ</w:t>
      </w:r>
      <w:r>
        <w:rPr>
          <w:b/>
          <w:color w:val="003366"/>
          <w:sz w:val="28"/>
        </w:rPr>
        <w:t>Ề</w:t>
      </w:r>
      <w:r>
        <w:rPr>
          <w:b/>
          <w:color w:val="003366"/>
          <w:sz w:val="28"/>
        </w:rPr>
        <w:t xml:space="preserve"> KI</w:t>
      </w:r>
      <w:r>
        <w:rPr>
          <w:b/>
          <w:color w:val="003366"/>
          <w:sz w:val="28"/>
        </w:rPr>
        <w:t>Ể</w:t>
      </w:r>
      <w:r>
        <w:rPr>
          <w:b/>
          <w:color w:val="003366"/>
          <w:sz w:val="28"/>
        </w:rPr>
        <w:t>M TRA GIỮA KỲ 1</w:t>
      </w:r>
      <w:r>
        <w:rPr>
          <w:b/>
          <w:color w:val="003366"/>
          <w:sz w:val="28"/>
        </w:rPr>
        <w:t xml:space="preserve"> MÔN HÓA H</w:t>
      </w:r>
      <w:r>
        <w:rPr>
          <w:b/>
          <w:color w:val="003366"/>
          <w:sz w:val="28"/>
        </w:rPr>
        <w:t>Ọ</w:t>
      </w:r>
      <w:r>
        <w:rPr>
          <w:b/>
          <w:color w:val="003366"/>
          <w:sz w:val="28"/>
        </w:rPr>
        <w:t>C L</w:t>
      </w:r>
      <w:r>
        <w:rPr>
          <w:b/>
          <w:color w:val="003366"/>
          <w:sz w:val="28"/>
        </w:rPr>
        <w:t>Ớ</w:t>
      </w:r>
      <w:r>
        <w:rPr>
          <w:b/>
          <w:color w:val="003366"/>
          <w:sz w:val="28"/>
        </w:rPr>
        <w:t>P 12</w:t>
      </w:r>
      <w:r>
        <w:rPr>
          <w:b/>
          <w:color w:val="003366"/>
          <w:sz w:val="28"/>
        </w:rPr>
        <w:br/>
        <w:t>(Th</w:t>
      </w:r>
      <w:r>
        <w:rPr>
          <w:b/>
          <w:color w:val="003366"/>
          <w:sz w:val="28"/>
        </w:rPr>
        <w:t xml:space="preserve">ời gian làm bài: 45 </w:t>
      </w:r>
      <w:r>
        <w:rPr>
          <w:b/>
          <w:color w:val="003366"/>
          <w:sz w:val="28"/>
        </w:rPr>
        <w:t>phút)</w:t>
      </w:r>
    </w:p>
    <w:p w:rsidR="00D136A4" w:rsidRDefault="00D136A4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8"/>
        <w:gridCol w:w="1508"/>
        <w:gridCol w:w="1148"/>
        <w:gridCol w:w="1148"/>
        <w:gridCol w:w="1148"/>
        <w:gridCol w:w="1097"/>
        <w:gridCol w:w="1099"/>
        <w:gridCol w:w="1114"/>
      </w:tblGrid>
      <w:tr w:rsidR="00D136A4">
        <w:trPr>
          <w:jc w:val="center"/>
        </w:trPr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36A4" w:rsidRDefault="00FD0E6D">
            <w:pPr>
              <w:jc w:val="center"/>
            </w:pPr>
            <w:r>
              <w:rPr>
                <w:b/>
                <w:color w:val="FFFFFF"/>
                <w:sz w:val="22"/>
              </w:rPr>
              <w:t>STT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36A4" w:rsidRDefault="00FD0E6D">
            <w:pPr>
              <w:jc w:val="center"/>
            </w:pPr>
            <w:r>
              <w:rPr>
                <w:b/>
                <w:color w:val="FFFFFF"/>
                <w:sz w:val="22"/>
              </w:rPr>
              <w:t>Ch</w:t>
            </w:r>
            <w:r>
              <w:rPr>
                <w:b/>
                <w:color w:val="FFFFFF"/>
                <w:sz w:val="22"/>
              </w:rPr>
              <w:t>ủ</w:t>
            </w:r>
            <w:r>
              <w:rPr>
                <w:b/>
                <w:color w:val="FFFFFF"/>
                <w:sz w:val="22"/>
              </w:rPr>
              <w:t xml:space="preserve"> đ</w:t>
            </w:r>
            <w:r>
              <w:rPr>
                <w:b/>
                <w:color w:val="FFFFFF"/>
                <w:sz w:val="22"/>
              </w:rPr>
              <w:t>ề</w:t>
            </w:r>
            <w:r>
              <w:rPr>
                <w:b/>
                <w:color w:val="FFFFFF"/>
                <w:sz w:val="22"/>
              </w:rPr>
              <w:t xml:space="preserve"> / N</w:t>
            </w:r>
            <w:r>
              <w:rPr>
                <w:b/>
                <w:color w:val="FFFFFF"/>
                <w:sz w:val="22"/>
              </w:rPr>
              <w:t>ộ</w:t>
            </w:r>
            <w:r>
              <w:rPr>
                <w:b/>
                <w:color w:val="FFFFFF"/>
                <w:sz w:val="22"/>
              </w:rPr>
              <w:t>i dung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36A4" w:rsidRDefault="00FD0E6D">
            <w:pPr>
              <w:jc w:val="center"/>
            </w:pPr>
            <w:r>
              <w:rPr>
                <w:b/>
                <w:color w:val="FFFFFF"/>
                <w:sz w:val="22"/>
              </w:rPr>
              <w:t>Nh</w:t>
            </w:r>
            <w:r>
              <w:rPr>
                <w:b/>
                <w:color w:val="FFFFFF"/>
                <w:sz w:val="22"/>
              </w:rPr>
              <w:t>ậ</w:t>
            </w:r>
            <w:r>
              <w:rPr>
                <w:b/>
                <w:color w:val="FFFFFF"/>
                <w:sz w:val="22"/>
              </w:rPr>
              <w:t>n bi</w:t>
            </w:r>
            <w:r>
              <w:rPr>
                <w:b/>
                <w:color w:val="FFFFFF"/>
                <w:sz w:val="22"/>
              </w:rPr>
              <w:t>ế</w:t>
            </w:r>
            <w:r>
              <w:rPr>
                <w:b/>
                <w:color w:val="FFFFFF"/>
                <w:sz w:val="22"/>
              </w:rPr>
              <w:t>t</w:t>
            </w:r>
            <w:r>
              <w:rPr>
                <w:b/>
                <w:color w:val="FFFFFF"/>
                <w:sz w:val="22"/>
              </w:rPr>
              <w:br/>
              <w:t>(TNKQ)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36A4" w:rsidRDefault="00FD0E6D">
            <w:pPr>
              <w:jc w:val="center"/>
            </w:pPr>
            <w:r>
              <w:rPr>
                <w:b/>
                <w:color w:val="FFFFFF"/>
                <w:sz w:val="22"/>
              </w:rPr>
              <w:t>Thông hi</w:t>
            </w:r>
            <w:r>
              <w:rPr>
                <w:b/>
                <w:color w:val="FFFFFF"/>
                <w:sz w:val="22"/>
              </w:rPr>
              <w:t>ể</w:t>
            </w:r>
            <w:r>
              <w:rPr>
                <w:b/>
                <w:color w:val="FFFFFF"/>
                <w:sz w:val="22"/>
              </w:rPr>
              <w:t>u</w:t>
            </w:r>
            <w:r>
              <w:rPr>
                <w:b/>
                <w:color w:val="FFFFFF"/>
                <w:sz w:val="22"/>
              </w:rPr>
              <w:br/>
              <w:t>(TNKQ)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36A4" w:rsidRDefault="00FD0E6D">
            <w:pPr>
              <w:jc w:val="center"/>
            </w:pPr>
            <w:r>
              <w:rPr>
                <w:b/>
                <w:color w:val="FFFFFF"/>
                <w:sz w:val="22"/>
              </w:rPr>
              <w:t>V</w:t>
            </w:r>
            <w:r>
              <w:rPr>
                <w:b/>
                <w:color w:val="FFFFFF"/>
                <w:sz w:val="22"/>
              </w:rPr>
              <w:t>ậ</w:t>
            </w:r>
            <w:r>
              <w:rPr>
                <w:b/>
                <w:color w:val="FFFFFF"/>
                <w:sz w:val="22"/>
              </w:rPr>
              <w:t>n d</w:t>
            </w:r>
            <w:r>
              <w:rPr>
                <w:b/>
                <w:color w:val="FFFFFF"/>
                <w:sz w:val="22"/>
              </w:rPr>
              <w:t>ụ</w:t>
            </w:r>
            <w:r>
              <w:rPr>
                <w:b/>
                <w:color w:val="FFFFFF"/>
                <w:sz w:val="22"/>
              </w:rPr>
              <w:t>ng</w:t>
            </w:r>
            <w:r>
              <w:rPr>
                <w:b/>
                <w:color w:val="FFFFFF"/>
                <w:sz w:val="22"/>
              </w:rPr>
              <w:br/>
              <w:t>(TNKQ)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36A4" w:rsidRDefault="00FD0E6D">
            <w:pPr>
              <w:jc w:val="center"/>
            </w:pPr>
            <w:r>
              <w:rPr>
                <w:b/>
                <w:color w:val="FFFFFF"/>
                <w:sz w:val="22"/>
              </w:rPr>
              <w:t>V</w:t>
            </w:r>
            <w:r>
              <w:rPr>
                <w:b/>
                <w:color w:val="FFFFFF"/>
                <w:sz w:val="22"/>
              </w:rPr>
              <w:t>ậ</w:t>
            </w:r>
            <w:r>
              <w:rPr>
                <w:b/>
                <w:color w:val="FFFFFF"/>
                <w:sz w:val="22"/>
              </w:rPr>
              <w:t>n d</w:t>
            </w:r>
            <w:r>
              <w:rPr>
                <w:b/>
                <w:color w:val="FFFFFF"/>
                <w:sz w:val="22"/>
              </w:rPr>
              <w:t>ụ</w:t>
            </w:r>
            <w:r>
              <w:rPr>
                <w:b/>
                <w:color w:val="FFFFFF"/>
                <w:sz w:val="22"/>
              </w:rPr>
              <w:t>ng cao</w:t>
            </w:r>
            <w:r>
              <w:rPr>
                <w:b/>
                <w:color w:val="FFFFFF"/>
                <w:sz w:val="22"/>
              </w:rPr>
              <w:br/>
              <w:t>(TL)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36A4" w:rsidRDefault="00FD0E6D">
            <w:pPr>
              <w:jc w:val="center"/>
            </w:pPr>
            <w:r>
              <w:rPr>
                <w:b/>
                <w:color w:val="FFFFFF"/>
                <w:sz w:val="22"/>
              </w:rPr>
              <w:t>T</w:t>
            </w:r>
            <w:r>
              <w:rPr>
                <w:b/>
                <w:color w:val="FFFFFF"/>
                <w:sz w:val="22"/>
              </w:rPr>
              <w:t>ổ</w:t>
            </w:r>
            <w:r>
              <w:rPr>
                <w:b/>
                <w:color w:val="FFFFFF"/>
                <w:sz w:val="22"/>
              </w:rPr>
              <w:t>ng s</w:t>
            </w:r>
            <w:r>
              <w:rPr>
                <w:b/>
                <w:color w:val="FFFFFF"/>
                <w:sz w:val="22"/>
              </w:rPr>
              <w:t>ố</w:t>
            </w:r>
            <w:r>
              <w:rPr>
                <w:b/>
                <w:color w:val="FFFFFF"/>
                <w:sz w:val="22"/>
              </w:rPr>
              <w:t xml:space="preserve"> câu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366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36A4" w:rsidRDefault="00FD0E6D">
            <w:pPr>
              <w:jc w:val="center"/>
            </w:pPr>
            <w:r>
              <w:rPr>
                <w:b/>
                <w:color w:val="FFFFFF"/>
                <w:sz w:val="22"/>
              </w:rPr>
              <w:t>T</w:t>
            </w:r>
            <w:r>
              <w:rPr>
                <w:b/>
                <w:color w:val="FFFFFF"/>
                <w:sz w:val="22"/>
              </w:rPr>
              <w:t>ỷ</w:t>
            </w:r>
            <w:r>
              <w:rPr>
                <w:b/>
                <w:color w:val="FFFFFF"/>
                <w:sz w:val="22"/>
              </w:rPr>
              <w:t xml:space="preserve"> l</w:t>
            </w:r>
            <w:r>
              <w:rPr>
                <w:b/>
                <w:color w:val="FFFFFF"/>
                <w:sz w:val="22"/>
              </w:rPr>
              <w:t>ệ</w:t>
            </w:r>
            <w:r>
              <w:rPr>
                <w:b/>
                <w:color w:val="FFFFFF"/>
                <w:sz w:val="22"/>
              </w:rPr>
              <w:t xml:space="preserve"> %</w:t>
            </w:r>
          </w:p>
        </w:tc>
      </w:tr>
      <w:tr w:rsidR="00D136A4">
        <w:trPr>
          <w:jc w:val="center"/>
        </w:trPr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1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r>
              <w:t>Ester - Lipid - Xà phòng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 w:rsidP="00FD0E6D">
            <w:pPr>
              <w:jc w:val="center"/>
            </w:pPr>
            <w:r>
              <w:t>Câu 1, 2</w:t>
            </w:r>
            <w:r>
              <w:t>, 3</w:t>
            </w:r>
            <w:bookmarkStart w:id="0" w:name="_GoBack"/>
            <w:bookmarkEnd w:id="0"/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C</w:t>
            </w:r>
            <w:r>
              <w:t>âu 9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Câu 12</w:t>
            </w:r>
            <w:r>
              <w:br/>
              <w:t>Câu 1 (Đ/S)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 xml:space="preserve">Câu </w:t>
            </w:r>
            <w:r>
              <w:t>1 (TL)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4 TN + 1 TH +</w:t>
            </w:r>
            <w:r>
              <w:br/>
              <w:t>2 VD + 1 VDC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37.5%</w:t>
            </w:r>
          </w:p>
        </w:tc>
      </w:tr>
      <w:tr w:rsidR="00D136A4">
        <w:trPr>
          <w:jc w:val="center"/>
        </w:trPr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2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r>
              <w:t>Carbohydrate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Câu 4, 5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Câu 10</w:t>
            </w:r>
            <w:r>
              <w:br/>
              <w:t>Câu 2 (Đ/S)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Câu 1, 2, 3 (TL ng</w:t>
            </w:r>
            <w:r>
              <w:t>ắ</w:t>
            </w:r>
            <w:r>
              <w:t>n)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Câu 2 (TL)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2 TN + 2 TH +</w:t>
            </w:r>
            <w:r>
              <w:br/>
              <w:t>3 TL ng</w:t>
            </w:r>
            <w:r>
              <w:t>ắ</w:t>
            </w:r>
            <w:r>
              <w:t>n + 1 VDC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42.5%</w:t>
            </w:r>
          </w:p>
        </w:tc>
      </w:tr>
      <w:tr w:rsidR="00D136A4">
        <w:trPr>
          <w:jc w:val="center"/>
        </w:trPr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3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r>
              <w:t>H</w:t>
            </w:r>
            <w:r>
              <w:t>ợ</w:t>
            </w:r>
            <w:r>
              <w:t>p ch</w:t>
            </w:r>
            <w:r>
              <w:t>ấ</w:t>
            </w:r>
            <w:r>
              <w:t>t ch</w:t>
            </w:r>
            <w:r>
              <w:t>ứ</w:t>
            </w:r>
            <w:r>
              <w:t>a Nitrogen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Câu 6, 7, 8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Câu 11</w:t>
            </w:r>
            <w:r>
              <w:br/>
              <w:t>Câu 4 (TL ng</w:t>
            </w:r>
            <w:r>
              <w:t>ắ</w:t>
            </w:r>
            <w:r>
              <w:t>n)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-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-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3 TN + 1 TH +</w:t>
            </w:r>
            <w:r>
              <w:br/>
              <w:t>1 TL ng</w:t>
            </w:r>
            <w:r>
              <w:t>ắ</w:t>
            </w:r>
            <w:r>
              <w:t>n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t>20.0%</w:t>
            </w:r>
          </w:p>
        </w:tc>
      </w:tr>
      <w:tr w:rsidR="00D136A4">
        <w:trPr>
          <w:jc w:val="center"/>
        </w:trPr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D136A4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r>
              <w:rPr>
                <w:b/>
              </w:rPr>
              <w:t>T</w:t>
            </w:r>
            <w:r>
              <w:rPr>
                <w:b/>
              </w:rPr>
              <w:t>ổ</w:t>
            </w:r>
            <w:r>
              <w:rPr>
                <w:b/>
              </w:rPr>
              <w:t>ng</w:t>
            </w:r>
            <w:r>
              <w:rPr>
                <w:b/>
              </w:rPr>
              <w:t xml:space="preserve"> s</w:t>
            </w:r>
            <w:r>
              <w:rPr>
                <w:b/>
              </w:rPr>
              <w:t>ố</w:t>
            </w:r>
            <w:r>
              <w:rPr>
                <w:b/>
              </w:rPr>
              <w:t xml:space="preserve"> câu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rPr>
                <w:b/>
              </w:rPr>
              <w:t>9 câu (TN)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rPr>
                <w:b/>
              </w:rPr>
              <w:t>3 câu (TN)</w:t>
            </w:r>
            <w:r>
              <w:rPr>
                <w:b/>
              </w:rPr>
              <w:br/>
              <w:t>2 câu (Đ/S)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rPr>
                <w:b/>
              </w:rPr>
              <w:t>1 câu (TN)</w:t>
            </w:r>
            <w:r>
              <w:rPr>
                <w:b/>
              </w:rPr>
              <w:br/>
              <w:t>4 câu (TL ng</w:t>
            </w:r>
            <w:r>
              <w:rPr>
                <w:b/>
              </w:rPr>
              <w:t>ắ</w:t>
            </w:r>
            <w:r>
              <w:rPr>
                <w:b/>
              </w:rPr>
              <w:t>n)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rPr>
                <w:b/>
              </w:rPr>
              <w:t>2 câu (TL)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rPr>
                <w:b/>
              </w:rPr>
              <w:t>14 TN + 2 Đ/S +</w:t>
            </w:r>
            <w:r>
              <w:rPr>
                <w:b/>
              </w:rPr>
              <w:br/>
              <w:t>4 TL ng</w:t>
            </w:r>
            <w:r>
              <w:rPr>
                <w:b/>
              </w:rPr>
              <w:t>ắ</w:t>
            </w:r>
            <w:r>
              <w:rPr>
                <w:b/>
              </w:rPr>
              <w:t>n + 2 TL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rPr>
                <w:b/>
              </w:rPr>
              <w:t>100%</w:t>
            </w:r>
          </w:p>
        </w:tc>
      </w:tr>
      <w:tr w:rsidR="00D136A4">
        <w:trPr>
          <w:jc w:val="center"/>
        </w:trPr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D136A4">
            <w:pPr>
              <w:jc w:val="center"/>
            </w:pP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r>
              <w:rPr>
                <w:b/>
              </w:rPr>
              <w:t>Đi</w:t>
            </w:r>
            <w:r>
              <w:rPr>
                <w:b/>
              </w:rPr>
              <w:t>ể</w:t>
            </w:r>
            <w:r>
              <w:rPr>
                <w:b/>
              </w:rPr>
              <w:t>m s</w:t>
            </w:r>
            <w:r>
              <w:rPr>
                <w:b/>
              </w:rPr>
              <w:t>ố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rPr>
                <w:b/>
              </w:rPr>
              <w:t>3.5 đi</w:t>
            </w:r>
            <w:r>
              <w:rPr>
                <w:b/>
              </w:rPr>
              <w:t>ể</w:t>
            </w:r>
            <w:r>
              <w:rPr>
                <w:b/>
              </w:rPr>
              <w:t>m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rPr>
                <w:b/>
              </w:rPr>
              <w:t>2.0 đi</w:t>
            </w:r>
            <w:r>
              <w:rPr>
                <w:b/>
              </w:rPr>
              <w:t>ể</w:t>
            </w:r>
            <w:r>
              <w:rPr>
                <w:b/>
              </w:rPr>
              <w:t>m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rPr>
                <w:b/>
              </w:rPr>
              <w:t>2.5 đi</w:t>
            </w:r>
            <w:r>
              <w:rPr>
                <w:b/>
              </w:rPr>
              <w:t>ể</w:t>
            </w:r>
            <w:r>
              <w:rPr>
                <w:b/>
              </w:rPr>
              <w:t>m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rPr>
                <w:b/>
              </w:rPr>
              <w:t>2.0 đi</w:t>
            </w:r>
            <w:r>
              <w:rPr>
                <w:b/>
              </w:rPr>
              <w:t>ể</w:t>
            </w:r>
            <w:r>
              <w:rPr>
                <w:b/>
              </w:rPr>
              <w:t>m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rPr>
                <w:b/>
              </w:rPr>
              <w:t>10.0 đi</w:t>
            </w:r>
            <w:r>
              <w:rPr>
                <w:b/>
              </w:rPr>
              <w:t>ể</w:t>
            </w:r>
            <w:r>
              <w:rPr>
                <w:b/>
              </w:rPr>
              <w:t>m</w:t>
            </w:r>
          </w:p>
        </w:tc>
        <w:tc>
          <w:tcPr>
            <w:tcW w:w="117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36A4" w:rsidRDefault="00FD0E6D">
            <w:pPr>
              <w:jc w:val="center"/>
            </w:pPr>
            <w:r>
              <w:rPr>
                <w:b/>
              </w:rPr>
              <w:t>10.0 đi</w:t>
            </w:r>
            <w:r>
              <w:rPr>
                <w:b/>
              </w:rPr>
              <w:t>ể</w:t>
            </w:r>
            <w:r>
              <w:rPr>
                <w:b/>
              </w:rPr>
              <w:t>m</w:t>
            </w:r>
          </w:p>
        </w:tc>
      </w:tr>
    </w:tbl>
    <w:p w:rsidR="00D136A4" w:rsidRDefault="00FD0E6D">
      <w:r>
        <w:rPr>
          <w:b/>
        </w:rPr>
        <w:br/>
      </w:r>
    </w:p>
    <w:sectPr w:rsidR="00D136A4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136A4"/>
    <w:rsid w:val="00FC693F"/>
    <w:rsid w:val="00FD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3EA439"/>
  <w14:defaultImageDpi w14:val="300"/>
  <w15:docId w15:val="{5E8BFDD1-5A09-45C1-A906-7EE32A0C4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8E5340-4B6F-4FEA-BB40-92E1A8174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2026-10-15T12:43:00Z</dcterms:created>
  <dcterms:modified xsi:type="dcterms:W3CDTF">2026-10-15T12:43:00Z</dcterms:modified>
  <cp:category/>
</cp:coreProperties>
</file>