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F3635C" w14:textId="5CFB810D" w:rsidR="001D445C" w:rsidRDefault="001D445C" w:rsidP="001D445C">
      <w:pPr>
        <w:rPr>
          <w:b/>
          <w:sz w:val="28"/>
          <w:szCs w:val="28"/>
          <w:lang w:val="vi-VN"/>
        </w:rPr>
      </w:pPr>
      <w:r>
        <w:rPr>
          <w:rFonts w:cs="Times New Roman"/>
          <w:b/>
          <w:bCs/>
          <w:szCs w:val="26"/>
          <w:lang w:val="vi-VN"/>
        </w:rPr>
        <w:t xml:space="preserve"> </w:t>
      </w:r>
      <w:r>
        <w:rPr>
          <w:b/>
          <w:sz w:val="28"/>
          <w:szCs w:val="28"/>
          <w:lang w:val="vi-VN"/>
        </w:rPr>
        <w:t xml:space="preserve">Tuần </w:t>
      </w:r>
      <w:r>
        <w:rPr>
          <w:b/>
          <w:sz w:val="28"/>
          <w:szCs w:val="28"/>
          <w:lang w:val="vi-VN"/>
        </w:rPr>
        <w:t>7</w:t>
      </w:r>
      <w:r>
        <w:rPr>
          <w:b/>
          <w:sz w:val="28"/>
          <w:szCs w:val="28"/>
          <w:lang w:val="vi-VN"/>
        </w:rPr>
        <w:t xml:space="preserve">,- Tiết </w:t>
      </w:r>
      <w:r>
        <w:rPr>
          <w:b/>
          <w:sz w:val="28"/>
          <w:szCs w:val="28"/>
          <w:lang w:val="vi-VN"/>
        </w:rPr>
        <w:t>7</w:t>
      </w:r>
      <w:r>
        <w:rPr>
          <w:b/>
          <w:sz w:val="28"/>
          <w:szCs w:val="28"/>
          <w:lang w:val="vi-VN"/>
        </w:rPr>
        <w:t xml:space="preserve">                                                             NS: 3/10/2026</w:t>
      </w:r>
    </w:p>
    <w:p w14:paraId="42F6D919" w14:textId="1E377AA5" w:rsidR="001D445C" w:rsidRDefault="001D445C" w:rsidP="001D445C">
      <w:pPr>
        <w:spacing w:line="278" w:lineRule="auto"/>
        <w:rPr>
          <w:rFonts w:cs="Times New Roman"/>
          <w:b/>
          <w:bCs/>
          <w:szCs w:val="26"/>
          <w:lang w:val="vi-VN"/>
        </w:rPr>
      </w:pPr>
      <w:r>
        <w:rPr>
          <w:rFonts w:cs="Times New Roman"/>
          <w:b/>
          <w:bCs/>
          <w:szCs w:val="26"/>
          <w:lang w:val="vi-VN"/>
        </w:rPr>
        <w:t xml:space="preserve">   </w:t>
      </w:r>
    </w:p>
    <w:p w14:paraId="150FB2C5" w14:textId="0E11264C" w:rsidR="001D445C" w:rsidRPr="00762C1D" w:rsidRDefault="001D445C" w:rsidP="001D445C">
      <w:pPr>
        <w:spacing w:line="278" w:lineRule="auto"/>
        <w:ind w:left="720" w:firstLine="720"/>
        <w:rPr>
          <w:rFonts w:cs="Times New Roman"/>
          <w:szCs w:val="26"/>
        </w:rPr>
      </w:pPr>
      <w:r>
        <w:rPr>
          <w:rFonts w:cs="Times New Roman"/>
          <w:b/>
          <w:bCs/>
          <w:szCs w:val="26"/>
          <w:lang w:val="vi-VN"/>
        </w:rPr>
        <w:t xml:space="preserve">  </w:t>
      </w:r>
      <w:r w:rsidRPr="00762C1D">
        <w:rPr>
          <w:rFonts w:cs="Times New Roman"/>
          <w:b/>
          <w:bCs/>
          <w:szCs w:val="26"/>
        </w:rPr>
        <w:t>NỘI DUNG THỰC HÀNH CHỦ ĐỀ 1:</w:t>
      </w:r>
    </w:p>
    <w:p w14:paraId="1649F2B4" w14:textId="77777777" w:rsidR="001D445C" w:rsidRPr="00762C1D" w:rsidRDefault="001D445C" w:rsidP="001D445C">
      <w:pPr>
        <w:spacing w:line="278" w:lineRule="auto"/>
        <w:rPr>
          <w:rFonts w:cs="Times New Roman"/>
          <w:szCs w:val="26"/>
        </w:rPr>
      </w:pPr>
      <w:r w:rsidRPr="00762C1D">
        <w:rPr>
          <w:rFonts w:cs="Times New Roman"/>
          <w:b/>
          <w:bCs/>
          <w:szCs w:val="26"/>
        </w:rPr>
        <w:t>CÁCH MẠNG TƯ SẢN VÀ SỰ PHÁT TRIỂN CỦA CHỦ NGHĨA TƯ BẢN</w:t>
      </w:r>
    </w:p>
    <w:p w14:paraId="2DF0B3A4" w14:textId="77777777" w:rsidR="001D445C" w:rsidRPr="00762C1D" w:rsidRDefault="001D445C" w:rsidP="001D445C">
      <w:pPr>
        <w:spacing w:line="278" w:lineRule="auto"/>
        <w:rPr>
          <w:rFonts w:cs="Times New Roman"/>
          <w:b/>
          <w:bCs/>
          <w:szCs w:val="26"/>
        </w:rPr>
      </w:pPr>
      <w:r>
        <w:rPr>
          <w:rFonts w:cs="Times New Roman"/>
          <w:b/>
          <w:bCs/>
          <w:i/>
          <w:iCs/>
          <w:szCs w:val="26"/>
          <w:lang w:val="vi-VN"/>
        </w:rPr>
        <w:t xml:space="preserve">                                                               </w:t>
      </w:r>
      <w:r w:rsidRPr="00762C1D">
        <w:rPr>
          <w:rFonts w:cs="Times New Roman"/>
          <w:b/>
          <w:bCs/>
          <w:i/>
          <w:iCs/>
          <w:szCs w:val="26"/>
        </w:rPr>
        <w:t>(</w:t>
      </w:r>
      <w:r>
        <w:rPr>
          <w:rFonts w:cs="Times New Roman"/>
          <w:b/>
          <w:bCs/>
          <w:i/>
          <w:iCs/>
          <w:szCs w:val="26"/>
        </w:rPr>
        <w:t>1</w:t>
      </w:r>
      <w:r w:rsidRPr="00762C1D">
        <w:rPr>
          <w:rFonts w:cs="Times New Roman"/>
          <w:b/>
          <w:bCs/>
          <w:i/>
          <w:iCs/>
          <w:szCs w:val="26"/>
        </w:rPr>
        <w:t xml:space="preserve"> tiết)</w:t>
      </w:r>
    </w:p>
    <w:p w14:paraId="062862AA" w14:textId="77777777" w:rsidR="001D445C" w:rsidRPr="00762C1D" w:rsidRDefault="001D445C" w:rsidP="001D445C">
      <w:pPr>
        <w:numPr>
          <w:ilvl w:val="0"/>
          <w:numId w:val="10"/>
        </w:numPr>
        <w:spacing w:line="278" w:lineRule="auto"/>
        <w:ind w:left="0"/>
        <w:rPr>
          <w:rFonts w:cs="Times New Roman"/>
          <w:szCs w:val="26"/>
        </w:rPr>
      </w:pPr>
      <w:r w:rsidRPr="00762C1D">
        <w:rPr>
          <w:rFonts w:cs="Times New Roman"/>
          <w:b/>
          <w:bCs/>
          <w:szCs w:val="26"/>
        </w:rPr>
        <w:t>MỤC TIÊU BÀI HỌC</w:t>
      </w:r>
    </w:p>
    <w:p w14:paraId="565DBD31" w14:textId="77777777" w:rsidR="001D445C" w:rsidRPr="00762C1D" w:rsidRDefault="001D445C" w:rsidP="001D445C">
      <w:pPr>
        <w:numPr>
          <w:ilvl w:val="0"/>
          <w:numId w:val="10"/>
        </w:numPr>
        <w:spacing w:line="278" w:lineRule="auto"/>
        <w:ind w:left="0"/>
        <w:rPr>
          <w:rFonts w:cs="Times New Roman"/>
          <w:szCs w:val="26"/>
        </w:rPr>
      </w:pPr>
      <w:r w:rsidRPr="00762C1D">
        <w:rPr>
          <w:rFonts w:cs="Times New Roman"/>
          <w:b/>
          <w:bCs/>
          <w:szCs w:val="26"/>
        </w:rPr>
        <w:t>Về kiến thức</w:t>
      </w:r>
    </w:p>
    <w:p w14:paraId="652FEBCC" w14:textId="77777777" w:rsidR="001D445C" w:rsidRPr="00762C1D" w:rsidRDefault="001D445C" w:rsidP="001D445C">
      <w:pPr>
        <w:spacing w:line="278" w:lineRule="auto"/>
        <w:rPr>
          <w:rFonts w:cs="Times New Roman"/>
          <w:szCs w:val="26"/>
        </w:rPr>
      </w:pPr>
      <w:r w:rsidRPr="00762C1D">
        <w:rPr>
          <w:rFonts w:cs="Times New Roman"/>
          <w:i/>
          <w:iCs/>
          <w:szCs w:val="26"/>
        </w:rPr>
        <w:t>Sau bài học này, HS sẽ:</w:t>
      </w:r>
    </w:p>
    <w:p w14:paraId="7A75D9A2" w14:textId="77777777" w:rsidR="001D445C" w:rsidRPr="00762C1D" w:rsidRDefault="001D445C" w:rsidP="001D445C">
      <w:pPr>
        <w:numPr>
          <w:ilvl w:val="0"/>
          <w:numId w:val="11"/>
        </w:numPr>
        <w:spacing w:line="278" w:lineRule="auto"/>
        <w:ind w:left="0"/>
        <w:rPr>
          <w:rFonts w:cs="Times New Roman"/>
          <w:szCs w:val="26"/>
        </w:rPr>
      </w:pPr>
      <w:r w:rsidRPr="00762C1D">
        <w:rPr>
          <w:rFonts w:cs="Times New Roman"/>
          <w:szCs w:val="26"/>
        </w:rPr>
        <w:t>Hệ thống hóa những nội dung kiến thức cơ bản đã học trong </w:t>
      </w:r>
      <w:r w:rsidRPr="00762C1D">
        <w:rPr>
          <w:rFonts w:cs="Times New Roman"/>
          <w:i/>
          <w:iCs/>
          <w:szCs w:val="26"/>
        </w:rPr>
        <w:t>Chủ đề 1 – Cách mạng tư sản và sự phát triển của chủ nghĩa tư bản.</w:t>
      </w:r>
    </w:p>
    <w:p w14:paraId="162B049B" w14:textId="77777777" w:rsidR="001D445C" w:rsidRPr="00762C1D" w:rsidRDefault="001D445C" w:rsidP="001D445C">
      <w:pPr>
        <w:numPr>
          <w:ilvl w:val="0"/>
          <w:numId w:val="11"/>
        </w:numPr>
        <w:spacing w:line="278" w:lineRule="auto"/>
        <w:ind w:left="0"/>
        <w:rPr>
          <w:rFonts w:cs="Times New Roman"/>
          <w:szCs w:val="26"/>
        </w:rPr>
      </w:pPr>
      <w:r w:rsidRPr="00762C1D">
        <w:rPr>
          <w:rFonts w:cs="Times New Roman"/>
          <w:szCs w:val="26"/>
        </w:rPr>
        <w:t>Vận dụng kiến thức để làm bài tập thực hành.</w:t>
      </w:r>
    </w:p>
    <w:p w14:paraId="0B5C5F64" w14:textId="77777777" w:rsidR="001D445C" w:rsidRPr="00762C1D" w:rsidRDefault="001D445C" w:rsidP="001D445C">
      <w:pPr>
        <w:numPr>
          <w:ilvl w:val="0"/>
          <w:numId w:val="11"/>
        </w:numPr>
        <w:spacing w:line="278" w:lineRule="auto"/>
        <w:ind w:left="0"/>
        <w:rPr>
          <w:rFonts w:cs="Times New Roman"/>
          <w:szCs w:val="26"/>
        </w:rPr>
      </w:pPr>
      <w:r w:rsidRPr="00762C1D">
        <w:rPr>
          <w:rFonts w:cs="Times New Roman"/>
          <w:szCs w:val="26"/>
        </w:rPr>
        <w:t>Tự đánh giá/đánh giá chéo phần trả lời câu hỏi bài tập của bản thân/bạn bè.</w:t>
      </w:r>
    </w:p>
    <w:p w14:paraId="71C431D4" w14:textId="77777777" w:rsidR="001D445C" w:rsidRPr="00762C1D" w:rsidRDefault="001D445C" w:rsidP="001D445C">
      <w:pPr>
        <w:numPr>
          <w:ilvl w:val="0"/>
          <w:numId w:val="12"/>
        </w:numPr>
        <w:spacing w:line="278" w:lineRule="auto"/>
        <w:ind w:left="0"/>
        <w:rPr>
          <w:rFonts w:cs="Times New Roman"/>
          <w:szCs w:val="26"/>
        </w:rPr>
      </w:pPr>
      <w:r w:rsidRPr="00762C1D">
        <w:rPr>
          <w:rFonts w:cs="Times New Roman"/>
          <w:b/>
          <w:bCs/>
          <w:szCs w:val="26"/>
        </w:rPr>
        <w:t>Năng lực</w:t>
      </w:r>
    </w:p>
    <w:p w14:paraId="0EB87C31" w14:textId="77777777" w:rsidR="001D445C" w:rsidRPr="00762C1D" w:rsidRDefault="001D445C" w:rsidP="001D445C">
      <w:pPr>
        <w:spacing w:line="278" w:lineRule="auto"/>
        <w:rPr>
          <w:rFonts w:cs="Times New Roman"/>
          <w:szCs w:val="26"/>
        </w:rPr>
      </w:pPr>
      <w:r w:rsidRPr="00762C1D">
        <w:rPr>
          <w:rFonts w:cs="Times New Roman"/>
          <w:b/>
          <w:bCs/>
          <w:i/>
          <w:iCs/>
          <w:szCs w:val="26"/>
        </w:rPr>
        <w:t>Năng lực chung:</w:t>
      </w:r>
    </w:p>
    <w:p w14:paraId="5681261C" w14:textId="77777777" w:rsidR="001D445C" w:rsidRPr="00762C1D" w:rsidRDefault="001D445C" w:rsidP="001D445C">
      <w:pPr>
        <w:numPr>
          <w:ilvl w:val="0"/>
          <w:numId w:val="13"/>
        </w:numPr>
        <w:spacing w:line="278" w:lineRule="auto"/>
        <w:ind w:left="0"/>
        <w:rPr>
          <w:rFonts w:cs="Times New Roman"/>
          <w:szCs w:val="26"/>
        </w:rPr>
      </w:pPr>
      <w:r w:rsidRPr="00762C1D">
        <w:rPr>
          <w:rFonts w:cs="Times New Roman"/>
          <w:i/>
          <w:iCs/>
          <w:szCs w:val="26"/>
        </w:rPr>
        <w:t>Năng lực giải quyết vấn đề: </w:t>
      </w:r>
      <w:r w:rsidRPr="00762C1D">
        <w:rPr>
          <w:rFonts w:cs="Times New Roman"/>
          <w:szCs w:val="26"/>
        </w:rPr>
        <w:t>thông qua vận dụng được kiến thức về </w:t>
      </w:r>
      <w:r w:rsidRPr="00762C1D">
        <w:rPr>
          <w:rFonts w:cs="Times New Roman"/>
          <w:i/>
          <w:iCs/>
          <w:szCs w:val="26"/>
        </w:rPr>
        <w:t>cách mạng tư sản và sự phát triển của chủ nghĩa tư bản </w:t>
      </w:r>
      <w:r w:rsidRPr="00762C1D">
        <w:rPr>
          <w:rFonts w:cs="Times New Roman"/>
          <w:szCs w:val="26"/>
        </w:rPr>
        <w:t>để giải thích lịch sử qua bài tập vận dụng.</w:t>
      </w:r>
    </w:p>
    <w:p w14:paraId="339FF6DC" w14:textId="77777777" w:rsidR="001D445C" w:rsidRPr="00762C1D" w:rsidRDefault="001D445C" w:rsidP="001D445C">
      <w:pPr>
        <w:numPr>
          <w:ilvl w:val="0"/>
          <w:numId w:val="13"/>
        </w:numPr>
        <w:spacing w:line="278" w:lineRule="auto"/>
        <w:ind w:left="0"/>
        <w:rPr>
          <w:rFonts w:cs="Times New Roman"/>
          <w:szCs w:val="26"/>
        </w:rPr>
      </w:pPr>
      <w:r w:rsidRPr="00762C1D">
        <w:rPr>
          <w:rFonts w:cs="Times New Roman"/>
          <w:i/>
          <w:iCs/>
          <w:szCs w:val="26"/>
        </w:rPr>
        <w:t>Năng lực tự chủ, tự học, giao tiếp và hợp tác: </w:t>
      </w:r>
      <w:r w:rsidRPr="00762C1D">
        <w:rPr>
          <w:rFonts w:cs="Times New Roman"/>
          <w:szCs w:val="26"/>
        </w:rPr>
        <w:t>thông qua việc quan tâm, yêu thích và tham gia các hoạt động tìm hiểu lịch sử.</w:t>
      </w:r>
    </w:p>
    <w:p w14:paraId="1ACE24F9" w14:textId="77777777" w:rsidR="001D445C" w:rsidRPr="00762C1D" w:rsidRDefault="001D445C" w:rsidP="001D445C">
      <w:pPr>
        <w:spacing w:line="278" w:lineRule="auto"/>
        <w:rPr>
          <w:rFonts w:cs="Times New Roman"/>
          <w:szCs w:val="26"/>
        </w:rPr>
      </w:pPr>
      <w:r w:rsidRPr="00762C1D">
        <w:rPr>
          <w:rFonts w:cs="Times New Roman"/>
          <w:b/>
          <w:bCs/>
          <w:i/>
          <w:iCs/>
          <w:szCs w:val="26"/>
        </w:rPr>
        <w:t>Năng lực riêng:</w:t>
      </w:r>
    </w:p>
    <w:p w14:paraId="716D3022" w14:textId="77777777" w:rsidR="001D445C" w:rsidRPr="00762C1D" w:rsidRDefault="001D445C" w:rsidP="001D445C">
      <w:pPr>
        <w:numPr>
          <w:ilvl w:val="0"/>
          <w:numId w:val="14"/>
        </w:numPr>
        <w:spacing w:line="278" w:lineRule="auto"/>
        <w:ind w:left="0"/>
        <w:rPr>
          <w:rFonts w:cs="Times New Roman"/>
          <w:szCs w:val="26"/>
        </w:rPr>
      </w:pPr>
      <w:r w:rsidRPr="00762C1D">
        <w:rPr>
          <w:rFonts w:cs="Times New Roman"/>
          <w:i/>
          <w:iCs/>
          <w:szCs w:val="26"/>
        </w:rPr>
        <w:t>Năng lực nhận thức và tư duy lịch sử: </w:t>
      </w:r>
      <w:r w:rsidRPr="00762C1D">
        <w:rPr>
          <w:rFonts w:cs="Times New Roman"/>
          <w:szCs w:val="26"/>
        </w:rPr>
        <w:t>Thông qua khai thác thông tin, tư liệu, hình ảnh để hệ thống được những nội dung kiến thức cơ bản đã học trong </w:t>
      </w:r>
      <w:r w:rsidRPr="00762C1D">
        <w:rPr>
          <w:rFonts w:cs="Times New Roman"/>
          <w:i/>
          <w:iCs/>
          <w:szCs w:val="26"/>
        </w:rPr>
        <w:t>Chủ đề 1 – Cách mạng tư sản và sự phát triển của chủ nghĩa tư bản.</w:t>
      </w:r>
    </w:p>
    <w:p w14:paraId="04DC73BA" w14:textId="77777777" w:rsidR="001D445C" w:rsidRPr="00762C1D" w:rsidRDefault="001D445C" w:rsidP="001D445C">
      <w:pPr>
        <w:numPr>
          <w:ilvl w:val="0"/>
          <w:numId w:val="14"/>
        </w:numPr>
        <w:spacing w:line="278" w:lineRule="auto"/>
        <w:ind w:left="0"/>
        <w:rPr>
          <w:rFonts w:cs="Times New Roman"/>
          <w:szCs w:val="26"/>
        </w:rPr>
      </w:pPr>
      <w:r w:rsidRPr="00762C1D">
        <w:rPr>
          <w:rFonts w:cs="Times New Roman"/>
          <w:i/>
          <w:iCs/>
          <w:szCs w:val="26"/>
        </w:rPr>
        <w:t>Năng</w:t>
      </w:r>
      <w:r w:rsidRPr="00762C1D">
        <w:rPr>
          <w:rFonts w:cs="Times New Roman"/>
          <w:szCs w:val="26"/>
        </w:rPr>
        <w:t> </w:t>
      </w:r>
      <w:r w:rsidRPr="00762C1D">
        <w:rPr>
          <w:rFonts w:cs="Times New Roman"/>
          <w:i/>
          <w:iCs/>
          <w:szCs w:val="26"/>
        </w:rPr>
        <w:t>lực vận dụng kiến thức, kĩ năng đã học: </w:t>
      </w:r>
      <w:r w:rsidRPr="00762C1D">
        <w:rPr>
          <w:rFonts w:cs="Times New Roman"/>
          <w:szCs w:val="26"/>
        </w:rPr>
        <w:t>Vận dụng kiến thức lịch sử để lí giải những vấn đề của thực tiễn cuộc sống; Có khả năng tự tìm hiểu những vấn đề lịch sử, phát triển năng lực sáng tạo, có khả năng tiếp cận và xử lí thông tin từ những nguồn khác nhau, có ý thức và năng lực tự học lịch sử suốt đời.</w:t>
      </w:r>
    </w:p>
    <w:p w14:paraId="1850654A" w14:textId="77777777" w:rsidR="001D445C" w:rsidRPr="00762C1D" w:rsidRDefault="001D445C" w:rsidP="001D445C">
      <w:pPr>
        <w:numPr>
          <w:ilvl w:val="0"/>
          <w:numId w:val="15"/>
        </w:numPr>
        <w:spacing w:line="278" w:lineRule="auto"/>
        <w:ind w:left="0"/>
        <w:rPr>
          <w:rFonts w:cs="Times New Roman"/>
          <w:szCs w:val="26"/>
        </w:rPr>
      </w:pPr>
      <w:r w:rsidRPr="00762C1D">
        <w:rPr>
          <w:rFonts w:cs="Times New Roman"/>
          <w:b/>
          <w:bCs/>
          <w:szCs w:val="26"/>
        </w:rPr>
        <w:t>Phẩm chất</w:t>
      </w:r>
    </w:p>
    <w:p w14:paraId="5F4A7CA1" w14:textId="77777777" w:rsidR="001D445C" w:rsidRPr="00762C1D" w:rsidRDefault="001D445C" w:rsidP="001D445C">
      <w:pPr>
        <w:numPr>
          <w:ilvl w:val="0"/>
          <w:numId w:val="16"/>
        </w:numPr>
        <w:spacing w:line="278" w:lineRule="auto"/>
        <w:ind w:left="0"/>
        <w:rPr>
          <w:rFonts w:cs="Times New Roman"/>
          <w:szCs w:val="26"/>
        </w:rPr>
      </w:pPr>
      <w:r w:rsidRPr="00762C1D">
        <w:rPr>
          <w:rFonts w:cs="Times New Roman"/>
          <w:szCs w:val="26"/>
        </w:rPr>
        <w:t>Giáo dục phẩm chất chăm chỉ; tự giác, tích cực tham gia các hoạt động học tập để giải quyết vấn đề.</w:t>
      </w:r>
    </w:p>
    <w:p w14:paraId="479C27E5" w14:textId="77777777" w:rsidR="001D445C" w:rsidRPr="00762C1D" w:rsidRDefault="001D445C" w:rsidP="001D445C">
      <w:pPr>
        <w:numPr>
          <w:ilvl w:val="0"/>
          <w:numId w:val="17"/>
        </w:numPr>
        <w:spacing w:line="278" w:lineRule="auto"/>
        <w:ind w:left="0"/>
        <w:rPr>
          <w:rFonts w:cs="Times New Roman"/>
          <w:szCs w:val="26"/>
        </w:rPr>
      </w:pPr>
      <w:r w:rsidRPr="00762C1D">
        <w:rPr>
          <w:rFonts w:cs="Times New Roman"/>
          <w:b/>
          <w:bCs/>
          <w:szCs w:val="26"/>
        </w:rPr>
        <w:t>THIẾT BỊ DẠY HỌC VÀ HỌC LIỆU</w:t>
      </w:r>
    </w:p>
    <w:p w14:paraId="4CB35C40" w14:textId="77777777" w:rsidR="001D445C" w:rsidRPr="00762C1D" w:rsidRDefault="001D445C" w:rsidP="001D445C">
      <w:pPr>
        <w:numPr>
          <w:ilvl w:val="0"/>
          <w:numId w:val="17"/>
        </w:numPr>
        <w:spacing w:line="278" w:lineRule="auto"/>
        <w:ind w:left="0"/>
        <w:rPr>
          <w:rFonts w:cs="Times New Roman"/>
          <w:szCs w:val="26"/>
        </w:rPr>
      </w:pPr>
      <w:r w:rsidRPr="00762C1D">
        <w:rPr>
          <w:rFonts w:cs="Times New Roman"/>
          <w:b/>
          <w:bCs/>
          <w:szCs w:val="26"/>
        </w:rPr>
        <w:t>Đối với giáo viên</w:t>
      </w:r>
    </w:p>
    <w:p w14:paraId="17E6D7D9" w14:textId="77777777" w:rsidR="001D445C" w:rsidRPr="00762C1D" w:rsidRDefault="001D445C" w:rsidP="001D445C">
      <w:pPr>
        <w:numPr>
          <w:ilvl w:val="0"/>
          <w:numId w:val="18"/>
        </w:numPr>
        <w:spacing w:line="278" w:lineRule="auto"/>
        <w:ind w:left="0"/>
        <w:rPr>
          <w:rFonts w:cs="Times New Roman"/>
          <w:szCs w:val="26"/>
        </w:rPr>
      </w:pPr>
      <w:r w:rsidRPr="00762C1D">
        <w:rPr>
          <w:rFonts w:cs="Times New Roman"/>
          <w:szCs w:val="26"/>
        </w:rPr>
        <w:t>SGK, SGV, SBT Lịch sử 11, Giáo án.</w:t>
      </w:r>
    </w:p>
    <w:p w14:paraId="0DF35615" w14:textId="77777777" w:rsidR="001D445C" w:rsidRPr="00762C1D" w:rsidRDefault="001D445C" w:rsidP="001D445C">
      <w:pPr>
        <w:numPr>
          <w:ilvl w:val="0"/>
          <w:numId w:val="18"/>
        </w:numPr>
        <w:spacing w:line="278" w:lineRule="auto"/>
        <w:ind w:left="0"/>
        <w:rPr>
          <w:rFonts w:cs="Times New Roman"/>
          <w:szCs w:val="26"/>
        </w:rPr>
      </w:pPr>
      <w:r w:rsidRPr="00762C1D">
        <w:rPr>
          <w:rFonts w:cs="Times New Roman"/>
          <w:szCs w:val="26"/>
        </w:rPr>
        <w:t>Giấy A0 để tổ chức hoạt động nhóm.</w:t>
      </w:r>
    </w:p>
    <w:p w14:paraId="4B3A2A96" w14:textId="77777777" w:rsidR="001D445C" w:rsidRPr="00762C1D" w:rsidRDefault="001D445C" w:rsidP="001D445C">
      <w:pPr>
        <w:numPr>
          <w:ilvl w:val="0"/>
          <w:numId w:val="18"/>
        </w:numPr>
        <w:spacing w:line="278" w:lineRule="auto"/>
        <w:ind w:left="0"/>
        <w:rPr>
          <w:rFonts w:cs="Times New Roman"/>
          <w:szCs w:val="26"/>
        </w:rPr>
      </w:pPr>
      <w:r w:rsidRPr="00762C1D">
        <w:rPr>
          <w:rFonts w:cs="Times New Roman"/>
          <w:szCs w:val="26"/>
        </w:rPr>
        <w:t>Máy tính, máy chiếu (nếu có).</w:t>
      </w:r>
    </w:p>
    <w:p w14:paraId="118096DC" w14:textId="77777777" w:rsidR="001D445C" w:rsidRPr="00762C1D" w:rsidRDefault="001D445C" w:rsidP="001D445C">
      <w:pPr>
        <w:numPr>
          <w:ilvl w:val="0"/>
          <w:numId w:val="19"/>
        </w:numPr>
        <w:spacing w:line="278" w:lineRule="auto"/>
        <w:ind w:left="0"/>
        <w:rPr>
          <w:rFonts w:cs="Times New Roman"/>
          <w:szCs w:val="26"/>
        </w:rPr>
      </w:pPr>
      <w:r w:rsidRPr="00762C1D">
        <w:rPr>
          <w:rFonts w:cs="Times New Roman"/>
          <w:b/>
          <w:bCs/>
          <w:szCs w:val="26"/>
        </w:rPr>
        <w:t>Đối với học sinh</w:t>
      </w:r>
    </w:p>
    <w:p w14:paraId="0D282BA6" w14:textId="77777777" w:rsidR="001D445C" w:rsidRPr="00762C1D" w:rsidRDefault="001D445C" w:rsidP="001D445C">
      <w:pPr>
        <w:numPr>
          <w:ilvl w:val="0"/>
          <w:numId w:val="20"/>
        </w:numPr>
        <w:spacing w:line="278" w:lineRule="auto"/>
        <w:ind w:left="0"/>
        <w:rPr>
          <w:rFonts w:cs="Times New Roman"/>
          <w:szCs w:val="26"/>
        </w:rPr>
      </w:pPr>
      <w:r w:rsidRPr="00762C1D">
        <w:rPr>
          <w:rFonts w:cs="Times New Roman"/>
          <w:szCs w:val="26"/>
        </w:rPr>
        <w:t>SGK, SBT Lịch sử 11.</w:t>
      </w:r>
    </w:p>
    <w:p w14:paraId="591F3BD8" w14:textId="77777777" w:rsidR="001D445C" w:rsidRPr="00762C1D" w:rsidRDefault="001D445C" w:rsidP="001D445C">
      <w:pPr>
        <w:numPr>
          <w:ilvl w:val="0"/>
          <w:numId w:val="20"/>
        </w:numPr>
        <w:spacing w:line="278" w:lineRule="auto"/>
        <w:ind w:left="0"/>
        <w:rPr>
          <w:rFonts w:cs="Times New Roman"/>
          <w:szCs w:val="26"/>
        </w:rPr>
      </w:pPr>
      <w:r w:rsidRPr="00762C1D">
        <w:rPr>
          <w:rFonts w:cs="Times New Roman"/>
          <w:szCs w:val="26"/>
        </w:rPr>
        <w:t>Tranh ảnh, tư liệu sưu tầm liên quan đến bài học </w:t>
      </w:r>
      <w:r w:rsidRPr="00762C1D">
        <w:rPr>
          <w:rFonts w:cs="Times New Roman"/>
          <w:i/>
          <w:iCs/>
          <w:szCs w:val="26"/>
        </w:rPr>
        <w:t>Nội dung thực Chủ đề 1 – Cách mạng tư sản và sự phát triển của chủ nghĩa tư bản.</w:t>
      </w:r>
    </w:p>
    <w:p w14:paraId="1E47C4AF" w14:textId="77777777" w:rsidR="001D445C" w:rsidRPr="00762C1D" w:rsidRDefault="001D445C" w:rsidP="001D445C">
      <w:pPr>
        <w:spacing w:line="278" w:lineRule="auto"/>
        <w:rPr>
          <w:rFonts w:cs="Times New Roman"/>
          <w:szCs w:val="26"/>
        </w:rPr>
      </w:pPr>
      <w:r w:rsidRPr="00762C1D">
        <w:rPr>
          <w:rFonts w:cs="Times New Roman"/>
          <w:b/>
          <w:bCs/>
          <w:szCs w:val="26"/>
        </w:rPr>
        <w:t>III. TIẾN TRÌNH DẠY HỌC</w:t>
      </w:r>
    </w:p>
    <w:p w14:paraId="425120AD" w14:textId="77777777" w:rsidR="001D445C" w:rsidRPr="00762C1D" w:rsidRDefault="001D445C" w:rsidP="001D445C">
      <w:pPr>
        <w:numPr>
          <w:ilvl w:val="0"/>
          <w:numId w:val="21"/>
        </w:numPr>
        <w:spacing w:line="278" w:lineRule="auto"/>
        <w:ind w:left="0"/>
        <w:rPr>
          <w:rFonts w:cs="Times New Roman"/>
          <w:szCs w:val="26"/>
        </w:rPr>
      </w:pPr>
      <w:r w:rsidRPr="00762C1D">
        <w:rPr>
          <w:rFonts w:cs="Times New Roman"/>
          <w:b/>
          <w:bCs/>
          <w:szCs w:val="26"/>
        </w:rPr>
        <w:t>HOẠT ĐỘNG KHỞI ĐỘNG</w:t>
      </w:r>
    </w:p>
    <w:p w14:paraId="3D5F620B" w14:textId="77777777" w:rsidR="001D445C" w:rsidRPr="00762C1D" w:rsidRDefault="001D445C" w:rsidP="001D445C">
      <w:pPr>
        <w:numPr>
          <w:ilvl w:val="0"/>
          <w:numId w:val="21"/>
        </w:numPr>
        <w:spacing w:line="278" w:lineRule="auto"/>
        <w:ind w:left="0"/>
        <w:rPr>
          <w:rFonts w:cs="Times New Roman"/>
          <w:szCs w:val="26"/>
        </w:rPr>
      </w:pPr>
      <w:r w:rsidRPr="00762C1D">
        <w:rPr>
          <w:rFonts w:cs="Times New Roman"/>
          <w:b/>
          <w:bCs/>
          <w:szCs w:val="26"/>
        </w:rPr>
        <w:lastRenderedPageBreak/>
        <w:t>Mục tiêu: </w:t>
      </w:r>
      <w:r w:rsidRPr="00762C1D">
        <w:rPr>
          <w:rFonts w:cs="Times New Roman"/>
          <w:szCs w:val="26"/>
        </w:rPr>
        <w:t>Tạo tâm thế cho HS, giúp HS ý thức được nhiệm vụ học tập, hứng thú học bài mới.</w:t>
      </w:r>
    </w:p>
    <w:p w14:paraId="0F4107A1" w14:textId="77777777" w:rsidR="001D445C" w:rsidRPr="00762C1D" w:rsidRDefault="001D445C" w:rsidP="001D445C">
      <w:pPr>
        <w:numPr>
          <w:ilvl w:val="0"/>
          <w:numId w:val="21"/>
        </w:numPr>
        <w:spacing w:line="278" w:lineRule="auto"/>
        <w:ind w:left="0"/>
        <w:rPr>
          <w:rFonts w:cs="Times New Roman"/>
          <w:szCs w:val="26"/>
        </w:rPr>
      </w:pPr>
      <w:r w:rsidRPr="00762C1D">
        <w:rPr>
          <w:rFonts w:cs="Times New Roman"/>
          <w:b/>
          <w:bCs/>
          <w:szCs w:val="26"/>
        </w:rPr>
        <w:t>Nội dung: </w:t>
      </w:r>
      <w:r w:rsidRPr="00762C1D">
        <w:rPr>
          <w:rFonts w:cs="Times New Roman"/>
          <w:szCs w:val="26"/>
        </w:rPr>
        <w:t>GV tổ chức cho HS chơi trò chơi </w:t>
      </w:r>
      <w:r w:rsidRPr="00762C1D">
        <w:rPr>
          <w:rFonts w:cs="Times New Roman"/>
          <w:i/>
          <w:iCs/>
          <w:szCs w:val="26"/>
        </w:rPr>
        <w:t>Ong tìm chữ, Ai nhanh hơn</w:t>
      </w:r>
      <w:r w:rsidRPr="00762C1D">
        <w:rPr>
          <w:rFonts w:cs="Times New Roman"/>
          <w:szCs w:val="26"/>
        </w:rPr>
        <w:t>. HS tìm từ khóa, trả lời nhanh các câu hỏi trắc nghiệm liên quan đến </w:t>
      </w:r>
      <w:r w:rsidRPr="00762C1D">
        <w:rPr>
          <w:rFonts w:cs="Times New Roman"/>
          <w:i/>
          <w:iCs/>
          <w:szCs w:val="26"/>
        </w:rPr>
        <w:t>Chủ đề 1 – Cách mạng tư sản và sự phát triển của chủ nghĩa tư bản.</w:t>
      </w:r>
    </w:p>
    <w:p w14:paraId="4CCE77D7" w14:textId="77777777" w:rsidR="001D445C" w:rsidRPr="00762C1D" w:rsidRDefault="001D445C" w:rsidP="001D445C">
      <w:pPr>
        <w:numPr>
          <w:ilvl w:val="0"/>
          <w:numId w:val="21"/>
        </w:numPr>
        <w:spacing w:line="278" w:lineRule="auto"/>
        <w:ind w:left="0"/>
        <w:rPr>
          <w:rFonts w:cs="Times New Roman"/>
          <w:szCs w:val="26"/>
        </w:rPr>
      </w:pPr>
      <w:r w:rsidRPr="00762C1D">
        <w:rPr>
          <w:rFonts w:cs="Times New Roman"/>
          <w:b/>
          <w:bCs/>
          <w:szCs w:val="26"/>
        </w:rPr>
        <w:t>Sản phẩm:</w:t>
      </w:r>
    </w:p>
    <w:p w14:paraId="27D85078" w14:textId="77777777" w:rsidR="001D445C" w:rsidRPr="00762C1D" w:rsidRDefault="001D445C" w:rsidP="001D445C">
      <w:pPr>
        <w:spacing w:line="278" w:lineRule="auto"/>
        <w:rPr>
          <w:rFonts w:cs="Times New Roman"/>
          <w:szCs w:val="26"/>
        </w:rPr>
      </w:pPr>
      <w:r w:rsidRPr="00762C1D">
        <w:rPr>
          <w:rFonts w:cs="Times New Roman"/>
          <w:szCs w:val="26"/>
        </w:rPr>
        <w:t>- Từ khóa có liên quan đến nội dung bài học.</w:t>
      </w:r>
    </w:p>
    <w:p w14:paraId="3093CB82" w14:textId="77777777" w:rsidR="001D445C" w:rsidRPr="00762C1D" w:rsidRDefault="001D445C" w:rsidP="001D445C">
      <w:pPr>
        <w:spacing w:line="278" w:lineRule="auto"/>
        <w:rPr>
          <w:rFonts w:cs="Times New Roman"/>
          <w:szCs w:val="26"/>
        </w:rPr>
      </w:pPr>
      <w:r w:rsidRPr="00762C1D">
        <w:rPr>
          <w:rFonts w:cs="Times New Roman"/>
          <w:szCs w:val="26"/>
        </w:rPr>
        <w:t>- Đáp án đúng cho các câu hỏi trắc nghiệm.</w:t>
      </w:r>
    </w:p>
    <w:p w14:paraId="30F311BE" w14:textId="77777777" w:rsidR="001D445C" w:rsidRPr="00762C1D" w:rsidRDefault="001D445C" w:rsidP="001D445C">
      <w:pPr>
        <w:numPr>
          <w:ilvl w:val="0"/>
          <w:numId w:val="22"/>
        </w:numPr>
        <w:spacing w:line="278" w:lineRule="auto"/>
        <w:ind w:left="0"/>
        <w:rPr>
          <w:rFonts w:cs="Times New Roman"/>
          <w:szCs w:val="26"/>
        </w:rPr>
      </w:pPr>
      <w:r w:rsidRPr="00762C1D">
        <w:rPr>
          <w:rFonts w:cs="Times New Roman"/>
          <w:b/>
          <w:bCs/>
          <w:szCs w:val="26"/>
        </w:rPr>
        <w:t>Tổ chức thực hiện:</w:t>
      </w:r>
    </w:p>
    <w:p w14:paraId="77FC85DB" w14:textId="77777777" w:rsidR="001D445C" w:rsidRPr="00762C1D" w:rsidRDefault="001D445C" w:rsidP="001D445C">
      <w:pPr>
        <w:spacing w:line="278" w:lineRule="auto"/>
        <w:rPr>
          <w:rFonts w:cs="Times New Roman"/>
          <w:szCs w:val="26"/>
        </w:rPr>
      </w:pPr>
      <w:r w:rsidRPr="00762C1D">
        <w:rPr>
          <w:rFonts w:cs="Times New Roman"/>
          <w:b/>
          <w:bCs/>
          <w:szCs w:val="26"/>
        </w:rPr>
        <w:t>Bước 1: GV chuyển giao nhiệm vụ học tập</w:t>
      </w:r>
    </w:p>
    <w:p w14:paraId="2DA8089D" w14:textId="77777777" w:rsidR="001D445C" w:rsidRPr="00762C1D" w:rsidRDefault="001D445C" w:rsidP="001D445C">
      <w:pPr>
        <w:spacing w:line="278" w:lineRule="auto"/>
        <w:rPr>
          <w:rFonts w:cs="Times New Roman"/>
          <w:szCs w:val="26"/>
        </w:rPr>
      </w:pPr>
      <w:r w:rsidRPr="00762C1D">
        <w:rPr>
          <w:rFonts w:cs="Times New Roman"/>
          <w:szCs w:val="26"/>
        </w:rPr>
        <w:t>- GV tổ chức cho HS chơi trò chơi </w:t>
      </w:r>
      <w:r w:rsidRPr="00762C1D">
        <w:rPr>
          <w:rFonts w:cs="Times New Roman"/>
          <w:i/>
          <w:iCs/>
          <w:szCs w:val="26"/>
        </w:rPr>
        <w:t>Ai nhanh hơn.</w:t>
      </w:r>
    </w:p>
    <w:p w14:paraId="225F31CC" w14:textId="77777777" w:rsidR="001D445C" w:rsidRPr="00762C1D" w:rsidRDefault="001D445C" w:rsidP="001D445C">
      <w:pPr>
        <w:spacing w:line="278" w:lineRule="auto"/>
        <w:rPr>
          <w:rFonts w:cs="Times New Roman"/>
          <w:szCs w:val="26"/>
        </w:rPr>
      </w:pPr>
      <w:r w:rsidRPr="00762C1D">
        <w:rPr>
          <w:rFonts w:cs="Times New Roman"/>
          <w:szCs w:val="26"/>
        </w:rPr>
        <w:t>- GV chia HS cả lớp thành 2 đội chơi, yêu cầu các đội lắng nghe các câu hỏi trắc nghiệm, điền đáp án vào bảng phụ. Đội nào có nhiều câu trả lời đúng hơn, thời gian trả lời nhanh hơn, đội đó là đội chiến thắng.</w:t>
      </w:r>
    </w:p>
    <w:p w14:paraId="390632E1" w14:textId="77777777" w:rsidR="001D445C" w:rsidRPr="00762C1D" w:rsidRDefault="001D445C" w:rsidP="001D445C">
      <w:pPr>
        <w:spacing w:line="278" w:lineRule="auto"/>
        <w:rPr>
          <w:rFonts w:cs="Times New Roman"/>
          <w:szCs w:val="26"/>
        </w:rPr>
      </w:pPr>
      <w:r w:rsidRPr="00762C1D">
        <w:rPr>
          <w:rFonts w:cs="Times New Roman"/>
          <w:szCs w:val="26"/>
        </w:rPr>
        <w:t>- GV lần lượt đọc các câu hỏi:</w:t>
      </w:r>
    </w:p>
    <w:p w14:paraId="3DDABE6D" w14:textId="77777777" w:rsidR="001D445C" w:rsidRPr="00762C1D" w:rsidRDefault="001D445C" w:rsidP="001D445C">
      <w:pPr>
        <w:spacing w:line="278" w:lineRule="auto"/>
        <w:rPr>
          <w:rFonts w:cs="Times New Roman"/>
          <w:szCs w:val="26"/>
        </w:rPr>
      </w:pPr>
      <w:r w:rsidRPr="00762C1D">
        <w:rPr>
          <w:rFonts w:cs="Times New Roman"/>
          <w:b/>
          <w:bCs/>
          <w:szCs w:val="26"/>
        </w:rPr>
        <w:t>Câu 1: </w:t>
      </w:r>
      <w:r w:rsidRPr="00762C1D">
        <w:rPr>
          <w:rFonts w:cs="Times New Roman"/>
          <w:szCs w:val="26"/>
        </w:rPr>
        <w:t>Tiền đề kinh tế của Cách mạng tư sản Anh là:</w:t>
      </w:r>
    </w:p>
    <w:p w14:paraId="0BC82987" w14:textId="77777777" w:rsidR="001D445C" w:rsidRPr="00762C1D" w:rsidRDefault="001D445C" w:rsidP="001D445C">
      <w:pPr>
        <w:numPr>
          <w:ilvl w:val="0"/>
          <w:numId w:val="23"/>
        </w:numPr>
        <w:spacing w:line="278" w:lineRule="auto"/>
        <w:ind w:left="0"/>
        <w:rPr>
          <w:rFonts w:cs="Times New Roman"/>
          <w:szCs w:val="26"/>
        </w:rPr>
      </w:pPr>
      <w:r w:rsidRPr="00762C1D">
        <w:rPr>
          <w:rFonts w:cs="Times New Roman"/>
          <w:szCs w:val="26"/>
        </w:rPr>
        <w:t>Các ngành luyện sắt, thép, đóng tàu phát triển nhanh.</w:t>
      </w:r>
    </w:p>
    <w:p w14:paraId="18EDCFED" w14:textId="77777777" w:rsidR="001D445C" w:rsidRPr="00762C1D" w:rsidRDefault="001D445C" w:rsidP="001D445C">
      <w:pPr>
        <w:numPr>
          <w:ilvl w:val="0"/>
          <w:numId w:val="23"/>
        </w:numPr>
        <w:spacing w:line="278" w:lineRule="auto"/>
        <w:ind w:left="0"/>
        <w:rPr>
          <w:rFonts w:cs="Times New Roman"/>
          <w:szCs w:val="26"/>
        </w:rPr>
      </w:pPr>
      <w:r w:rsidRPr="00762C1D">
        <w:rPr>
          <w:rFonts w:cs="Times New Roman"/>
          <w:szCs w:val="26"/>
        </w:rPr>
        <w:t>Công trường thủ công phát triển, nhiều trung tâm công nghiệp hình thành.</w:t>
      </w:r>
    </w:p>
    <w:p w14:paraId="764E6D31" w14:textId="77777777" w:rsidR="001D445C" w:rsidRPr="00762C1D" w:rsidRDefault="001D445C" w:rsidP="001D445C">
      <w:pPr>
        <w:numPr>
          <w:ilvl w:val="0"/>
          <w:numId w:val="23"/>
        </w:numPr>
        <w:spacing w:line="278" w:lineRule="auto"/>
        <w:ind w:left="0"/>
        <w:rPr>
          <w:rFonts w:cs="Times New Roman"/>
          <w:szCs w:val="26"/>
        </w:rPr>
      </w:pPr>
      <w:r w:rsidRPr="00762C1D">
        <w:rPr>
          <w:rFonts w:cs="Times New Roman"/>
          <w:szCs w:val="26"/>
        </w:rPr>
        <w:t>Kinh tế công, thương nghiệp phát triển mạnh theo hướng tư bản chủ nghĩa.</w:t>
      </w:r>
    </w:p>
    <w:p w14:paraId="39BFF68C" w14:textId="77777777" w:rsidR="001D445C" w:rsidRPr="00762C1D" w:rsidRDefault="001D445C" w:rsidP="001D445C">
      <w:pPr>
        <w:numPr>
          <w:ilvl w:val="0"/>
          <w:numId w:val="23"/>
        </w:numPr>
        <w:spacing w:line="278" w:lineRule="auto"/>
        <w:ind w:left="0"/>
        <w:rPr>
          <w:rFonts w:cs="Times New Roman"/>
          <w:szCs w:val="26"/>
        </w:rPr>
      </w:pPr>
      <w:r w:rsidRPr="00762C1D">
        <w:rPr>
          <w:rFonts w:cs="Times New Roman"/>
          <w:szCs w:val="26"/>
        </w:rPr>
        <w:t>Năng suất cây trồng thấp, diện tích đất bị bỏ hoang.</w:t>
      </w:r>
    </w:p>
    <w:p w14:paraId="14623B8B" w14:textId="77777777" w:rsidR="001D445C" w:rsidRPr="00762C1D" w:rsidRDefault="001D445C" w:rsidP="001D445C">
      <w:pPr>
        <w:spacing w:line="278" w:lineRule="auto"/>
        <w:rPr>
          <w:rFonts w:cs="Times New Roman"/>
          <w:szCs w:val="26"/>
        </w:rPr>
      </w:pPr>
      <w:r w:rsidRPr="00762C1D">
        <w:rPr>
          <w:rFonts w:cs="Times New Roman"/>
          <w:b/>
          <w:bCs/>
          <w:szCs w:val="26"/>
        </w:rPr>
        <w:t>Câu 2:</w:t>
      </w:r>
      <w:r w:rsidRPr="00762C1D">
        <w:rPr>
          <w:rFonts w:cs="Times New Roman"/>
          <w:szCs w:val="26"/>
        </w:rPr>
        <w:t> Tiền đề chính trị của 13 nước thuộc địa Anh ở Bắc Mỹ là:</w:t>
      </w:r>
    </w:p>
    <w:p w14:paraId="1792FF71" w14:textId="77777777" w:rsidR="001D445C" w:rsidRPr="00762C1D" w:rsidRDefault="001D445C" w:rsidP="001D445C">
      <w:pPr>
        <w:numPr>
          <w:ilvl w:val="0"/>
          <w:numId w:val="24"/>
        </w:numPr>
        <w:spacing w:line="278" w:lineRule="auto"/>
        <w:ind w:left="0"/>
        <w:rPr>
          <w:rFonts w:cs="Times New Roman"/>
          <w:szCs w:val="26"/>
        </w:rPr>
      </w:pPr>
      <w:r w:rsidRPr="00762C1D">
        <w:rPr>
          <w:rFonts w:cs="Times New Roman"/>
          <w:szCs w:val="26"/>
        </w:rPr>
        <w:t>Nhà vua nắm mọi quyền lực, cai trị độc đoán, tự ý đánh thuế, tiến hành đàn áp các tín đồ Thanh giáo,…</w:t>
      </w:r>
    </w:p>
    <w:p w14:paraId="7D5E5183" w14:textId="77777777" w:rsidR="001D445C" w:rsidRPr="00762C1D" w:rsidRDefault="001D445C" w:rsidP="001D445C">
      <w:pPr>
        <w:numPr>
          <w:ilvl w:val="0"/>
          <w:numId w:val="24"/>
        </w:numPr>
        <w:spacing w:line="278" w:lineRule="auto"/>
        <w:ind w:left="0"/>
        <w:rPr>
          <w:rFonts w:cs="Times New Roman"/>
          <w:szCs w:val="26"/>
        </w:rPr>
      </w:pPr>
      <w:r w:rsidRPr="00762C1D">
        <w:rPr>
          <w:rFonts w:cs="Times New Roman"/>
          <w:szCs w:val="26"/>
        </w:rPr>
        <w:t>Chế độ quân chủ chuyên chế khủng hoảng, tầng lớp quan lại quan liêu, tham nhũng.</w:t>
      </w:r>
    </w:p>
    <w:p w14:paraId="266A0906" w14:textId="77777777" w:rsidR="001D445C" w:rsidRPr="00762C1D" w:rsidRDefault="001D445C" w:rsidP="001D445C">
      <w:pPr>
        <w:numPr>
          <w:ilvl w:val="0"/>
          <w:numId w:val="24"/>
        </w:numPr>
        <w:spacing w:line="278" w:lineRule="auto"/>
        <w:ind w:left="0"/>
        <w:rPr>
          <w:rFonts w:cs="Times New Roman"/>
          <w:szCs w:val="26"/>
        </w:rPr>
      </w:pPr>
      <w:r w:rsidRPr="00762C1D">
        <w:rPr>
          <w:rFonts w:cs="Times New Roman"/>
          <w:szCs w:val="26"/>
        </w:rPr>
        <w:t>Đời sống nhân dân cực khổ.</w:t>
      </w:r>
    </w:p>
    <w:p w14:paraId="4CE8FD87" w14:textId="77777777" w:rsidR="001D445C" w:rsidRPr="00762C1D" w:rsidRDefault="001D445C" w:rsidP="001D445C">
      <w:pPr>
        <w:numPr>
          <w:ilvl w:val="0"/>
          <w:numId w:val="24"/>
        </w:numPr>
        <w:spacing w:line="278" w:lineRule="auto"/>
        <w:ind w:left="0"/>
        <w:rPr>
          <w:rFonts w:cs="Times New Roman"/>
          <w:szCs w:val="26"/>
        </w:rPr>
      </w:pPr>
      <w:r w:rsidRPr="00762C1D">
        <w:rPr>
          <w:rFonts w:cs="Times New Roman"/>
          <w:szCs w:val="26"/>
        </w:rPr>
        <w:t>Chính phủ đề ra các đạo luật khắt khe, bóc lột nhân dân thuộc địa.</w:t>
      </w:r>
    </w:p>
    <w:p w14:paraId="2152EF6C" w14:textId="77777777" w:rsidR="001D445C" w:rsidRPr="00762C1D" w:rsidRDefault="001D445C" w:rsidP="001D445C">
      <w:pPr>
        <w:spacing w:line="278" w:lineRule="auto"/>
        <w:rPr>
          <w:rFonts w:cs="Times New Roman"/>
          <w:szCs w:val="26"/>
        </w:rPr>
      </w:pPr>
      <w:r w:rsidRPr="00762C1D">
        <w:rPr>
          <w:rFonts w:cs="Times New Roman"/>
          <w:b/>
          <w:bCs/>
          <w:szCs w:val="26"/>
        </w:rPr>
        <w:t>Câu 3: </w:t>
      </w:r>
      <w:r w:rsidRPr="00762C1D">
        <w:rPr>
          <w:rFonts w:cs="Times New Roman"/>
          <w:szCs w:val="26"/>
        </w:rPr>
        <w:t>Trào lưu triết học Ánh sáng điển hình nhất trong cuộc đấu tranh chống lại chế độ phong kiến diễn ra ở:</w:t>
      </w:r>
    </w:p>
    <w:p w14:paraId="05B7D1BD" w14:textId="77777777" w:rsidR="001D445C" w:rsidRPr="00762C1D" w:rsidRDefault="001D445C" w:rsidP="001D445C">
      <w:pPr>
        <w:numPr>
          <w:ilvl w:val="0"/>
          <w:numId w:val="25"/>
        </w:numPr>
        <w:spacing w:line="278" w:lineRule="auto"/>
        <w:ind w:left="0"/>
        <w:rPr>
          <w:rFonts w:cs="Times New Roman"/>
          <w:szCs w:val="26"/>
        </w:rPr>
      </w:pPr>
      <w:r w:rsidRPr="00762C1D">
        <w:rPr>
          <w:rFonts w:cs="Times New Roman"/>
          <w:szCs w:val="26"/>
        </w:rPr>
        <w:t>Nê-đéc-lan.</w:t>
      </w:r>
    </w:p>
    <w:p w14:paraId="77F5E86B" w14:textId="77777777" w:rsidR="001D445C" w:rsidRPr="00762C1D" w:rsidRDefault="001D445C" w:rsidP="001D445C">
      <w:pPr>
        <w:numPr>
          <w:ilvl w:val="0"/>
          <w:numId w:val="25"/>
        </w:numPr>
        <w:spacing w:line="278" w:lineRule="auto"/>
        <w:ind w:left="0"/>
        <w:rPr>
          <w:rFonts w:cs="Times New Roman"/>
          <w:szCs w:val="26"/>
        </w:rPr>
      </w:pPr>
      <w:r w:rsidRPr="00762C1D">
        <w:rPr>
          <w:rFonts w:cs="Times New Roman"/>
          <w:szCs w:val="26"/>
        </w:rPr>
        <w:t>Đức.</w:t>
      </w:r>
    </w:p>
    <w:p w14:paraId="2FE249E2" w14:textId="77777777" w:rsidR="001D445C" w:rsidRPr="00762C1D" w:rsidRDefault="001D445C" w:rsidP="001D445C">
      <w:pPr>
        <w:numPr>
          <w:ilvl w:val="0"/>
          <w:numId w:val="25"/>
        </w:numPr>
        <w:spacing w:line="278" w:lineRule="auto"/>
        <w:ind w:left="0"/>
        <w:rPr>
          <w:rFonts w:cs="Times New Roman"/>
          <w:szCs w:val="26"/>
        </w:rPr>
      </w:pPr>
      <w:r w:rsidRPr="00762C1D">
        <w:rPr>
          <w:rFonts w:cs="Times New Roman"/>
          <w:szCs w:val="26"/>
        </w:rPr>
        <w:t>Pháp.</w:t>
      </w:r>
    </w:p>
    <w:p w14:paraId="17392411" w14:textId="77777777" w:rsidR="001D445C" w:rsidRPr="00762C1D" w:rsidRDefault="001D445C" w:rsidP="001D445C">
      <w:pPr>
        <w:numPr>
          <w:ilvl w:val="0"/>
          <w:numId w:val="25"/>
        </w:numPr>
        <w:spacing w:line="278" w:lineRule="auto"/>
        <w:ind w:left="0"/>
        <w:rPr>
          <w:rFonts w:cs="Times New Roman"/>
          <w:szCs w:val="26"/>
        </w:rPr>
      </w:pPr>
      <w:r w:rsidRPr="00762C1D">
        <w:rPr>
          <w:rFonts w:cs="Times New Roman"/>
          <w:szCs w:val="26"/>
        </w:rPr>
        <w:t>I-ta-li-a.</w:t>
      </w:r>
    </w:p>
    <w:p w14:paraId="0629662A" w14:textId="77777777" w:rsidR="001D445C" w:rsidRPr="00762C1D" w:rsidRDefault="001D445C" w:rsidP="001D445C">
      <w:pPr>
        <w:spacing w:line="278" w:lineRule="auto"/>
        <w:rPr>
          <w:rFonts w:cs="Times New Roman"/>
          <w:szCs w:val="26"/>
        </w:rPr>
      </w:pPr>
      <w:r w:rsidRPr="00762C1D">
        <w:rPr>
          <w:rFonts w:cs="Times New Roman"/>
          <w:b/>
          <w:bCs/>
          <w:szCs w:val="26"/>
        </w:rPr>
        <w:t>Câu 4: </w:t>
      </w:r>
      <w:r w:rsidRPr="00762C1D">
        <w:rPr>
          <w:rFonts w:cs="Times New Roman"/>
          <w:szCs w:val="26"/>
        </w:rPr>
        <w:t>Ý nào dưới đây </w:t>
      </w:r>
      <w:r w:rsidRPr="00762C1D">
        <w:rPr>
          <w:rFonts w:cs="Times New Roman"/>
          <w:b/>
          <w:bCs/>
          <w:szCs w:val="26"/>
        </w:rPr>
        <w:t>không đúng</w:t>
      </w:r>
      <w:r w:rsidRPr="00762C1D">
        <w:rPr>
          <w:rFonts w:cs="Times New Roman"/>
          <w:szCs w:val="26"/>
        </w:rPr>
        <w:t> khi nói về mục tiêu, nhiệm vụ của các cuộc cách mạng tư sản?</w:t>
      </w:r>
    </w:p>
    <w:p w14:paraId="7D40FF65" w14:textId="77777777" w:rsidR="001D445C" w:rsidRPr="00762C1D" w:rsidRDefault="001D445C" w:rsidP="001D445C">
      <w:pPr>
        <w:numPr>
          <w:ilvl w:val="0"/>
          <w:numId w:val="26"/>
        </w:numPr>
        <w:spacing w:line="278" w:lineRule="auto"/>
        <w:ind w:left="0"/>
        <w:rPr>
          <w:rFonts w:cs="Times New Roman"/>
          <w:szCs w:val="26"/>
        </w:rPr>
      </w:pPr>
      <w:r w:rsidRPr="00762C1D">
        <w:rPr>
          <w:rFonts w:cs="Times New Roman"/>
          <w:szCs w:val="26"/>
        </w:rPr>
        <w:t>Các cuộc cách mạng tư sản đều nhằm xoá bỏ những rào cản kìm hãm sự phát triển của nền kinh tế tư bản chủ nghĩa, mở đường cho chủ nghĩa tư bản phát triển.</w:t>
      </w:r>
    </w:p>
    <w:p w14:paraId="4192B0FD" w14:textId="77777777" w:rsidR="001D445C" w:rsidRPr="00762C1D" w:rsidRDefault="001D445C" w:rsidP="001D445C">
      <w:pPr>
        <w:numPr>
          <w:ilvl w:val="0"/>
          <w:numId w:val="26"/>
        </w:numPr>
        <w:spacing w:line="278" w:lineRule="auto"/>
        <w:ind w:left="0"/>
        <w:rPr>
          <w:rFonts w:cs="Times New Roman"/>
          <w:szCs w:val="26"/>
        </w:rPr>
      </w:pPr>
      <w:r w:rsidRPr="00762C1D">
        <w:rPr>
          <w:rFonts w:cs="Times New Roman"/>
          <w:szCs w:val="26"/>
        </w:rPr>
        <w:t>Giữa hai nhiệm vụ dân tộc và dân chủ, nhiệm vụ dân chủ dễ giải quyết hơn vì nó liên quan trực tiếp đến lợi ích của giai cấp tư sản và đồng minh.</w:t>
      </w:r>
    </w:p>
    <w:p w14:paraId="339CB7F2" w14:textId="77777777" w:rsidR="001D445C" w:rsidRPr="00762C1D" w:rsidRDefault="001D445C" w:rsidP="001D445C">
      <w:pPr>
        <w:numPr>
          <w:ilvl w:val="0"/>
          <w:numId w:val="26"/>
        </w:numPr>
        <w:spacing w:line="278" w:lineRule="auto"/>
        <w:ind w:left="0"/>
        <w:rPr>
          <w:rFonts w:cs="Times New Roman"/>
          <w:szCs w:val="26"/>
        </w:rPr>
      </w:pPr>
      <w:r w:rsidRPr="00762C1D">
        <w:rPr>
          <w:rFonts w:cs="Times New Roman"/>
          <w:szCs w:val="26"/>
        </w:rPr>
        <w:t>Nhiệm vụ dân tộc của các cuộc cách mạng tư sản là xoá bỏ tình trạng cát cứ phong kiến, hình thành thị trường dân tộc thống nhất hoặc giải phóng dân tộc.</w:t>
      </w:r>
    </w:p>
    <w:p w14:paraId="1E49972F" w14:textId="77777777" w:rsidR="001D445C" w:rsidRPr="00762C1D" w:rsidRDefault="001D445C" w:rsidP="001D445C">
      <w:pPr>
        <w:numPr>
          <w:ilvl w:val="0"/>
          <w:numId w:val="26"/>
        </w:numPr>
        <w:spacing w:line="278" w:lineRule="auto"/>
        <w:ind w:left="0"/>
        <w:rPr>
          <w:rFonts w:cs="Times New Roman"/>
          <w:szCs w:val="26"/>
        </w:rPr>
      </w:pPr>
      <w:r w:rsidRPr="00762C1D">
        <w:rPr>
          <w:rFonts w:cs="Times New Roman"/>
          <w:szCs w:val="26"/>
        </w:rPr>
        <w:lastRenderedPageBreak/>
        <w:t>Nhiệm vụ dân chủ của các cuộc cách mạng tư sản là xoá bỏ chế độ phong kiến, xác lập nền dân chủ tư sản.</w:t>
      </w:r>
    </w:p>
    <w:p w14:paraId="08399881" w14:textId="77777777" w:rsidR="001D445C" w:rsidRPr="00762C1D" w:rsidRDefault="001D445C" w:rsidP="001D445C">
      <w:pPr>
        <w:spacing w:line="278" w:lineRule="auto"/>
        <w:rPr>
          <w:rFonts w:cs="Times New Roman"/>
          <w:szCs w:val="26"/>
        </w:rPr>
      </w:pPr>
      <w:r w:rsidRPr="00762C1D">
        <w:rPr>
          <w:rFonts w:cs="Times New Roman"/>
          <w:b/>
          <w:bCs/>
          <w:szCs w:val="26"/>
        </w:rPr>
        <w:t>Câu 5: </w:t>
      </w:r>
      <w:r w:rsidRPr="00762C1D">
        <w:rPr>
          <w:rFonts w:cs="Times New Roman"/>
          <w:szCs w:val="26"/>
        </w:rPr>
        <w:t>Lãnh đạo giai cấp tư sản là giai cấp tư sản và đồng minh của họ gồm:</w:t>
      </w:r>
    </w:p>
    <w:p w14:paraId="249C49B5" w14:textId="77777777" w:rsidR="001D445C" w:rsidRPr="00762C1D" w:rsidRDefault="001D445C" w:rsidP="001D445C">
      <w:pPr>
        <w:numPr>
          <w:ilvl w:val="0"/>
          <w:numId w:val="27"/>
        </w:numPr>
        <w:spacing w:line="278" w:lineRule="auto"/>
        <w:ind w:left="0"/>
        <w:rPr>
          <w:rFonts w:cs="Times New Roman"/>
          <w:szCs w:val="26"/>
        </w:rPr>
      </w:pPr>
      <w:r w:rsidRPr="00762C1D">
        <w:rPr>
          <w:rFonts w:cs="Times New Roman"/>
          <w:szCs w:val="26"/>
        </w:rPr>
        <w:t>Chủ nô, quý tộc, tư sản hóa.</w:t>
      </w:r>
    </w:p>
    <w:p w14:paraId="1AC46B1D" w14:textId="77777777" w:rsidR="001D445C" w:rsidRPr="00762C1D" w:rsidRDefault="001D445C" w:rsidP="001D445C">
      <w:pPr>
        <w:numPr>
          <w:ilvl w:val="0"/>
          <w:numId w:val="27"/>
        </w:numPr>
        <w:spacing w:line="278" w:lineRule="auto"/>
        <w:ind w:left="0"/>
        <w:rPr>
          <w:rFonts w:cs="Times New Roman"/>
          <w:szCs w:val="26"/>
        </w:rPr>
      </w:pPr>
      <w:r w:rsidRPr="00762C1D">
        <w:rPr>
          <w:rFonts w:cs="Times New Roman"/>
          <w:szCs w:val="26"/>
        </w:rPr>
        <w:t>Nông dân, bình dân thành thị.</w:t>
      </w:r>
    </w:p>
    <w:p w14:paraId="7C4E0083" w14:textId="77777777" w:rsidR="001D445C" w:rsidRPr="00762C1D" w:rsidRDefault="001D445C" w:rsidP="001D445C">
      <w:pPr>
        <w:numPr>
          <w:ilvl w:val="0"/>
          <w:numId w:val="27"/>
        </w:numPr>
        <w:spacing w:line="278" w:lineRule="auto"/>
        <w:ind w:left="0"/>
        <w:rPr>
          <w:rFonts w:cs="Times New Roman"/>
          <w:szCs w:val="26"/>
        </w:rPr>
      </w:pPr>
      <w:r w:rsidRPr="00762C1D">
        <w:rPr>
          <w:rFonts w:cs="Times New Roman"/>
          <w:szCs w:val="26"/>
        </w:rPr>
        <w:t>Công nhân.</w:t>
      </w:r>
    </w:p>
    <w:p w14:paraId="57769EA5" w14:textId="77777777" w:rsidR="001D445C" w:rsidRPr="00762C1D" w:rsidRDefault="001D445C" w:rsidP="001D445C">
      <w:pPr>
        <w:numPr>
          <w:ilvl w:val="0"/>
          <w:numId w:val="27"/>
        </w:numPr>
        <w:spacing w:line="278" w:lineRule="auto"/>
        <w:ind w:left="0"/>
        <w:rPr>
          <w:rFonts w:cs="Times New Roman"/>
          <w:szCs w:val="26"/>
        </w:rPr>
      </w:pPr>
      <w:r w:rsidRPr="00762C1D">
        <w:rPr>
          <w:rFonts w:cs="Times New Roman"/>
          <w:szCs w:val="26"/>
        </w:rPr>
        <w:t>Địa chủ.</w:t>
      </w:r>
    </w:p>
    <w:p w14:paraId="7CB0FFEC" w14:textId="77777777" w:rsidR="001D445C" w:rsidRPr="00762C1D" w:rsidRDefault="001D445C" w:rsidP="001D445C">
      <w:pPr>
        <w:spacing w:line="278" w:lineRule="auto"/>
        <w:rPr>
          <w:rFonts w:cs="Times New Roman"/>
          <w:szCs w:val="26"/>
        </w:rPr>
      </w:pPr>
      <w:r w:rsidRPr="00762C1D">
        <w:rPr>
          <w:rFonts w:cs="Times New Roman"/>
          <w:b/>
          <w:bCs/>
          <w:szCs w:val="26"/>
        </w:rPr>
        <w:t>Câu 6: </w:t>
      </w:r>
      <w:r w:rsidRPr="00762C1D">
        <w:rPr>
          <w:rFonts w:cs="Times New Roman"/>
          <w:szCs w:val="26"/>
        </w:rPr>
        <w:t>Trong các cuộc cách mạng tư sản, cuộc cách mạng được đánh giá là cuộc cách mạng vĩ đại là:</w:t>
      </w:r>
    </w:p>
    <w:p w14:paraId="2D56F4BA" w14:textId="77777777" w:rsidR="001D445C" w:rsidRPr="00762C1D" w:rsidRDefault="001D445C" w:rsidP="001D445C">
      <w:pPr>
        <w:numPr>
          <w:ilvl w:val="0"/>
          <w:numId w:val="28"/>
        </w:numPr>
        <w:spacing w:line="278" w:lineRule="auto"/>
        <w:ind w:left="0"/>
        <w:rPr>
          <w:rFonts w:cs="Times New Roman"/>
          <w:szCs w:val="26"/>
        </w:rPr>
      </w:pPr>
      <w:r w:rsidRPr="00762C1D">
        <w:rPr>
          <w:rFonts w:cs="Times New Roman"/>
          <w:szCs w:val="26"/>
        </w:rPr>
        <w:t>Cách mạng Hà Lan.</w:t>
      </w:r>
    </w:p>
    <w:p w14:paraId="7BF73DF0" w14:textId="77777777" w:rsidR="001D445C" w:rsidRPr="00762C1D" w:rsidRDefault="001D445C" w:rsidP="001D445C">
      <w:pPr>
        <w:numPr>
          <w:ilvl w:val="0"/>
          <w:numId w:val="28"/>
        </w:numPr>
        <w:spacing w:line="278" w:lineRule="auto"/>
        <w:ind w:left="0"/>
        <w:rPr>
          <w:rFonts w:cs="Times New Roman"/>
          <w:szCs w:val="26"/>
        </w:rPr>
      </w:pPr>
      <w:r w:rsidRPr="00762C1D">
        <w:rPr>
          <w:rFonts w:cs="Times New Roman"/>
          <w:szCs w:val="26"/>
        </w:rPr>
        <w:t>Cách mạng tư sản Pháp.</w:t>
      </w:r>
    </w:p>
    <w:p w14:paraId="57100D22" w14:textId="77777777" w:rsidR="001D445C" w:rsidRPr="00762C1D" w:rsidRDefault="001D445C" w:rsidP="001D445C">
      <w:pPr>
        <w:numPr>
          <w:ilvl w:val="0"/>
          <w:numId w:val="28"/>
        </w:numPr>
        <w:spacing w:line="278" w:lineRule="auto"/>
        <w:ind w:left="0"/>
        <w:rPr>
          <w:rFonts w:cs="Times New Roman"/>
          <w:szCs w:val="26"/>
        </w:rPr>
      </w:pPr>
      <w:r w:rsidRPr="00762C1D">
        <w:rPr>
          <w:rFonts w:cs="Times New Roman"/>
          <w:szCs w:val="26"/>
        </w:rPr>
        <w:t>Cách mạng tư sản Anh.</w:t>
      </w:r>
    </w:p>
    <w:p w14:paraId="1DD4AF64" w14:textId="77777777" w:rsidR="001D445C" w:rsidRPr="00762C1D" w:rsidRDefault="001D445C" w:rsidP="001D445C">
      <w:pPr>
        <w:numPr>
          <w:ilvl w:val="0"/>
          <w:numId w:val="28"/>
        </w:numPr>
        <w:spacing w:line="278" w:lineRule="auto"/>
        <w:ind w:left="0"/>
        <w:rPr>
          <w:rFonts w:cs="Times New Roman"/>
          <w:szCs w:val="26"/>
        </w:rPr>
      </w:pPr>
      <w:r w:rsidRPr="00762C1D">
        <w:rPr>
          <w:rFonts w:cs="Times New Roman"/>
          <w:szCs w:val="26"/>
        </w:rPr>
        <w:t>Chiến tranh giành độc lập của 13 thuộc địa Anh ở Bắc Mỹ.</w:t>
      </w:r>
    </w:p>
    <w:p w14:paraId="0359413C" w14:textId="77777777" w:rsidR="001D445C" w:rsidRPr="00762C1D" w:rsidRDefault="001D445C" w:rsidP="001D445C">
      <w:pPr>
        <w:spacing w:line="278" w:lineRule="auto"/>
        <w:rPr>
          <w:rFonts w:cs="Times New Roman"/>
          <w:szCs w:val="26"/>
        </w:rPr>
      </w:pPr>
      <w:r w:rsidRPr="00762C1D">
        <w:rPr>
          <w:rFonts w:cs="Times New Roman"/>
          <w:b/>
          <w:bCs/>
          <w:szCs w:val="26"/>
        </w:rPr>
        <w:t>Câu 7:</w:t>
      </w:r>
      <w:r w:rsidRPr="00762C1D">
        <w:rPr>
          <w:rFonts w:cs="Times New Roman"/>
          <w:szCs w:val="26"/>
        </w:rPr>
        <w:t> Chủ nghĩa đế quốc là hệ quả trực tiếp của:</w:t>
      </w:r>
    </w:p>
    <w:p w14:paraId="12284D3A" w14:textId="77777777" w:rsidR="001D445C" w:rsidRPr="00762C1D" w:rsidRDefault="001D445C" w:rsidP="001D445C">
      <w:pPr>
        <w:numPr>
          <w:ilvl w:val="0"/>
          <w:numId w:val="29"/>
        </w:numPr>
        <w:spacing w:line="278" w:lineRule="auto"/>
        <w:ind w:left="0"/>
        <w:rPr>
          <w:rFonts w:cs="Times New Roman"/>
          <w:szCs w:val="26"/>
        </w:rPr>
      </w:pPr>
      <w:r w:rsidRPr="00762C1D">
        <w:rPr>
          <w:rFonts w:cs="Times New Roman"/>
          <w:szCs w:val="26"/>
        </w:rPr>
        <w:t>Quá trình xâm lược thuộc địa nhằm tìm kiếm thị trường, thu lợi nhuận và đầu tư tư bản ở nước ngoài.</w:t>
      </w:r>
    </w:p>
    <w:p w14:paraId="2F2766EA" w14:textId="77777777" w:rsidR="001D445C" w:rsidRPr="00762C1D" w:rsidRDefault="001D445C" w:rsidP="001D445C">
      <w:pPr>
        <w:numPr>
          <w:ilvl w:val="0"/>
          <w:numId w:val="29"/>
        </w:numPr>
        <w:spacing w:line="278" w:lineRule="auto"/>
        <w:ind w:left="0"/>
        <w:rPr>
          <w:rFonts w:cs="Times New Roman"/>
          <w:szCs w:val="26"/>
        </w:rPr>
      </w:pPr>
      <w:r w:rsidRPr="00762C1D">
        <w:rPr>
          <w:rFonts w:cs="Times New Roman"/>
          <w:szCs w:val="26"/>
        </w:rPr>
        <w:t>Quá trình thống trị giai cấp chưa đầy một thế kỉ.</w:t>
      </w:r>
    </w:p>
    <w:p w14:paraId="15A3E55E" w14:textId="77777777" w:rsidR="001D445C" w:rsidRPr="00762C1D" w:rsidRDefault="001D445C" w:rsidP="001D445C">
      <w:pPr>
        <w:numPr>
          <w:ilvl w:val="0"/>
          <w:numId w:val="29"/>
        </w:numPr>
        <w:spacing w:line="278" w:lineRule="auto"/>
        <w:ind w:left="0"/>
        <w:rPr>
          <w:rFonts w:cs="Times New Roman"/>
          <w:szCs w:val="26"/>
        </w:rPr>
      </w:pPr>
      <w:r w:rsidRPr="00762C1D">
        <w:rPr>
          <w:rFonts w:cs="Times New Roman"/>
          <w:szCs w:val="26"/>
        </w:rPr>
        <w:t>Sự phát triển của chủ nghĩa tư bản từ sau Chiến tranh thế giới thứ hai đến nay với những biểu hiện mới.</w:t>
      </w:r>
    </w:p>
    <w:p w14:paraId="4BA31021" w14:textId="77777777" w:rsidR="001D445C" w:rsidRPr="00762C1D" w:rsidRDefault="001D445C" w:rsidP="001D445C">
      <w:pPr>
        <w:numPr>
          <w:ilvl w:val="0"/>
          <w:numId w:val="29"/>
        </w:numPr>
        <w:spacing w:line="278" w:lineRule="auto"/>
        <w:ind w:left="0"/>
        <w:rPr>
          <w:rFonts w:cs="Times New Roman"/>
          <w:szCs w:val="26"/>
        </w:rPr>
      </w:pPr>
      <w:r w:rsidRPr="00762C1D">
        <w:rPr>
          <w:rFonts w:cs="Times New Roman"/>
          <w:szCs w:val="26"/>
        </w:rPr>
        <w:t>Sự phát triển của các tổ chức độc quyền.</w:t>
      </w:r>
    </w:p>
    <w:p w14:paraId="49AE98AE" w14:textId="77777777" w:rsidR="001D445C" w:rsidRPr="00762C1D" w:rsidRDefault="001D445C" w:rsidP="001D445C">
      <w:pPr>
        <w:spacing w:line="278" w:lineRule="auto"/>
        <w:rPr>
          <w:rFonts w:cs="Times New Roman"/>
          <w:szCs w:val="26"/>
        </w:rPr>
      </w:pPr>
      <w:r w:rsidRPr="00762C1D">
        <w:rPr>
          <w:rFonts w:cs="Times New Roman"/>
          <w:b/>
          <w:bCs/>
          <w:szCs w:val="26"/>
        </w:rPr>
        <w:t>Câu 8: </w:t>
      </w:r>
      <w:r w:rsidRPr="00762C1D">
        <w:rPr>
          <w:rFonts w:cs="Times New Roman"/>
          <w:szCs w:val="26"/>
        </w:rPr>
        <w:t>Nước nào được mệnh danh là </w:t>
      </w:r>
      <w:r w:rsidRPr="00762C1D">
        <w:rPr>
          <w:rFonts w:cs="Times New Roman"/>
          <w:i/>
          <w:iCs/>
          <w:szCs w:val="26"/>
        </w:rPr>
        <w:t>“đế quốc mà Mặt Trời không bao giờ lặn”</w:t>
      </w:r>
      <w:r w:rsidRPr="00762C1D">
        <w:rPr>
          <w:rFonts w:cs="Times New Roman"/>
          <w:szCs w:val="26"/>
        </w:rPr>
        <w:t>?</w:t>
      </w:r>
    </w:p>
    <w:p w14:paraId="4A242B1E" w14:textId="77777777" w:rsidR="001D445C" w:rsidRPr="00762C1D" w:rsidRDefault="001D445C" w:rsidP="001D445C">
      <w:pPr>
        <w:numPr>
          <w:ilvl w:val="0"/>
          <w:numId w:val="30"/>
        </w:numPr>
        <w:spacing w:line="278" w:lineRule="auto"/>
        <w:ind w:left="0"/>
        <w:rPr>
          <w:rFonts w:cs="Times New Roman"/>
          <w:szCs w:val="26"/>
        </w:rPr>
      </w:pPr>
      <w:r w:rsidRPr="00762C1D">
        <w:rPr>
          <w:rFonts w:cs="Times New Roman"/>
          <w:szCs w:val="26"/>
        </w:rPr>
        <w:t>Anh.</w:t>
      </w:r>
    </w:p>
    <w:p w14:paraId="68970AEB" w14:textId="77777777" w:rsidR="001D445C" w:rsidRPr="00762C1D" w:rsidRDefault="001D445C" w:rsidP="001D445C">
      <w:pPr>
        <w:numPr>
          <w:ilvl w:val="0"/>
          <w:numId w:val="30"/>
        </w:numPr>
        <w:spacing w:line="278" w:lineRule="auto"/>
        <w:ind w:left="0"/>
        <w:rPr>
          <w:rFonts w:cs="Times New Roman"/>
          <w:szCs w:val="26"/>
        </w:rPr>
      </w:pPr>
      <w:r w:rsidRPr="00762C1D">
        <w:rPr>
          <w:rFonts w:cs="Times New Roman"/>
          <w:szCs w:val="26"/>
        </w:rPr>
        <w:t>Pháp.</w:t>
      </w:r>
    </w:p>
    <w:p w14:paraId="058ABE3A" w14:textId="77777777" w:rsidR="001D445C" w:rsidRPr="00762C1D" w:rsidRDefault="001D445C" w:rsidP="001D445C">
      <w:pPr>
        <w:numPr>
          <w:ilvl w:val="0"/>
          <w:numId w:val="30"/>
        </w:numPr>
        <w:spacing w:line="278" w:lineRule="auto"/>
        <w:ind w:left="0"/>
        <w:rPr>
          <w:rFonts w:cs="Times New Roman"/>
          <w:szCs w:val="26"/>
        </w:rPr>
      </w:pPr>
      <w:r w:rsidRPr="00762C1D">
        <w:rPr>
          <w:rFonts w:cs="Times New Roman"/>
          <w:szCs w:val="26"/>
        </w:rPr>
        <w:t>Mỹ.</w:t>
      </w:r>
    </w:p>
    <w:p w14:paraId="36B07D47" w14:textId="77777777" w:rsidR="001D445C" w:rsidRPr="00762C1D" w:rsidRDefault="001D445C" w:rsidP="001D445C">
      <w:pPr>
        <w:numPr>
          <w:ilvl w:val="0"/>
          <w:numId w:val="30"/>
        </w:numPr>
        <w:spacing w:line="278" w:lineRule="auto"/>
        <w:ind w:left="0"/>
        <w:rPr>
          <w:rFonts w:cs="Times New Roman"/>
          <w:szCs w:val="26"/>
        </w:rPr>
      </w:pPr>
      <w:r w:rsidRPr="00762C1D">
        <w:rPr>
          <w:rFonts w:cs="Times New Roman"/>
          <w:szCs w:val="26"/>
        </w:rPr>
        <w:t>Đức.</w:t>
      </w:r>
    </w:p>
    <w:p w14:paraId="2BC2EE34" w14:textId="77777777" w:rsidR="001D445C" w:rsidRPr="00762C1D" w:rsidRDefault="001D445C" w:rsidP="001D445C">
      <w:pPr>
        <w:spacing w:line="278" w:lineRule="auto"/>
        <w:rPr>
          <w:rFonts w:cs="Times New Roman"/>
          <w:szCs w:val="26"/>
        </w:rPr>
      </w:pPr>
      <w:r w:rsidRPr="00762C1D">
        <w:rPr>
          <w:rFonts w:cs="Times New Roman"/>
          <w:b/>
          <w:bCs/>
          <w:szCs w:val="26"/>
        </w:rPr>
        <w:t>Câu 9: </w:t>
      </w:r>
      <w:r w:rsidRPr="00762C1D">
        <w:rPr>
          <w:rFonts w:cs="Times New Roman"/>
          <w:szCs w:val="26"/>
        </w:rPr>
        <w:t> Các nước tư bản chuyển sang giai đoạn đế quốc chủ nghĩa vào thời gian nào?</w:t>
      </w:r>
    </w:p>
    <w:p w14:paraId="7038F975" w14:textId="77777777" w:rsidR="001D445C" w:rsidRPr="00762C1D" w:rsidRDefault="001D445C" w:rsidP="001D445C">
      <w:pPr>
        <w:numPr>
          <w:ilvl w:val="0"/>
          <w:numId w:val="31"/>
        </w:numPr>
        <w:spacing w:line="278" w:lineRule="auto"/>
        <w:ind w:left="0"/>
        <w:rPr>
          <w:rFonts w:cs="Times New Roman"/>
          <w:szCs w:val="26"/>
        </w:rPr>
      </w:pPr>
      <w:r w:rsidRPr="00762C1D">
        <w:rPr>
          <w:rFonts w:cs="Times New Roman"/>
          <w:szCs w:val="26"/>
        </w:rPr>
        <w:t>Cuối thế kỉ XIX.</w:t>
      </w:r>
    </w:p>
    <w:p w14:paraId="54C70306" w14:textId="77777777" w:rsidR="001D445C" w:rsidRPr="00762C1D" w:rsidRDefault="001D445C" w:rsidP="001D445C">
      <w:pPr>
        <w:numPr>
          <w:ilvl w:val="0"/>
          <w:numId w:val="31"/>
        </w:numPr>
        <w:spacing w:line="278" w:lineRule="auto"/>
        <w:ind w:left="0"/>
        <w:rPr>
          <w:rFonts w:cs="Times New Roman"/>
          <w:szCs w:val="26"/>
        </w:rPr>
      </w:pPr>
      <w:r w:rsidRPr="00762C1D">
        <w:rPr>
          <w:rFonts w:cs="Times New Roman"/>
          <w:szCs w:val="26"/>
        </w:rPr>
        <w:t>Đầu thế kỉ XX.</w:t>
      </w:r>
    </w:p>
    <w:p w14:paraId="71CBF164" w14:textId="77777777" w:rsidR="001D445C" w:rsidRPr="00762C1D" w:rsidRDefault="001D445C" w:rsidP="001D445C">
      <w:pPr>
        <w:numPr>
          <w:ilvl w:val="0"/>
          <w:numId w:val="31"/>
        </w:numPr>
        <w:spacing w:line="278" w:lineRule="auto"/>
        <w:ind w:left="0"/>
        <w:rPr>
          <w:rFonts w:cs="Times New Roman"/>
          <w:szCs w:val="26"/>
        </w:rPr>
      </w:pPr>
      <w:r w:rsidRPr="00762C1D">
        <w:rPr>
          <w:rFonts w:cs="Times New Roman"/>
          <w:szCs w:val="26"/>
        </w:rPr>
        <w:t>Cuối thế kỉ XIX – đầu thế kỉ XX.</w:t>
      </w:r>
    </w:p>
    <w:p w14:paraId="37F87EF7" w14:textId="77777777" w:rsidR="001D445C" w:rsidRPr="00762C1D" w:rsidRDefault="001D445C" w:rsidP="001D445C">
      <w:pPr>
        <w:numPr>
          <w:ilvl w:val="0"/>
          <w:numId w:val="31"/>
        </w:numPr>
        <w:spacing w:line="278" w:lineRule="auto"/>
        <w:ind w:left="0"/>
        <w:rPr>
          <w:rFonts w:cs="Times New Roman"/>
          <w:szCs w:val="26"/>
        </w:rPr>
      </w:pPr>
      <w:r w:rsidRPr="00762C1D">
        <w:rPr>
          <w:rFonts w:cs="Times New Roman"/>
          <w:szCs w:val="26"/>
        </w:rPr>
        <w:t>Giữa thế kỉ XIX – cuối thế kỉ XX.</w:t>
      </w:r>
    </w:p>
    <w:p w14:paraId="532BAA76" w14:textId="77777777" w:rsidR="001D445C" w:rsidRPr="00762C1D" w:rsidRDefault="001D445C" w:rsidP="001D445C">
      <w:pPr>
        <w:spacing w:line="278" w:lineRule="auto"/>
        <w:rPr>
          <w:rFonts w:cs="Times New Roman"/>
          <w:szCs w:val="26"/>
        </w:rPr>
      </w:pPr>
      <w:r w:rsidRPr="00762C1D">
        <w:rPr>
          <w:rFonts w:cs="Times New Roman"/>
          <w:b/>
          <w:bCs/>
          <w:szCs w:val="26"/>
        </w:rPr>
        <w:t>Câu 10: </w:t>
      </w:r>
      <w:r w:rsidRPr="00762C1D">
        <w:rPr>
          <w:rFonts w:cs="Times New Roman"/>
          <w:szCs w:val="26"/>
        </w:rPr>
        <w:t>Chủ nghĩa tư bản hiện đại là thuật ngữ dùng để chỉ:</w:t>
      </w:r>
    </w:p>
    <w:p w14:paraId="4D375DD0" w14:textId="77777777" w:rsidR="001D445C" w:rsidRPr="00762C1D" w:rsidRDefault="001D445C" w:rsidP="001D445C">
      <w:pPr>
        <w:numPr>
          <w:ilvl w:val="0"/>
          <w:numId w:val="32"/>
        </w:numPr>
        <w:spacing w:line="278" w:lineRule="auto"/>
        <w:ind w:left="0"/>
        <w:rPr>
          <w:rFonts w:cs="Times New Roman"/>
          <w:szCs w:val="26"/>
        </w:rPr>
      </w:pPr>
      <w:r w:rsidRPr="00762C1D">
        <w:rPr>
          <w:rFonts w:cs="Times New Roman"/>
          <w:szCs w:val="26"/>
        </w:rPr>
        <w:t>Một giai đoạn phát triển của chủ nghĩa tư bản từ sau Chiến tranh Lạnh đến nay với những biểu hiện mới</w:t>
      </w:r>
    </w:p>
    <w:p w14:paraId="6016D272" w14:textId="77777777" w:rsidR="001D445C" w:rsidRPr="00762C1D" w:rsidRDefault="001D445C" w:rsidP="001D445C">
      <w:pPr>
        <w:numPr>
          <w:ilvl w:val="0"/>
          <w:numId w:val="32"/>
        </w:numPr>
        <w:spacing w:line="278" w:lineRule="auto"/>
        <w:ind w:left="0"/>
        <w:rPr>
          <w:rFonts w:cs="Times New Roman"/>
          <w:szCs w:val="26"/>
        </w:rPr>
      </w:pPr>
      <w:r w:rsidRPr="00762C1D">
        <w:rPr>
          <w:rFonts w:cs="Times New Roman"/>
          <w:szCs w:val="26"/>
        </w:rPr>
        <w:t>Một giai đoạn phát triển của chủ nghĩa tư bản từ sau Chiến tranh thế giới thứ hai đến nay với những biểu hiện mới.</w:t>
      </w:r>
    </w:p>
    <w:p w14:paraId="6694501B" w14:textId="77777777" w:rsidR="001D445C" w:rsidRPr="00762C1D" w:rsidRDefault="001D445C" w:rsidP="001D445C">
      <w:pPr>
        <w:numPr>
          <w:ilvl w:val="0"/>
          <w:numId w:val="32"/>
        </w:numPr>
        <w:spacing w:line="278" w:lineRule="auto"/>
        <w:ind w:left="0"/>
        <w:rPr>
          <w:rFonts w:cs="Times New Roman"/>
          <w:szCs w:val="26"/>
        </w:rPr>
      </w:pPr>
      <w:r w:rsidRPr="00762C1D">
        <w:rPr>
          <w:rFonts w:cs="Times New Roman"/>
          <w:szCs w:val="26"/>
        </w:rPr>
        <w:t>Một chiến lược phát triển mới của chủ nghĩa tư bản, trong đó sự kết hợp khoa học công nghệ hiện đại với những giá trị truyền thống được đề cao.</w:t>
      </w:r>
    </w:p>
    <w:p w14:paraId="62D1FCD7" w14:textId="77777777" w:rsidR="001D445C" w:rsidRPr="00762C1D" w:rsidRDefault="001D445C" w:rsidP="001D445C">
      <w:pPr>
        <w:numPr>
          <w:ilvl w:val="0"/>
          <w:numId w:val="32"/>
        </w:numPr>
        <w:spacing w:line="278" w:lineRule="auto"/>
        <w:ind w:left="0"/>
        <w:rPr>
          <w:rFonts w:cs="Times New Roman"/>
          <w:szCs w:val="26"/>
        </w:rPr>
      </w:pPr>
      <w:r w:rsidRPr="00762C1D">
        <w:rPr>
          <w:rFonts w:cs="Times New Roman"/>
          <w:szCs w:val="26"/>
        </w:rPr>
        <w:t>Những biểu hiện mới của chủ nghĩa tư bản sau khi Liên Hợp Quốc được thành lập, nhằm tạo ra một môi trường cạnh tranh kiểu mới.</w:t>
      </w:r>
    </w:p>
    <w:p w14:paraId="2CDDA690" w14:textId="77777777" w:rsidR="001D445C" w:rsidRPr="00762C1D" w:rsidRDefault="001D445C" w:rsidP="001D445C">
      <w:pPr>
        <w:spacing w:line="278" w:lineRule="auto"/>
        <w:rPr>
          <w:rFonts w:cs="Times New Roman"/>
          <w:szCs w:val="26"/>
        </w:rPr>
      </w:pPr>
      <w:r w:rsidRPr="00762C1D">
        <w:rPr>
          <w:rFonts w:cs="Times New Roman"/>
          <w:b/>
          <w:bCs/>
          <w:szCs w:val="26"/>
        </w:rPr>
        <w:t>Bước 2: HS tiếp nhận, thực hiện nhiệm vụ học tập</w:t>
      </w:r>
    </w:p>
    <w:p w14:paraId="4E4BAFB6" w14:textId="77777777" w:rsidR="001D445C" w:rsidRPr="00762C1D" w:rsidRDefault="001D445C" w:rsidP="001D445C">
      <w:pPr>
        <w:spacing w:line="278" w:lineRule="auto"/>
        <w:rPr>
          <w:rFonts w:cs="Times New Roman"/>
          <w:szCs w:val="26"/>
        </w:rPr>
      </w:pPr>
      <w:r w:rsidRPr="00762C1D">
        <w:rPr>
          <w:rFonts w:cs="Times New Roman"/>
          <w:szCs w:val="26"/>
        </w:rPr>
        <w:t>- 2 đội thảo luận nhanh, điền đáp án vào bảng phụ.</w:t>
      </w:r>
    </w:p>
    <w:p w14:paraId="48A0CB4F" w14:textId="77777777" w:rsidR="001D445C" w:rsidRPr="00762C1D" w:rsidRDefault="001D445C" w:rsidP="001D445C">
      <w:pPr>
        <w:spacing w:line="278" w:lineRule="auto"/>
        <w:rPr>
          <w:rFonts w:cs="Times New Roman"/>
          <w:szCs w:val="26"/>
        </w:rPr>
      </w:pPr>
      <w:r w:rsidRPr="00762C1D">
        <w:rPr>
          <w:rFonts w:cs="Times New Roman"/>
          <w:szCs w:val="26"/>
        </w:rPr>
        <w:lastRenderedPageBreak/>
        <w:t>- Các HS còn lại cổ vũ, theo dõi phần thi của 2 đội.</w:t>
      </w:r>
    </w:p>
    <w:p w14:paraId="5BA468A5" w14:textId="77777777" w:rsidR="001D445C" w:rsidRPr="00762C1D" w:rsidRDefault="001D445C" w:rsidP="001D445C">
      <w:pPr>
        <w:spacing w:line="278" w:lineRule="auto"/>
        <w:rPr>
          <w:rFonts w:cs="Times New Roman"/>
          <w:szCs w:val="26"/>
        </w:rPr>
      </w:pPr>
      <w:r w:rsidRPr="00762C1D">
        <w:rPr>
          <w:rFonts w:cs="Times New Roman"/>
          <w:b/>
          <w:bCs/>
          <w:szCs w:val="26"/>
        </w:rPr>
        <w:t>Bước 3: Báo cáo kết quả hoạt động, thảo luận</w:t>
      </w:r>
    </w:p>
    <w:p w14:paraId="4D4F5EB4" w14:textId="77777777" w:rsidR="001D445C" w:rsidRPr="00762C1D" w:rsidRDefault="001D445C" w:rsidP="001D445C">
      <w:pPr>
        <w:spacing w:line="278" w:lineRule="auto"/>
        <w:rPr>
          <w:rFonts w:cs="Times New Roman"/>
          <w:szCs w:val="26"/>
        </w:rPr>
      </w:pPr>
      <w:r w:rsidRPr="00762C1D">
        <w:rPr>
          <w:rFonts w:cs="Times New Roman"/>
          <w:szCs w:val="26"/>
        </w:rPr>
        <w:t>GV mời các nhóm lần lượt giơ bảng phụ, đọc đáp án cho mỗi câu hỏi.</w:t>
      </w:r>
    </w:p>
    <w:p w14:paraId="78F0F448" w14:textId="77777777" w:rsidR="001D445C" w:rsidRPr="00762C1D" w:rsidRDefault="001D445C" w:rsidP="001D445C">
      <w:pPr>
        <w:spacing w:line="278" w:lineRule="auto"/>
        <w:rPr>
          <w:rFonts w:cs="Times New Roman"/>
          <w:szCs w:val="26"/>
        </w:rPr>
      </w:pPr>
      <w:r w:rsidRPr="00762C1D">
        <w:rPr>
          <w:rFonts w:cs="Times New Roman"/>
          <w:b/>
          <w:bCs/>
          <w:szCs w:val="26"/>
        </w:rPr>
        <w:t>Bước 4: Đánh giá kết quả thực hiện nhiệm vụ học tập</w:t>
      </w:r>
    </w:p>
    <w:p w14:paraId="4ED866A4" w14:textId="77777777" w:rsidR="001D445C" w:rsidRPr="00762C1D" w:rsidRDefault="001D445C" w:rsidP="001D445C">
      <w:pPr>
        <w:spacing w:line="278" w:lineRule="auto"/>
        <w:rPr>
          <w:rFonts w:cs="Times New Roman"/>
          <w:szCs w:val="26"/>
        </w:rPr>
      </w:pPr>
      <w:r w:rsidRPr="00762C1D">
        <w:rPr>
          <w:rFonts w:cs="Times New Roman"/>
          <w:szCs w:val="26"/>
        </w:rPr>
        <w:t>- GV nhận xét, đánh giá và chốt đáp án:</w:t>
      </w:r>
    </w:p>
    <w:tbl>
      <w:tblPr>
        <w:tblW w:w="10650" w:type="dxa"/>
        <w:shd w:val="clear" w:color="auto" w:fill="FFFFFF"/>
        <w:tblCellMar>
          <w:top w:w="15" w:type="dxa"/>
          <w:left w:w="15" w:type="dxa"/>
          <w:bottom w:w="15" w:type="dxa"/>
          <w:right w:w="15" w:type="dxa"/>
        </w:tblCellMar>
        <w:tblLook w:val="04A0" w:firstRow="1" w:lastRow="0" w:firstColumn="1" w:lastColumn="0" w:noHBand="0" w:noVBand="1"/>
      </w:tblPr>
      <w:tblGrid>
        <w:gridCol w:w="1775"/>
        <w:gridCol w:w="1775"/>
        <w:gridCol w:w="1775"/>
        <w:gridCol w:w="1775"/>
        <w:gridCol w:w="1775"/>
        <w:gridCol w:w="1775"/>
      </w:tblGrid>
      <w:tr w:rsidR="001D445C" w:rsidRPr="00762C1D" w14:paraId="527122DE" w14:textId="77777777" w:rsidTr="00276482">
        <w:tc>
          <w:tcPr>
            <w:tcW w:w="1590" w:type="dxa"/>
            <w:shd w:val="clear" w:color="auto" w:fill="FFFFFF"/>
            <w:tcMar>
              <w:top w:w="75" w:type="dxa"/>
              <w:left w:w="0" w:type="dxa"/>
              <w:bottom w:w="75" w:type="dxa"/>
              <w:right w:w="75" w:type="dxa"/>
            </w:tcMar>
            <w:hideMark/>
          </w:tcPr>
          <w:p w14:paraId="5EE67E6A" w14:textId="77777777" w:rsidR="001D445C" w:rsidRPr="00762C1D" w:rsidRDefault="001D445C" w:rsidP="00276482">
            <w:pPr>
              <w:spacing w:line="278" w:lineRule="auto"/>
              <w:rPr>
                <w:rFonts w:cs="Times New Roman"/>
                <w:szCs w:val="26"/>
              </w:rPr>
            </w:pPr>
            <w:r w:rsidRPr="00762C1D">
              <w:rPr>
                <w:rFonts w:cs="Times New Roman"/>
                <w:b/>
                <w:bCs/>
                <w:szCs w:val="26"/>
              </w:rPr>
              <w:t>Câu hỏi</w:t>
            </w:r>
          </w:p>
        </w:tc>
        <w:tc>
          <w:tcPr>
            <w:tcW w:w="1590" w:type="dxa"/>
            <w:shd w:val="clear" w:color="auto" w:fill="FFFFFF"/>
            <w:tcMar>
              <w:top w:w="75" w:type="dxa"/>
              <w:left w:w="75" w:type="dxa"/>
              <w:bottom w:w="75" w:type="dxa"/>
              <w:right w:w="75" w:type="dxa"/>
            </w:tcMar>
            <w:hideMark/>
          </w:tcPr>
          <w:p w14:paraId="4B8C845F" w14:textId="77777777" w:rsidR="001D445C" w:rsidRPr="00762C1D" w:rsidRDefault="001D445C" w:rsidP="00276482">
            <w:pPr>
              <w:spacing w:line="278" w:lineRule="auto"/>
              <w:rPr>
                <w:rFonts w:cs="Times New Roman"/>
                <w:szCs w:val="26"/>
              </w:rPr>
            </w:pPr>
            <w:r w:rsidRPr="00762C1D">
              <w:rPr>
                <w:rFonts w:cs="Times New Roman"/>
                <w:szCs w:val="26"/>
              </w:rPr>
              <w:t>1</w:t>
            </w:r>
          </w:p>
        </w:tc>
        <w:tc>
          <w:tcPr>
            <w:tcW w:w="1590" w:type="dxa"/>
            <w:shd w:val="clear" w:color="auto" w:fill="FFFFFF"/>
            <w:tcMar>
              <w:top w:w="75" w:type="dxa"/>
              <w:left w:w="75" w:type="dxa"/>
              <w:bottom w:w="75" w:type="dxa"/>
              <w:right w:w="75" w:type="dxa"/>
            </w:tcMar>
            <w:hideMark/>
          </w:tcPr>
          <w:p w14:paraId="68BEFE83" w14:textId="77777777" w:rsidR="001D445C" w:rsidRPr="00762C1D" w:rsidRDefault="001D445C" w:rsidP="00276482">
            <w:pPr>
              <w:spacing w:line="278" w:lineRule="auto"/>
              <w:rPr>
                <w:rFonts w:cs="Times New Roman"/>
                <w:szCs w:val="26"/>
              </w:rPr>
            </w:pPr>
            <w:r w:rsidRPr="00762C1D">
              <w:rPr>
                <w:rFonts w:cs="Times New Roman"/>
                <w:szCs w:val="26"/>
              </w:rPr>
              <w:t>2</w:t>
            </w:r>
          </w:p>
        </w:tc>
        <w:tc>
          <w:tcPr>
            <w:tcW w:w="1590" w:type="dxa"/>
            <w:shd w:val="clear" w:color="auto" w:fill="FFFFFF"/>
            <w:tcMar>
              <w:top w:w="75" w:type="dxa"/>
              <w:left w:w="75" w:type="dxa"/>
              <w:bottom w:w="75" w:type="dxa"/>
              <w:right w:w="75" w:type="dxa"/>
            </w:tcMar>
            <w:hideMark/>
          </w:tcPr>
          <w:p w14:paraId="0236C4CE" w14:textId="77777777" w:rsidR="001D445C" w:rsidRPr="00762C1D" w:rsidRDefault="001D445C" w:rsidP="00276482">
            <w:pPr>
              <w:spacing w:line="278" w:lineRule="auto"/>
              <w:rPr>
                <w:rFonts w:cs="Times New Roman"/>
                <w:szCs w:val="26"/>
              </w:rPr>
            </w:pPr>
            <w:r w:rsidRPr="00762C1D">
              <w:rPr>
                <w:rFonts w:cs="Times New Roman"/>
                <w:szCs w:val="26"/>
              </w:rPr>
              <w:t>3</w:t>
            </w:r>
          </w:p>
        </w:tc>
        <w:tc>
          <w:tcPr>
            <w:tcW w:w="1590" w:type="dxa"/>
            <w:shd w:val="clear" w:color="auto" w:fill="FFFFFF"/>
            <w:tcMar>
              <w:top w:w="75" w:type="dxa"/>
              <w:left w:w="75" w:type="dxa"/>
              <w:bottom w:w="75" w:type="dxa"/>
              <w:right w:w="75" w:type="dxa"/>
            </w:tcMar>
            <w:hideMark/>
          </w:tcPr>
          <w:p w14:paraId="0A28C4D1" w14:textId="77777777" w:rsidR="001D445C" w:rsidRPr="00762C1D" w:rsidRDefault="001D445C" w:rsidP="00276482">
            <w:pPr>
              <w:spacing w:line="278" w:lineRule="auto"/>
              <w:rPr>
                <w:rFonts w:cs="Times New Roman"/>
                <w:szCs w:val="26"/>
              </w:rPr>
            </w:pPr>
            <w:r w:rsidRPr="00762C1D">
              <w:rPr>
                <w:rFonts w:cs="Times New Roman"/>
                <w:szCs w:val="26"/>
              </w:rPr>
              <w:t>4</w:t>
            </w:r>
          </w:p>
        </w:tc>
        <w:tc>
          <w:tcPr>
            <w:tcW w:w="1590" w:type="dxa"/>
            <w:shd w:val="clear" w:color="auto" w:fill="FFFFFF"/>
            <w:tcMar>
              <w:top w:w="75" w:type="dxa"/>
              <w:left w:w="75" w:type="dxa"/>
              <w:bottom w:w="75" w:type="dxa"/>
              <w:right w:w="0" w:type="dxa"/>
            </w:tcMar>
            <w:hideMark/>
          </w:tcPr>
          <w:p w14:paraId="59133F52" w14:textId="77777777" w:rsidR="001D445C" w:rsidRPr="00762C1D" w:rsidRDefault="001D445C" w:rsidP="00276482">
            <w:pPr>
              <w:spacing w:line="278" w:lineRule="auto"/>
              <w:rPr>
                <w:rFonts w:cs="Times New Roman"/>
                <w:szCs w:val="26"/>
              </w:rPr>
            </w:pPr>
            <w:r w:rsidRPr="00762C1D">
              <w:rPr>
                <w:rFonts w:cs="Times New Roman"/>
                <w:szCs w:val="26"/>
              </w:rPr>
              <w:t>5</w:t>
            </w:r>
          </w:p>
        </w:tc>
      </w:tr>
      <w:tr w:rsidR="001D445C" w:rsidRPr="00762C1D" w14:paraId="3D99A227" w14:textId="77777777" w:rsidTr="00276482">
        <w:tc>
          <w:tcPr>
            <w:tcW w:w="1590" w:type="dxa"/>
            <w:shd w:val="clear" w:color="auto" w:fill="FFFFFF"/>
            <w:tcMar>
              <w:top w:w="75" w:type="dxa"/>
              <w:left w:w="0" w:type="dxa"/>
              <w:bottom w:w="75" w:type="dxa"/>
              <w:right w:w="75" w:type="dxa"/>
            </w:tcMar>
            <w:hideMark/>
          </w:tcPr>
          <w:p w14:paraId="59537364" w14:textId="77777777" w:rsidR="001D445C" w:rsidRPr="00762C1D" w:rsidRDefault="001D445C" w:rsidP="00276482">
            <w:pPr>
              <w:spacing w:line="278" w:lineRule="auto"/>
              <w:rPr>
                <w:rFonts w:cs="Times New Roman"/>
                <w:szCs w:val="26"/>
              </w:rPr>
            </w:pPr>
            <w:r w:rsidRPr="00762C1D">
              <w:rPr>
                <w:rFonts w:cs="Times New Roman"/>
                <w:b/>
                <w:bCs/>
                <w:szCs w:val="26"/>
              </w:rPr>
              <w:t>Đáp án</w:t>
            </w:r>
          </w:p>
        </w:tc>
        <w:tc>
          <w:tcPr>
            <w:tcW w:w="1590" w:type="dxa"/>
            <w:shd w:val="clear" w:color="auto" w:fill="FFFFFF"/>
            <w:tcMar>
              <w:top w:w="75" w:type="dxa"/>
              <w:left w:w="75" w:type="dxa"/>
              <w:bottom w:w="75" w:type="dxa"/>
              <w:right w:w="75" w:type="dxa"/>
            </w:tcMar>
            <w:hideMark/>
          </w:tcPr>
          <w:p w14:paraId="717EADE0" w14:textId="77777777" w:rsidR="001D445C" w:rsidRPr="00762C1D" w:rsidRDefault="001D445C" w:rsidP="00276482">
            <w:pPr>
              <w:spacing w:line="278" w:lineRule="auto"/>
              <w:rPr>
                <w:rFonts w:cs="Times New Roman"/>
                <w:szCs w:val="26"/>
              </w:rPr>
            </w:pPr>
            <w:r w:rsidRPr="00762C1D">
              <w:rPr>
                <w:rFonts w:cs="Times New Roman"/>
                <w:b/>
                <w:bCs/>
                <w:szCs w:val="26"/>
              </w:rPr>
              <w:t>A</w:t>
            </w:r>
          </w:p>
        </w:tc>
        <w:tc>
          <w:tcPr>
            <w:tcW w:w="1590" w:type="dxa"/>
            <w:shd w:val="clear" w:color="auto" w:fill="FFFFFF"/>
            <w:tcMar>
              <w:top w:w="75" w:type="dxa"/>
              <w:left w:w="75" w:type="dxa"/>
              <w:bottom w:w="75" w:type="dxa"/>
              <w:right w:w="75" w:type="dxa"/>
            </w:tcMar>
            <w:hideMark/>
          </w:tcPr>
          <w:p w14:paraId="23E14F75" w14:textId="77777777" w:rsidR="001D445C" w:rsidRPr="00762C1D" w:rsidRDefault="001D445C" w:rsidP="00276482">
            <w:pPr>
              <w:spacing w:line="278" w:lineRule="auto"/>
              <w:rPr>
                <w:rFonts w:cs="Times New Roman"/>
                <w:szCs w:val="26"/>
              </w:rPr>
            </w:pPr>
            <w:r w:rsidRPr="00762C1D">
              <w:rPr>
                <w:rFonts w:cs="Times New Roman"/>
                <w:b/>
                <w:bCs/>
                <w:szCs w:val="26"/>
              </w:rPr>
              <w:t>D</w:t>
            </w:r>
          </w:p>
        </w:tc>
        <w:tc>
          <w:tcPr>
            <w:tcW w:w="1590" w:type="dxa"/>
            <w:shd w:val="clear" w:color="auto" w:fill="FFFFFF"/>
            <w:tcMar>
              <w:top w:w="75" w:type="dxa"/>
              <w:left w:w="75" w:type="dxa"/>
              <w:bottom w:w="75" w:type="dxa"/>
              <w:right w:w="75" w:type="dxa"/>
            </w:tcMar>
            <w:hideMark/>
          </w:tcPr>
          <w:p w14:paraId="15B1F055" w14:textId="77777777" w:rsidR="001D445C" w:rsidRPr="00762C1D" w:rsidRDefault="001D445C" w:rsidP="00276482">
            <w:pPr>
              <w:spacing w:line="278" w:lineRule="auto"/>
              <w:rPr>
                <w:rFonts w:cs="Times New Roman"/>
                <w:szCs w:val="26"/>
              </w:rPr>
            </w:pPr>
            <w:r w:rsidRPr="00762C1D">
              <w:rPr>
                <w:rFonts w:cs="Times New Roman"/>
                <w:b/>
                <w:bCs/>
                <w:szCs w:val="26"/>
              </w:rPr>
              <w:t>C</w:t>
            </w:r>
          </w:p>
        </w:tc>
        <w:tc>
          <w:tcPr>
            <w:tcW w:w="1590" w:type="dxa"/>
            <w:shd w:val="clear" w:color="auto" w:fill="FFFFFF"/>
            <w:tcMar>
              <w:top w:w="75" w:type="dxa"/>
              <w:left w:w="75" w:type="dxa"/>
              <w:bottom w:w="75" w:type="dxa"/>
              <w:right w:w="75" w:type="dxa"/>
            </w:tcMar>
            <w:hideMark/>
          </w:tcPr>
          <w:p w14:paraId="665DA287" w14:textId="77777777" w:rsidR="001D445C" w:rsidRPr="00762C1D" w:rsidRDefault="001D445C" w:rsidP="00276482">
            <w:pPr>
              <w:spacing w:line="278" w:lineRule="auto"/>
              <w:rPr>
                <w:rFonts w:cs="Times New Roman"/>
                <w:szCs w:val="26"/>
              </w:rPr>
            </w:pPr>
            <w:r w:rsidRPr="00762C1D">
              <w:rPr>
                <w:rFonts w:cs="Times New Roman"/>
                <w:b/>
                <w:bCs/>
                <w:szCs w:val="26"/>
              </w:rPr>
              <w:t>B</w:t>
            </w:r>
          </w:p>
        </w:tc>
        <w:tc>
          <w:tcPr>
            <w:tcW w:w="1590" w:type="dxa"/>
            <w:shd w:val="clear" w:color="auto" w:fill="FFFFFF"/>
            <w:tcMar>
              <w:top w:w="75" w:type="dxa"/>
              <w:left w:w="75" w:type="dxa"/>
              <w:bottom w:w="75" w:type="dxa"/>
              <w:right w:w="0" w:type="dxa"/>
            </w:tcMar>
            <w:hideMark/>
          </w:tcPr>
          <w:p w14:paraId="3130F0FB" w14:textId="77777777" w:rsidR="001D445C" w:rsidRPr="00762C1D" w:rsidRDefault="001D445C" w:rsidP="00276482">
            <w:pPr>
              <w:spacing w:line="278" w:lineRule="auto"/>
              <w:rPr>
                <w:rFonts w:cs="Times New Roman"/>
                <w:szCs w:val="26"/>
              </w:rPr>
            </w:pPr>
            <w:r w:rsidRPr="00762C1D">
              <w:rPr>
                <w:rFonts w:cs="Times New Roman"/>
                <w:b/>
                <w:bCs/>
                <w:szCs w:val="26"/>
              </w:rPr>
              <w:t>A</w:t>
            </w:r>
          </w:p>
        </w:tc>
      </w:tr>
      <w:tr w:rsidR="001D445C" w:rsidRPr="00762C1D" w14:paraId="3C1AE9E6" w14:textId="77777777" w:rsidTr="00276482">
        <w:tc>
          <w:tcPr>
            <w:tcW w:w="1590" w:type="dxa"/>
            <w:shd w:val="clear" w:color="auto" w:fill="FFFFFF"/>
            <w:tcMar>
              <w:top w:w="75" w:type="dxa"/>
              <w:left w:w="0" w:type="dxa"/>
              <w:bottom w:w="75" w:type="dxa"/>
              <w:right w:w="75" w:type="dxa"/>
            </w:tcMar>
            <w:hideMark/>
          </w:tcPr>
          <w:p w14:paraId="49EE8B42" w14:textId="77777777" w:rsidR="001D445C" w:rsidRPr="00762C1D" w:rsidRDefault="001D445C" w:rsidP="00276482">
            <w:pPr>
              <w:spacing w:line="278" w:lineRule="auto"/>
              <w:rPr>
                <w:rFonts w:cs="Times New Roman"/>
                <w:szCs w:val="26"/>
              </w:rPr>
            </w:pPr>
            <w:r w:rsidRPr="00762C1D">
              <w:rPr>
                <w:rFonts w:cs="Times New Roman"/>
                <w:b/>
                <w:bCs/>
                <w:szCs w:val="26"/>
              </w:rPr>
              <w:t>Câu hỏi</w:t>
            </w:r>
          </w:p>
        </w:tc>
        <w:tc>
          <w:tcPr>
            <w:tcW w:w="1590" w:type="dxa"/>
            <w:shd w:val="clear" w:color="auto" w:fill="FFFFFF"/>
            <w:tcMar>
              <w:top w:w="75" w:type="dxa"/>
              <w:left w:w="75" w:type="dxa"/>
              <w:bottom w:w="75" w:type="dxa"/>
              <w:right w:w="75" w:type="dxa"/>
            </w:tcMar>
            <w:hideMark/>
          </w:tcPr>
          <w:p w14:paraId="5F613BB1" w14:textId="77777777" w:rsidR="001D445C" w:rsidRPr="00762C1D" w:rsidRDefault="001D445C" w:rsidP="00276482">
            <w:pPr>
              <w:spacing w:line="278" w:lineRule="auto"/>
              <w:rPr>
                <w:rFonts w:cs="Times New Roman"/>
                <w:szCs w:val="26"/>
              </w:rPr>
            </w:pPr>
            <w:r w:rsidRPr="00762C1D">
              <w:rPr>
                <w:rFonts w:cs="Times New Roman"/>
                <w:szCs w:val="26"/>
              </w:rPr>
              <w:t>6</w:t>
            </w:r>
          </w:p>
        </w:tc>
        <w:tc>
          <w:tcPr>
            <w:tcW w:w="1590" w:type="dxa"/>
            <w:shd w:val="clear" w:color="auto" w:fill="FFFFFF"/>
            <w:tcMar>
              <w:top w:w="75" w:type="dxa"/>
              <w:left w:w="75" w:type="dxa"/>
              <w:bottom w:w="75" w:type="dxa"/>
              <w:right w:w="75" w:type="dxa"/>
            </w:tcMar>
            <w:hideMark/>
          </w:tcPr>
          <w:p w14:paraId="303BD18A" w14:textId="77777777" w:rsidR="001D445C" w:rsidRPr="00762C1D" w:rsidRDefault="001D445C" w:rsidP="00276482">
            <w:pPr>
              <w:spacing w:line="278" w:lineRule="auto"/>
              <w:rPr>
                <w:rFonts w:cs="Times New Roman"/>
                <w:szCs w:val="26"/>
              </w:rPr>
            </w:pPr>
            <w:r w:rsidRPr="00762C1D">
              <w:rPr>
                <w:rFonts w:cs="Times New Roman"/>
                <w:szCs w:val="26"/>
              </w:rPr>
              <w:t>7</w:t>
            </w:r>
          </w:p>
        </w:tc>
        <w:tc>
          <w:tcPr>
            <w:tcW w:w="1590" w:type="dxa"/>
            <w:shd w:val="clear" w:color="auto" w:fill="FFFFFF"/>
            <w:tcMar>
              <w:top w:w="75" w:type="dxa"/>
              <w:left w:w="75" w:type="dxa"/>
              <w:bottom w:w="75" w:type="dxa"/>
              <w:right w:w="75" w:type="dxa"/>
            </w:tcMar>
            <w:hideMark/>
          </w:tcPr>
          <w:p w14:paraId="01E2659E" w14:textId="77777777" w:rsidR="001D445C" w:rsidRPr="00762C1D" w:rsidRDefault="001D445C" w:rsidP="00276482">
            <w:pPr>
              <w:spacing w:line="278" w:lineRule="auto"/>
              <w:rPr>
                <w:rFonts w:cs="Times New Roman"/>
                <w:szCs w:val="26"/>
              </w:rPr>
            </w:pPr>
            <w:r w:rsidRPr="00762C1D">
              <w:rPr>
                <w:rFonts w:cs="Times New Roman"/>
                <w:szCs w:val="26"/>
              </w:rPr>
              <w:t>8</w:t>
            </w:r>
          </w:p>
        </w:tc>
        <w:tc>
          <w:tcPr>
            <w:tcW w:w="1590" w:type="dxa"/>
            <w:shd w:val="clear" w:color="auto" w:fill="FFFFFF"/>
            <w:tcMar>
              <w:top w:w="75" w:type="dxa"/>
              <w:left w:w="75" w:type="dxa"/>
              <w:bottom w:w="75" w:type="dxa"/>
              <w:right w:w="75" w:type="dxa"/>
            </w:tcMar>
            <w:hideMark/>
          </w:tcPr>
          <w:p w14:paraId="656100A4" w14:textId="77777777" w:rsidR="001D445C" w:rsidRPr="00762C1D" w:rsidRDefault="001D445C" w:rsidP="00276482">
            <w:pPr>
              <w:spacing w:line="278" w:lineRule="auto"/>
              <w:rPr>
                <w:rFonts w:cs="Times New Roman"/>
                <w:szCs w:val="26"/>
              </w:rPr>
            </w:pPr>
            <w:r w:rsidRPr="00762C1D">
              <w:rPr>
                <w:rFonts w:cs="Times New Roman"/>
                <w:szCs w:val="26"/>
              </w:rPr>
              <w:t>9</w:t>
            </w:r>
          </w:p>
        </w:tc>
        <w:tc>
          <w:tcPr>
            <w:tcW w:w="1590" w:type="dxa"/>
            <w:shd w:val="clear" w:color="auto" w:fill="FFFFFF"/>
            <w:tcMar>
              <w:top w:w="75" w:type="dxa"/>
              <w:left w:w="75" w:type="dxa"/>
              <w:bottom w:w="75" w:type="dxa"/>
              <w:right w:w="0" w:type="dxa"/>
            </w:tcMar>
            <w:hideMark/>
          </w:tcPr>
          <w:p w14:paraId="55626DCB" w14:textId="77777777" w:rsidR="001D445C" w:rsidRPr="00762C1D" w:rsidRDefault="001D445C" w:rsidP="00276482">
            <w:pPr>
              <w:spacing w:line="278" w:lineRule="auto"/>
              <w:rPr>
                <w:rFonts w:cs="Times New Roman"/>
                <w:szCs w:val="26"/>
              </w:rPr>
            </w:pPr>
            <w:r w:rsidRPr="00762C1D">
              <w:rPr>
                <w:rFonts w:cs="Times New Roman"/>
                <w:szCs w:val="26"/>
              </w:rPr>
              <w:t>10</w:t>
            </w:r>
          </w:p>
        </w:tc>
      </w:tr>
      <w:tr w:rsidR="001D445C" w:rsidRPr="00762C1D" w14:paraId="06A08CE2" w14:textId="77777777" w:rsidTr="00276482">
        <w:tc>
          <w:tcPr>
            <w:tcW w:w="1590" w:type="dxa"/>
            <w:shd w:val="clear" w:color="auto" w:fill="FFFFFF"/>
            <w:tcMar>
              <w:top w:w="75" w:type="dxa"/>
              <w:left w:w="0" w:type="dxa"/>
              <w:bottom w:w="75" w:type="dxa"/>
              <w:right w:w="75" w:type="dxa"/>
            </w:tcMar>
            <w:hideMark/>
          </w:tcPr>
          <w:p w14:paraId="6F8BFEA2" w14:textId="77777777" w:rsidR="001D445C" w:rsidRPr="00762C1D" w:rsidRDefault="001D445C" w:rsidP="00276482">
            <w:pPr>
              <w:spacing w:line="278" w:lineRule="auto"/>
              <w:rPr>
                <w:rFonts w:cs="Times New Roman"/>
                <w:szCs w:val="26"/>
              </w:rPr>
            </w:pPr>
            <w:r w:rsidRPr="00762C1D">
              <w:rPr>
                <w:rFonts w:cs="Times New Roman"/>
                <w:b/>
                <w:bCs/>
                <w:szCs w:val="26"/>
              </w:rPr>
              <w:t>Đáp án</w:t>
            </w:r>
          </w:p>
        </w:tc>
        <w:tc>
          <w:tcPr>
            <w:tcW w:w="1590" w:type="dxa"/>
            <w:shd w:val="clear" w:color="auto" w:fill="FFFFFF"/>
            <w:tcMar>
              <w:top w:w="75" w:type="dxa"/>
              <w:left w:w="75" w:type="dxa"/>
              <w:bottom w:w="75" w:type="dxa"/>
              <w:right w:w="75" w:type="dxa"/>
            </w:tcMar>
            <w:hideMark/>
          </w:tcPr>
          <w:p w14:paraId="68B48423" w14:textId="77777777" w:rsidR="001D445C" w:rsidRPr="00762C1D" w:rsidRDefault="001D445C" w:rsidP="00276482">
            <w:pPr>
              <w:spacing w:line="278" w:lineRule="auto"/>
              <w:rPr>
                <w:rFonts w:cs="Times New Roman"/>
                <w:szCs w:val="26"/>
              </w:rPr>
            </w:pPr>
            <w:r w:rsidRPr="00762C1D">
              <w:rPr>
                <w:rFonts w:cs="Times New Roman"/>
                <w:b/>
                <w:bCs/>
                <w:szCs w:val="26"/>
              </w:rPr>
              <w:t>B</w:t>
            </w:r>
          </w:p>
        </w:tc>
        <w:tc>
          <w:tcPr>
            <w:tcW w:w="1590" w:type="dxa"/>
            <w:shd w:val="clear" w:color="auto" w:fill="FFFFFF"/>
            <w:tcMar>
              <w:top w:w="75" w:type="dxa"/>
              <w:left w:w="75" w:type="dxa"/>
              <w:bottom w:w="75" w:type="dxa"/>
              <w:right w:w="75" w:type="dxa"/>
            </w:tcMar>
            <w:hideMark/>
          </w:tcPr>
          <w:p w14:paraId="703E1325" w14:textId="77777777" w:rsidR="001D445C" w:rsidRPr="00762C1D" w:rsidRDefault="001D445C" w:rsidP="00276482">
            <w:pPr>
              <w:spacing w:line="278" w:lineRule="auto"/>
              <w:rPr>
                <w:rFonts w:cs="Times New Roman"/>
                <w:szCs w:val="26"/>
              </w:rPr>
            </w:pPr>
            <w:r w:rsidRPr="00762C1D">
              <w:rPr>
                <w:rFonts w:cs="Times New Roman"/>
                <w:b/>
                <w:bCs/>
                <w:szCs w:val="26"/>
              </w:rPr>
              <w:t>A</w:t>
            </w:r>
          </w:p>
        </w:tc>
        <w:tc>
          <w:tcPr>
            <w:tcW w:w="1590" w:type="dxa"/>
            <w:shd w:val="clear" w:color="auto" w:fill="FFFFFF"/>
            <w:tcMar>
              <w:top w:w="75" w:type="dxa"/>
              <w:left w:w="75" w:type="dxa"/>
              <w:bottom w:w="75" w:type="dxa"/>
              <w:right w:w="75" w:type="dxa"/>
            </w:tcMar>
            <w:hideMark/>
          </w:tcPr>
          <w:p w14:paraId="187169E1" w14:textId="77777777" w:rsidR="001D445C" w:rsidRPr="00762C1D" w:rsidRDefault="001D445C" w:rsidP="00276482">
            <w:pPr>
              <w:spacing w:line="278" w:lineRule="auto"/>
              <w:rPr>
                <w:rFonts w:cs="Times New Roman"/>
                <w:szCs w:val="26"/>
              </w:rPr>
            </w:pPr>
            <w:r w:rsidRPr="00762C1D">
              <w:rPr>
                <w:rFonts w:cs="Times New Roman"/>
                <w:b/>
                <w:bCs/>
                <w:szCs w:val="26"/>
              </w:rPr>
              <w:t>A</w:t>
            </w:r>
          </w:p>
        </w:tc>
        <w:tc>
          <w:tcPr>
            <w:tcW w:w="1590" w:type="dxa"/>
            <w:shd w:val="clear" w:color="auto" w:fill="FFFFFF"/>
            <w:tcMar>
              <w:top w:w="75" w:type="dxa"/>
              <w:left w:w="75" w:type="dxa"/>
              <w:bottom w:w="75" w:type="dxa"/>
              <w:right w:w="75" w:type="dxa"/>
            </w:tcMar>
            <w:hideMark/>
          </w:tcPr>
          <w:p w14:paraId="51F7A4E5" w14:textId="77777777" w:rsidR="001D445C" w:rsidRPr="00762C1D" w:rsidRDefault="001D445C" w:rsidP="00276482">
            <w:pPr>
              <w:spacing w:line="278" w:lineRule="auto"/>
              <w:rPr>
                <w:rFonts w:cs="Times New Roman"/>
                <w:szCs w:val="26"/>
              </w:rPr>
            </w:pPr>
            <w:r w:rsidRPr="00762C1D">
              <w:rPr>
                <w:rFonts w:cs="Times New Roman"/>
                <w:b/>
                <w:bCs/>
                <w:szCs w:val="26"/>
              </w:rPr>
              <w:t>C</w:t>
            </w:r>
          </w:p>
        </w:tc>
        <w:tc>
          <w:tcPr>
            <w:tcW w:w="1590" w:type="dxa"/>
            <w:shd w:val="clear" w:color="auto" w:fill="FFFFFF"/>
            <w:tcMar>
              <w:top w:w="75" w:type="dxa"/>
              <w:left w:w="75" w:type="dxa"/>
              <w:bottom w:w="75" w:type="dxa"/>
              <w:right w:w="0" w:type="dxa"/>
            </w:tcMar>
            <w:hideMark/>
          </w:tcPr>
          <w:p w14:paraId="247DBBF6" w14:textId="77777777" w:rsidR="001D445C" w:rsidRPr="00762C1D" w:rsidRDefault="001D445C" w:rsidP="00276482">
            <w:pPr>
              <w:spacing w:line="278" w:lineRule="auto"/>
              <w:rPr>
                <w:rFonts w:cs="Times New Roman"/>
                <w:szCs w:val="26"/>
              </w:rPr>
            </w:pPr>
            <w:r w:rsidRPr="00762C1D">
              <w:rPr>
                <w:rFonts w:cs="Times New Roman"/>
                <w:b/>
                <w:bCs/>
                <w:szCs w:val="26"/>
              </w:rPr>
              <w:t>B</w:t>
            </w:r>
          </w:p>
        </w:tc>
      </w:tr>
    </w:tbl>
    <w:p w14:paraId="58497CA3" w14:textId="77777777" w:rsidR="001D445C" w:rsidRPr="00762C1D" w:rsidRDefault="001D445C" w:rsidP="001D445C">
      <w:pPr>
        <w:spacing w:line="278" w:lineRule="auto"/>
        <w:rPr>
          <w:rFonts w:cs="Times New Roman"/>
          <w:szCs w:val="26"/>
        </w:rPr>
      </w:pPr>
      <w:r w:rsidRPr="00762C1D">
        <w:rPr>
          <w:rFonts w:cs="Times New Roman"/>
          <w:szCs w:val="26"/>
        </w:rPr>
        <w:t>- GV dẫn dắt HS vào bài học: </w:t>
      </w:r>
      <w:r w:rsidRPr="00762C1D">
        <w:rPr>
          <w:rFonts w:cs="Times New Roman"/>
          <w:b/>
          <w:bCs/>
          <w:i/>
          <w:iCs/>
          <w:szCs w:val="26"/>
        </w:rPr>
        <w:t>Nội dung thực hành chủ đề 1 – Cách mạng tư sản và sự phát triển của chủ nghĩa tư bản.</w:t>
      </w:r>
    </w:p>
    <w:p w14:paraId="163F5E72" w14:textId="77777777" w:rsidR="001D445C" w:rsidRPr="00762C1D" w:rsidRDefault="001D445C" w:rsidP="001D445C">
      <w:pPr>
        <w:numPr>
          <w:ilvl w:val="0"/>
          <w:numId w:val="33"/>
        </w:numPr>
        <w:spacing w:line="278" w:lineRule="auto"/>
        <w:ind w:left="0"/>
        <w:rPr>
          <w:rFonts w:cs="Times New Roman"/>
          <w:szCs w:val="26"/>
        </w:rPr>
      </w:pPr>
      <w:r w:rsidRPr="00762C1D">
        <w:rPr>
          <w:rFonts w:cs="Times New Roman"/>
          <w:b/>
          <w:bCs/>
          <w:szCs w:val="26"/>
        </w:rPr>
        <w:t>HOẠT ĐỘNG THỰC HÀNH</w:t>
      </w:r>
    </w:p>
    <w:p w14:paraId="1816FE1A" w14:textId="77777777" w:rsidR="001D445C" w:rsidRPr="00762C1D" w:rsidRDefault="001D445C" w:rsidP="001D445C">
      <w:pPr>
        <w:spacing w:line="278" w:lineRule="auto"/>
        <w:rPr>
          <w:rFonts w:cs="Times New Roman"/>
          <w:szCs w:val="26"/>
        </w:rPr>
      </w:pPr>
      <w:r w:rsidRPr="00762C1D">
        <w:rPr>
          <w:rFonts w:cs="Times New Roman"/>
          <w:b/>
          <w:bCs/>
          <w:szCs w:val="26"/>
        </w:rPr>
        <w:t>Nhiệm vụ 1: Lập bảng những tiền đề của các cuộc cách mạng tư sản tiêu biểu</w:t>
      </w:r>
    </w:p>
    <w:p w14:paraId="451EF83F" w14:textId="77777777" w:rsidR="001D445C" w:rsidRPr="00762C1D" w:rsidRDefault="001D445C" w:rsidP="001D445C">
      <w:pPr>
        <w:numPr>
          <w:ilvl w:val="0"/>
          <w:numId w:val="34"/>
        </w:numPr>
        <w:spacing w:line="278" w:lineRule="auto"/>
        <w:ind w:left="0"/>
        <w:rPr>
          <w:rFonts w:cs="Times New Roman"/>
          <w:szCs w:val="26"/>
        </w:rPr>
      </w:pPr>
      <w:r w:rsidRPr="00762C1D">
        <w:rPr>
          <w:rFonts w:cs="Times New Roman"/>
          <w:b/>
          <w:bCs/>
          <w:szCs w:val="26"/>
        </w:rPr>
        <w:t>Mục tiêu: </w:t>
      </w:r>
      <w:r w:rsidRPr="00762C1D">
        <w:rPr>
          <w:rFonts w:cs="Times New Roman"/>
          <w:szCs w:val="26"/>
        </w:rPr>
        <w:t>Thông qua hoạt động, HS lập được bảng những tiền đề của các cuộc cách mạng tư sản tiêu biểu.</w:t>
      </w:r>
    </w:p>
    <w:p w14:paraId="502669B2" w14:textId="77777777" w:rsidR="001D445C" w:rsidRPr="00762C1D" w:rsidRDefault="001D445C" w:rsidP="001D445C">
      <w:pPr>
        <w:numPr>
          <w:ilvl w:val="0"/>
          <w:numId w:val="34"/>
        </w:numPr>
        <w:spacing w:line="278" w:lineRule="auto"/>
        <w:ind w:left="0"/>
        <w:rPr>
          <w:rFonts w:cs="Times New Roman"/>
          <w:szCs w:val="26"/>
        </w:rPr>
      </w:pPr>
      <w:r w:rsidRPr="00762C1D">
        <w:rPr>
          <w:rFonts w:cs="Times New Roman"/>
          <w:b/>
          <w:bCs/>
          <w:szCs w:val="26"/>
        </w:rPr>
        <w:t>Nội dung: </w:t>
      </w:r>
      <w:r w:rsidRPr="00762C1D">
        <w:rPr>
          <w:rFonts w:cs="Times New Roman"/>
          <w:szCs w:val="26"/>
        </w:rPr>
        <w:t>GV chia HS cả lớp thành 4 nhóm, yêu cầu các nhóm vận dụng kiến thức đã học, thảo luận và hoàn thành bảng những tiền đề của các cuộc cách mạng tư sản tiêu biểu.</w:t>
      </w:r>
    </w:p>
    <w:p w14:paraId="6CB19F36" w14:textId="77777777" w:rsidR="001D445C" w:rsidRPr="00762C1D" w:rsidRDefault="001D445C" w:rsidP="001D445C">
      <w:pPr>
        <w:numPr>
          <w:ilvl w:val="0"/>
          <w:numId w:val="34"/>
        </w:numPr>
        <w:spacing w:line="278" w:lineRule="auto"/>
        <w:ind w:left="0"/>
        <w:rPr>
          <w:rFonts w:cs="Times New Roman"/>
          <w:szCs w:val="26"/>
        </w:rPr>
      </w:pPr>
      <w:r w:rsidRPr="00762C1D">
        <w:rPr>
          <w:rFonts w:cs="Times New Roman"/>
          <w:b/>
          <w:bCs/>
          <w:szCs w:val="26"/>
        </w:rPr>
        <w:t>Sản phẩm:</w:t>
      </w:r>
      <w:r w:rsidRPr="00762C1D">
        <w:rPr>
          <w:rFonts w:cs="Times New Roman"/>
          <w:szCs w:val="26"/>
        </w:rPr>
        <w:t> Bảng những tiền đề của các cuộc cách mạng tư sản tiêu biểu.</w:t>
      </w:r>
    </w:p>
    <w:p w14:paraId="7535DABE" w14:textId="77777777" w:rsidR="001D445C" w:rsidRPr="00762C1D" w:rsidRDefault="001D445C" w:rsidP="001D445C">
      <w:pPr>
        <w:numPr>
          <w:ilvl w:val="0"/>
          <w:numId w:val="34"/>
        </w:numPr>
        <w:spacing w:line="278" w:lineRule="auto"/>
        <w:ind w:left="0"/>
        <w:rPr>
          <w:rFonts w:cs="Times New Roman"/>
          <w:szCs w:val="26"/>
        </w:rPr>
      </w:pPr>
      <w:r w:rsidRPr="00762C1D">
        <w:rPr>
          <w:rFonts w:cs="Times New Roman"/>
          <w:b/>
          <w:bCs/>
          <w:szCs w:val="26"/>
        </w:rPr>
        <w:t>Tổ chức thực hiện:</w:t>
      </w:r>
    </w:p>
    <w:p w14:paraId="2E159C3E" w14:textId="77777777" w:rsidR="001D445C" w:rsidRPr="00762C1D" w:rsidRDefault="001D445C" w:rsidP="001D445C">
      <w:pPr>
        <w:spacing w:line="278" w:lineRule="auto"/>
        <w:rPr>
          <w:rFonts w:cs="Times New Roman"/>
          <w:szCs w:val="26"/>
        </w:rPr>
      </w:pPr>
      <w:r w:rsidRPr="00762C1D">
        <w:rPr>
          <w:rFonts w:cs="Times New Roman"/>
          <w:b/>
          <w:bCs/>
          <w:szCs w:val="26"/>
        </w:rPr>
        <w:t>Bước 1: GV chuyển giao nhiệm vụ học tập</w:t>
      </w:r>
    </w:p>
    <w:p w14:paraId="0E17BBB0" w14:textId="77777777" w:rsidR="001D445C" w:rsidRPr="00762C1D" w:rsidRDefault="001D445C" w:rsidP="001D445C">
      <w:pPr>
        <w:spacing w:line="278" w:lineRule="auto"/>
        <w:rPr>
          <w:rFonts w:cs="Times New Roman"/>
          <w:szCs w:val="26"/>
        </w:rPr>
      </w:pPr>
      <w:r w:rsidRPr="00762C1D">
        <w:rPr>
          <w:rFonts w:cs="Times New Roman"/>
          <w:szCs w:val="26"/>
        </w:rPr>
        <w:t>- GV chia HS cả lớp thành 4 nhóm.</w:t>
      </w:r>
    </w:p>
    <w:p w14:paraId="3F87F527" w14:textId="77777777" w:rsidR="001D445C" w:rsidRPr="00762C1D" w:rsidRDefault="001D445C" w:rsidP="001D445C">
      <w:pPr>
        <w:spacing w:line="278" w:lineRule="auto"/>
        <w:rPr>
          <w:rFonts w:cs="Times New Roman"/>
          <w:szCs w:val="26"/>
        </w:rPr>
      </w:pPr>
      <w:r w:rsidRPr="00762C1D">
        <w:rPr>
          <w:rFonts w:cs="Times New Roman"/>
          <w:szCs w:val="26"/>
        </w:rPr>
        <w:t>- GV yêu cầu các nhóm thảo luận, hoàn thành bài tập sau:</w:t>
      </w:r>
    </w:p>
    <w:p w14:paraId="5DD4A512" w14:textId="77777777" w:rsidR="001D445C" w:rsidRPr="00762C1D" w:rsidRDefault="001D445C" w:rsidP="001D445C">
      <w:pPr>
        <w:spacing w:line="278" w:lineRule="auto"/>
        <w:rPr>
          <w:rFonts w:cs="Times New Roman"/>
          <w:szCs w:val="26"/>
        </w:rPr>
      </w:pPr>
      <w:r w:rsidRPr="00762C1D">
        <w:rPr>
          <w:rFonts w:cs="Times New Roman"/>
          <w:i/>
          <w:iCs/>
          <w:szCs w:val="26"/>
        </w:rPr>
        <w:t>Lập bảng những tiền đề của các cuộc cách mạng tư sản tiêu biểu theo mẫu:</w:t>
      </w:r>
    </w:p>
    <w:tbl>
      <w:tblPr>
        <w:tblW w:w="10650" w:type="dxa"/>
        <w:shd w:val="clear" w:color="auto" w:fill="FFFFFF"/>
        <w:tblCellMar>
          <w:top w:w="15" w:type="dxa"/>
          <w:left w:w="15" w:type="dxa"/>
          <w:bottom w:w="15" w:type="dxa"/>
          <w:right w:w="15" w:type="dxa"/>
        </w:tblCellMar>
        <w:tblLook w:val="04A0" w:firstRow="1" w:lastRow="0" w:firstColumn="1" w:lastColumn="0" w:noHBand="0" w:noVBand="1"/>
      </w:tblPr>
      <w:tblGrid>
        <w:gridCol w:w="1851"/>
        <w:gridCol w:w="2400"/>
        <w:gridCol w:w="2133"/>
        <w:gridCol w:w="2133"/>
        <w:gridCol w:w="2133"/>
      </w:tblGrid>
      <w:tr w:rsidR="001D445C" w:rsidRPr="00762C1D" w14:paraId="01CAA044" w14:textId="77777777" w:rsidTr="00276482">
        <w:tc>
          <w:tcPr>
            <w:tcW w:w="1665" w:type="dxa"/>
            <w:vMerge w:val="restart"/>
            <w:shd w:val="clear" w:color="auto" w:fill="FFFFFF"/>
            <w:tcMar>
              <w:top w:w="75" w:type="dxa"/>
              <w:left w:w="0" w:type="dxa"/>
              <w:bottom w:w="75" w:type="dxa"/>
              <w:right w:w="75" w:type="dxa"/>
            </w:tcMar>
            <w:hideMark/>
          </w:tcPr>
          <w:p w14:paraId="41CD7D74" w14:textId="77777777" w:rsidR="001D445C" w:rsidRPr="00762C1D" w:rsidRDefault="001D445C" w:rsidP="00276482">
            <w:pPr>
              <w:spacing w:line="278" w:lineRule="auto"/>
              <w:rPr>
                <w:rFonts w:cs="Times New Roman"/>
                <w:szCs w:val="26"/>
              </w:rPr>
            </w:pPr>
            <w:r w:rsidRPr="00762C1D">
              <w:rPr>
                <w:rFonts w:cs="Times New Roman"/>
                <w:b/>
                <w:bCs/>
                <w:szCs w:val="26"/>
              </w:rPr>
              <w:t>Lĩnh vực/</w:t>
            </w:r>
          </w:p>
          <w:p w14:paraId="0352A3C9" w14:textId="77777777" w:rsidR="001D445C" w:rsidRPr="00762C1D" w:rsidRDefault="001D445C" w:rsidP="00276482">
            <w:pPr>
              <w:spacing w:line="278" w:lineRule="auto"/>
              <w:rPr>
                <w:rFonts w:cs="Times New Roman"/>
                <w:szCs w:val="26"/>
              </w:rPr>
            </w:pPr>
            <w:r w:rsidRPr="00762C1D">
              <w:rPr>
                <w:rFonts w:cs="Times New Roman"/>
                <w:b/>
                <w:bCs/>
                <w:szCs w:val="26"/>
              </w:rPr>
              <w:t>Tiền đề</w:t>
            </w:r>
          </w:p>
        </w:tc>
        <w:tc>
          <w:tcPr>
            <w:tcW w:w="2160" w:type="dxa"/>
            <w:vMerge w:val="restart"/>
            <w:shd w:val="clear" w:color="auto" w:fill="FFFFFF"/>
            <w:tcMar>
              <w:top w:w="75" w:type="dxa"/>
              <w:left w:w="75" w:type="dxa"/>
              <w:bottom w:w="75" w:type="dxa"/>
              <w:right w:w="75" w:type="dxa"/>
            </w:tcMar>
            <w:hideMark/>
          </w:tcPr>
          <w:p w14:paraId="146204ED" w14:textId="77777777" w:rsidR="001D445C" w:rsidRPr="00762C1D" w:rsidRDefault="001D445C" w:rsidP="00276482">
            <w:pPr>
              <w:spacing w:line="278" w:lineRule="auto"/>
              <w:rPr>
                <w:rFonts w:cs="Times New Roman"/>
                <w:szCs w:val="26"/>
              </w:rPr>
            </w:pPr>
            <w:r w:rsidRPr="00762C1D">
              <w:rPr>
                <w:rFonts w:cs="Times New Roman"/>
                <w:b/>
                <w:bCs/>
                <w:szCs w:val="26"/>
              </w:rPr>
              <w:t>Tiền đề chung</w:t>
            </w:r>
          </w:p>
        </w:tc>
        <w:tc>
          <w:tcPr>
            <w:tcW w:w="5745" w:type="dxa"/>
            <w:gridSpan w:val="3"/>
            <w:shd w:val="clear" w:color="auto" w:fill="FFFFFF"/>
            <w:tcMar>
              <w:top w:w="75" w:type="dxa"/>
              <w:left w:w="75" w:type="dxa"/>
              <w:bottom w:w="75" w:type="dxa"/>
              <w:right w:w="0" w:type="dxa"/>
            </w:tcMar>
            <w:hideMark/>
          </w:tcPr>
          <w:p w14:paraId="0F63C6B4" w14:textId="77777777" w:rsidR="001D445C" w:rsidRPr="00762C1D" w:rsidRDefault="001D445C" w:rsidP="00276482">
            <w:pPr>
              <w:spacing w:line="278" w:lineRule="auto"/>
              <w:rPr>
                <w:rFonts w:cs="Times New Roman"/>
                <w:szCs w:val="26"/>
              </w:rPr>
            </w:pPr>
            <w:r w:rsidRPr="00762C1D">
              <w:rPr>
                <w:rFonts w:cs="Times New Roman"/>
                <w:b/>
                <w:bCs/>
                <w:szCs w:val="26"/>
              </w:rPr>
              <w:t>Tiền đề riêng</w:t>
            </w:r>
          </w:p>
        </w:tc>
      </w:tr>
      <w:tr w:rsidR="001D445C" w:rsidRPr="00762C1D" w14:paraId="6620C14B" w14:textId="77777777" w:rsidTr="00276482">
        <w:tc>
          <w:tcPr>
            <w:tcW w:w="0" w:type="auto"/>
            <w:vMerge/>
            <w:shd w:val="clear" w:color="auto" w:fill="FFFFFF"/>
            <w:vAlign w:val="center"/>
            <w:hideMark/>
          </w:tcPr>
          <w:p w14:paraId="5572FF02" w14:textId="77777777" w:rsidR="001D445C" w:rsidRPr="00762C1D" w:rsidRDefault="001D445C" w:rsidP="00276482">
            <w:pPr>
              <w:spacing w:line="278" w:lineRule="auto"/>
              <w:rPr>
                <w:rFonts w:cs="Times New Roman"/>
                <w:szCs w:val="26"/>
              </w:rPr>
            </w:pPr>
          </w:p>
        </w:tc>
        <w:tc>
          <w:tcPr>
            <w:tcW w:w="0" w:type="auto"/>
            <w:vMerge/>
            <w:shd w:val="clear" w:color="auto" w:fill="FFFFFF"/>
            <w:vAlign w:val="center"/>
            <w:hideMark/>
          </w:tcPr>
          <w:p w14:paraId="37ADD34F" w14:textId="77777777" w:rsidR="001D445C" w:rsidRPr="00762C1D" w:rsidRDefault="001D445C" w:rsidP="00276482">
            <w:pPr>
              <w:spacing w:line="278" w:lineRule="auto"/>
              <w:rPr>
                <w:rFonts w:cs="Times New Roman"/>
                <w:szCs w:val="26"/>
              </w:rPr>
            </w:pPr>
          </w:p>
        </w:tc>
        <w:tc>
          <w:tcPr>
            <w:tcW w:w="1920" w:type="dxa"/>
            <w:shd w:val="clear" w:color="auto" w:fill="FFFFFF"/>
            <w:tcMar>
              <w:top w:w="75" w:type="dxa"/>
              <w:left w:w="0" w:type="dxa"/>
              <w:bottom w:w="75" w:type="dxa"/>
              <w:right w:w="75" w:type="dxa"/>
            </w:tcMar>
            <w:hideMark/>
          </w:tcPr>
          <w:p w14:paraId="2290578A" w14:textId="77777777" w:rsidR="001D445C" w:rsidRPr="00762C1D" w:rsidRDefault="001D445C" w:rsidP="00276482">
            <w:pPr>
              <w:spacing w:line="278" w:lineRule="auto"/>
              <w:rPr>
                <w:rFonts w:cs="Times New Roman"/>
                <w:szCs w:val="26"/>
              </w:rPr>
            </w:pPr>
            <w:r w:rsidRPr="00762C1D">
              <w:rPr>
                <w:rFonts w:cs="Times New Roman"/>
                <w:b/>
                <w:bCs/>
                <w:szCs w:val="26"/>
              </w:rPr>
              <w:t>Cách mạng tư sản Anh</w:t>
            </w:r>
          </w:p>
        </w:tc>
        <w:tc>
          <w:tcPr>
            <w:tcW w:w="1920" w:type="dxa"/>
            <w:shd w:val="clear" w:color="auto" w:fill="FFFFFF"/>
            <w:tcMar>
              <w:top w:w="75" w:type="dxa"/>
              <w:left w:w="75" w:type="dxa"/>
              <w:bottom w:w="75" w:type="dxa"/>
              <w:right w:w="75" w:type="dxa"/>
            </w:tcMar>
            <w:hideMark/>
          </w:tcPr>
          <w:p w14:paraId="167B1ACF" w14:textId="77777777" w:rsidR="001D445C" w:rsidRPr="00762C1D" w:rsidRDefault="001D445C" w:rsidP="00276482">
            <w:pPr>
              <w:spacing w:line="278" w:lineRule="auto"/>
              <w:rPr>
                <w:rFonts w:cs="Times New Roman"/>
                <w:szCs w:val="26"/>
              </w:rPr>
            </w:pPr>
            <w:r w:rsidRPr="00762C1D">
              <w:rPr>
                <w:rFonts w:cs="Times New Roman"/>
                <w:b/>
                <w:bCs/>
                <w:szCs w:val="26"/>
              </w:rPr>
              <w:t>Chiến tranh giành độc lập của 13 thuộc địa Anh ở Bắc Mỹ</w:t>
            </w:r>
          </w:p>
        </w:tc>
        <w:tc>
          <w:tcPr>
            <w:tcW w:w="1920" w:type="dxa"/>
            <w:shd w:val="clear" w:color="auto" w:fill="FFFFFF"/>
            <w:tcMar>
              <w:top w:w="75" w:type="dxa"/>
              <w:left w:w="75" w:type="dxa"/>
              <w:bottom w:w="75" w:type="dxa"/>
              <w:right w:w="0" w:type="dxa"/>
            </w:tcMar>
            <w:hideMark/>
          </w:tcPr>
          <w:p w14:paraId="0BC02A3B" w14:textId="77777777" w:rsidR="001D445C" w:rsidRPr="00762C1D" w:rsidRDefault="001D445C" w:rsidP="00276482">
            <w:pPr>
              <w:spacing w:line="278" w:lineRule="auto"/>
              <w:rPr>
                <w:rFonts w:cs="Times New Roman"/>
                <w:szCs w:val="26"/>
              </w:rPr>
            </w:pPr>
            <w:r w:rsidRPr="00762C1D">
              <w:rPr>
                <w:rFonts w:cs="Times New Roman"/>
                <w:b/>
                <w:bCs/>
                <w:szCs w:val="26"/>
              </w:rPr>
              <w:t>Cách mạng tư sản Pháp</w:t>
            </w:r>
          </w:p>
        </w:tc>
      </w:tr>
      <w:tr w:rsidR="001D445C" w:rsidRPr="00762C1D" w14:paraId="6701030E" w14:textId="77777777" w:rsidTr="00276482">
        <w:tc>
          <w:tcPr>
            <w:tcW w:w="1665" w:type="dxa"/>
            <w:shd w:val="clear" w:color="auto" w:fill="FFFFFF"/>
            <w:tcMar>
              <w:top w:w="75" w:type="dxa"/>
              <w:left w:w="0" w:type="dxa"/>
              <w:bottom w:w="75" w:type="dxa"/>
              <w:right w:w="75" w:type="dxa"/>
            </w:tcMar>
            <w:hideMark/>
          </w:tcPr>
          <w:p w14:paraId="11A44C5D" w14:textId="77777777" w:rsidR="001D445C" w:rsidRPr="00762C1D" w:rsidRDefault="001D445C" w:rsidP="00276482">
            <w:pPr>
              <w:spacing w:line="278" w:lineRule="auto"/>
              <w:rPr>
                <w:rFonts w:cs="Times New Roman"/>
                <w:szCs w:val="26"/>
              </w:rPr>
            </w:pPr>
            <w:r w:rsidRPr="00762C1D">
              <w:rPr>
                <w:rFonts w:cs="Times New Roman"/>
                <w:b/>
                <w:bCs/>
                <w:szCs w:val="26"/>
              </w:rPr>
              <w:t>Kinh tế</w:t>
            </w:r>
          </w:p>
        </w:tc>
        <w:tc>
          <w:tcPr>
            <w:tcW w:w="2160" w:type="dxa"/>
            <w:shd w:val="clear" w:color="auto" w:fill="FFFFFF"/>
            <w:tcMar>
              <w:top w:w="75" w:type="dxa"/>
              <w:left w:w="75" w:type="dxa"/>
              <w:bottom w:w="75" w:type="dxa"/>
              <w:right w:w="75" w:type="dxa"/>
            </w:tcMar>
            <w:hideMark/>
          </w:tcPr>
          <w:p w14:paraId="671257C3"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45BDB4B9"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19CAF1BB"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0" w:type="dxa"/>
            </w:tcMar>
            <w:hideMark/>
          </w:tcPr>
          <w:p w14:paraId="19A84237" w14:textId="77777777" w:rsidR="001D445C" w:rsidRPr="00762C1D" w:rsidRDefault="001D445C" w:rsidP="00276482">
            <w:pPr>
              <w:spacing w:line="278" w:lineRule="auto"/>
              <w:rPr>
                <w:rFonts w:cs="Times New Roman"/>
                <w:szCs w:val="26"/>
              </w:rPr>
            </w:pPr>
            <w:r w:rsidRPr="00762C1D">
              <w:rPr>
                <w:rFonts w:cs="Times New Roman"/>
                <w:b/>
                <w:bCs/>
                <w:szCs w:val="26"/>
              </w:rPr>
              <w:t> </w:t>
            </w:r>
          </w:p>
        </w:tc>
      </w:tr>
      <w:tr w:rsidR="001D445C" w:rsidRPr="00762C1D" w14:paraId="7C8A8752" w14:textId="77777777" w:rsidTr="00276482">
        <w:tc>
          <w:tcPr>
            <w:tcW w:w="1665" w:type="dxa"/>
            <w:shd w:val="clear" w:color="auto" w:fill="FFFFFF"/>
            <w:tcMar>
              <w:top w:w="75" w:type="dxa"/>
              <w:left w:w="0" w:type="dxa"/>
              <w:bottom w:w="75" w:type="dxa"/>
              <w:right w:w="75" w:type="dxa"/>
            </w:tcMar>
            <w:hideMark/>
          </w:tcPr>
          <w:p w14:paraId="2CDF3071" w14:textId="77777777" w:rsidR="001D445C" w:rsidRPr="00762C1D" w:rsidRDefault="001D445C" w:rsidP="00276482">
            <w:pPr>
              <w:spacing w:line="278" w:lineRule="auto"/>
              <w:rPr>
                <w:rFonts w:cs="Times New Roman"/>
                <w:szCs w:val="26"/>
              </w:rPr>
            </w:pPr>
            <w:r w:rsidRPr="00762C1D">
              <w:rPr>
                <w:rFonts w:cs="Times New Roman"/>
                <w:b/>
                <w:bCs/>
                <w:szCs w:val="26"/>
              </w:rPr>
              <w:t>Chính trị</w:t>
            </w:r>
          </w:p>
        </w:tc>
        <w:tc>
          <w:tcPr>
            <w:tcW w:w="2160" w:type="dxa"/>
            <w:shd w:val="clear" w:color="auto" w:fill="FFFFFF"/>
            <w:tcMar>
              <w:top w:w="75" w:type="dxa"/>
              <w:left w:w="75" w:type="dxa"/>
              <w:bottom w:w="75" w:type="dxa"/>
              <w:right w:w="75" w:type="dxa"/>
            </w:tcMar>
            <w:hideMark/>
          </w:tcPr>
          <w:p w14:paraId="0952184D"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2D7AECC2"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5FD99D73"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0" w:type="dxa"/>
            </w:tcMar>
            <w:hideMark/>
          </w:tcPr>
          <w:p w14:paraId="3A7A2FDA" w14:textId="77777777" w:rsidR="001D445C" w:rsidRPr="00762C1D" w:rsidRDefault="001D445C" w:rsidP="00276482">
            <w:pPr>
              <w:spacing w:line="278" w:lineRule="auto"/>
              <w:rPr>
                <w:rFonts w:cs="Times New Roman"/>
                <w:szCs w:val="26"/>
              </w:rPr>
            </w:pPr>
            <w:r w:rsidRPr="00762C1D">
              <w:rPr>
                <w:rFonts w:cs="Times New Roman"/>
                <w:b/>
                <w:bCs/>
                <w:szCs w:val="26"/>
              </w:rPr>
              <w:t> </w:t>
            </w:r>
          </w:p>
        </w:tc>
      </w:tr>
      <w:tr w:rsidR="001D445C" w:rsidRPr="00762C1D" w14:paraId="45AA79D5" w14:textId="77777777" w:rsidTr="00276482">
        <w:tc>
          <w:tcPr>
            <w:tcW w:w="1665" w:type="dxa"/>
            <w:shd w:val="clear" w:color="auto" w:fill="FFFFFF"/>
            <w:tcMar>
              <w:top w:w="75" w:type="dxa"/>
              <w:left w:w="0" w:type="dxa"/>
              <w:bottom w:w="75" w:type="dxa"/>
              <w:right w:w="75" w:type="dxa"/>
            </w:tcMar>
            <w:hideMark/>
          </w:tcPr>
          <w:p w14:paraId="69765FC7" w14:textId="77777777" w:rsidR="001D445C" w:rsidRPr="00762C1D" w:rsidRDefault="001D445C" w:rsidP="00276482">
            <w:pPr>
              <w:spacing w:line="278" w:lineRule="auto"/>
              <w:rPr>
                <w:rFonts w:cs="Times New Roman"/>
                <w:szCs w:val="26"/>
              </w:rPr>
            </w:pPr>
            <w:r w:rsidRPr="00762C1D">
              <w:rPr>
                <w:rFonts w:cs="Times New Roman"/>
                <w:b/>
                <w:bCs/>
                <w:szCs w:val="26"/>
              </w:rPr>
              <w:t>Xã hội</w:t>
            </w:r>
          </w:p>
        </w:tc>
        <w:tc>
          <w:tcPr>
            <w:tcW w:w="2160" w:type="dxa"/>
            <w:shd w:val="clear" w:color="auto" w:fill="FFFFFF"/>
            <w:tcMar>
              <w:top w:w="75" w:type="dxa"/>
              <w:left w:w="75" w:type="dxa"/>
              <w:bottom w:w="75" w:type="dxa"/>
              <w:right w:w="75" w:type="dxa"/>
            </w:tcMar>
            <w:hideMark/>
          </w:tcPr>
          <w:p w14:paraId="7D455365"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679D3E6D"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1670DBCE"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0" w:type="dxa"/>
            </w:tcMar>
            <w:hideMark/>
          </w:tcPr>
          <w:p w14:paraId="02AD1926" w14:textId="77777777" w:rsidR="001D445C" w:rsidRPr="00762C1D" w:rsidRDefault="001D445C" w:rsidP="00276482">
            <w:pPr>
              <w:spacing w:line="278" w:lineRule="auto"/>
              <w:rPr>
                <w:rFonts w:cs="Times New Roman"/>
                <w:szCs w:val="26"/>
              </w:rPr>
            </w:pPr>
            <w:r w:rsidRPr="00762C1D">
              <w:rPr>
                <w:rFonts w:cs="Times New Roman"/>
                <w:b/>
                <w:bCs/>
                <w:szCs w:val="26"/>
              </w:rPr>
              <w:t> </w:t>
            </w:r>
          </w:p>
        </w:tc>
      </w:tr>
      <w:tr w:rsidR="001D445C" w:rsidRPr="00762C1D" w14:paraId="62EA8864" w14:textId="77777777" w:rsidTr="00276482">
        <w:tc>
          <w:tcPr>
            <w:tcW w:w="1665" w:type="dxa"/>
            <w:shd w:val="clear" w:color="auto" w:fill="FFFFFF"/>
            <w:tcMar>
              <w:top w:w="75" w:type="dxa"/>
              <w:left w:w="0" w:type="dxa"/>
              <w:bottom w:w="75" w:type="dxa"/>
              <w:right w:w="75" w:type="dxa"/>
            </w:tcMar>
            <w:hideMark/>
          </w:tcPr>
          <w:p w14:paraId="3810AE9B" w14:textId="77777777" w:rsidR="001D445C" w:rsidRPr="00762C1D" w:rsidRDefault="001D445C" w:rsidP="00276482">
            <w:pPr>
              <w:spacing w:line="278" w:lineRule="auto"/>
              <w:rPr>
                <w:rFonts w:cs="Times New Roman"/>
                <w:szCs w:val="26"/>
              </w:rPr>
            </w:pPr>
            <w:r w:rsidRPr="00762C1D">
              <w:rPr>
                <w:rFonts w:cs="Times New Roman"/>
                <w:b/>
                <w:bCs/>
                <w:szCs w:val="26"/>
              </w:rPr>
              <w:t>Tư tưởng</w:t>
            </w:r>
          </w:p>
        </w:tc>
        <w:tc>
          <w:tcPr>
            <w:tcW w:w="2160" w:type="dxa"/>
            <w:shd w:val="clear" w:color="auto" w:fill="FFFFFF"/>
            <w:tcMar>
              <w:top w:w="75" w:type="dxa"/>
              <w:left w:w="75" w:type="dxa"/>
              <w:bottom w:w="75" w:type="dxa"/>
              <w:right w:w="75" w:type="dxa"/>
            </w:tcMar>
            <w:hideMark/>
          </w:tcPr>
          <w:p w14:paraId="73075310"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7B0A7615"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75" w:type="dxa"/>
            </w:tcMar>
            <w:hideMark/>
          </w:tcPr>
          <w:p w14:paraId="5B610BC6" w14:textId="77777777" w:rsidR="001D445C" w:rsidRPr="00762C1D" w:rsidRDefault="001D445C" w:rsidP="00276482">
            <w:pPr>
              <w:spacing w:line="278" w:lineRule="auto"/>
              <w:rPr>
                <w:rFonts w:cs="Times New Roman"/>
                <w:szCs w:val="26"/>
              </w:rPr>
            </w:pPr>
            <w:r w:rsidRPr="00762C1D">
              <w:rPr>
                <w:rFonts w:cs="Times New Roman"/>
                <w:b/>
                <w:bCs/>
                <w:szCs w:val="26"/>
              </w:rPr>
              <w:t> </w:t>
            </w:r>
          </w:p>
        </w:tc>
        <w:tc>
          <w:tcPr>
            <w:tcW w:w="1920" w:type="dxa"/>
            <w:shd w:val="clear" w:color="auto" w:fill="FFFFFF"/>
            <w:tcMar>
              <w:top w:w="75" w:type="dxa"/>
              <w:left w:w="75" w:type="dxa"/>
              <w:bottom w:w="75" w:type="dxa"/>
              <w:right w:w="0" w:type="dxa"/>
            </w:tcMar>
            <w:hideMark/>
          </w:tcPr>
          <w:p w14:paraId="350D866B" w14:textId="77777777" w:rsidR="001D445C" w:rsidRPr="00762C1D" w:rsidRDefault="001D445C" w:rsidP="00276482">
            <w:pPr>
              <w:spacing w:line="278" w:lineRule="auto"/>
              <w:rPr>
                <w:rFonts w:cs="Times New Roman"/>
                <w:szCs w:val="26"/>
              </w:rPr>
            </w:pPr>
            <w:r w:rsidRPr="00762C1D">
              <w:rPr>
                <w:rFonts w:cs="Times New Roman"/>
                <w:b/>
                <w:bCs/>
                <w:szCs w:val="26"/>
              </w:rPr>
              <w:t> </w:t>
            </w:r>
          </w:p>
        </w:tc>
      </w:tr>
    </w:tbl>
    <w:p w14:paraId="5A7F5625" w14:textId="77777777" w:rsidR="001D445C" w:rsidRPr="00762C1D" w:rsidRDefault="001D445C" w:rsidP="001D445C">
      <w:pPr>
        <w:spacing w:line="278" w:lineRule="auto"/>
        <w:rPr>
          <w:rFonts w:cs="Times New Roman"/>
          <w:szCs w:val="26"/>
        </w:rPr>
      </w:pPr>
      <w:r w:rsidRPr="00762C1D">
        <w:rPr>
          <w:rFonts w:cs="Times New Roman"/>
          <w:b/>
          <w:bCs/>
          <w:szCs w:val="26"/>
        </w:rPr>
        <w:t>Bước 2: HS tiếp nhận, thực hiện nhiệm vụ học tập</w:t>
      </w:r>
    </w:p>
    <w:p w14:paraId="62189FE8" w14:textId="77777777" w:rsidR="001D445C" w:rsidRPr="00762C1D" w:rsidRDefault="001D445C" w:rsidP="001D445C">
      <w:pPr>
        <w:spacing w:line="278" w:lineRule="auto"/>
        <w:rPr>
          <w:rFonts w:cs="Times New Roman"/>
          <w:szCs w:val="26"/>
        </w:rPr>
      </w:pPr>
      <w:r w:rsidRPr="00762C1D">
        <w:rPr>
          <w:rFonts w:cs="Times New Roman"/>
          <w:szCs w:val="26"/>
        </w:rPr>
        <w:t>- HS thảo luận nhóm, vận dụng kiến thức đã học, hoàn thành bảng theo mẫu.</w:t>
      </w:r>
    </w:p>
    <w:p w14:paraId="65BB78A5" w14:textId="77777777" w:rsidR="001D445C" w:rsidRPr="00762C1D" w:rsidRDefault="001D445C" w:rsidP="001D445C">
      <w:pPr>
        <w:spacing w:line="278" w:lineRule="auto"/>
        <w:rPr>
          <w:rFonts w:cs="Times New Roman"/>
          <w:szCs w:val="26"/>
        </w:rPr>
      </w:pPr>
      <w:r w:rsidRPr="00762C1D">
        <w:rPr>
          <w:rFonts w:cs="Times New Roman"/>
          <w:szCs w:val="26"/>
        </w:rPr>
        <w:t>- GV quan sát, hướng dẫn, hỗ trợ HS (nếu cần thiết).</w:t>
      </w:r>
    </w:p>
    <w:p w14:paraId="64104B53" w14:textId="77777777" w:rsidR="001D445C" w:rsidRPr="00762C1D" w:rsidRDefault="001D445C" w:rsidP="001D445C">
      <w:pPr>
        <w:spacing w:line="278" w:lineRule="auto"/>
        <w:rPr>
          <w:rFonts w:cs="Times New Roman"/>
          <w:szCs w:val="26"/>
        </w:rPr>
      </w:pPr>
      <w:r w:rsidRPr="00762C1D">
        <w:rPr>
          <w:rFonts w:cs="Times New Roman"/>
          <w:b/>
          <w:bCs/>
          <w:szCs w:val="26"/>
        </w:rPr>
        <w:t>Bước 3: Báo cáo kết quả hoạt động, thảo luận</w:t>
      </w:r>
    </w:p>
    <w:p w14:paraId="602692E1" w14:textId="77777777" w:rsidR="001D445C" w:rsidRPr="00762C1D" w:rsidRDefault="001D445C" w:rsidP="001D445C">
      <w:pPr>
        <w:spacing w:line="278" w:lineRule="auto"/>
        <w:rPr>
          <w:rFonts w:cs="Times New Roman"/>
          <w:szCs w:val="26"/>
        </w:rPr>
      </w:pPr>
      <w:r w:rsidRPr="00762C1D">
        <w:rPr>
          <w:rFonts w:cs="Times New Roman"/>
          <w:szCs w:val="26"/>
        </w:rPr>
        <w:lastRenderedPageBreak/>
        <w:t>- GV mời đai diện 4 nhóm lần lượt trình bày những tiền đề của các cuộc cách sản tiêu biểu theo mẫu.</w:t>
      </w:r>
    </w:p>
    <w:p w14:paraId="42DDB8E0" w14:textId="77777777" w:rsidR="001D445C" w:rsidRPr="00762C1D" w:rsidRDefault="001D445C" w:rsidP="001D445C">
      <w:pPr>
        <w:spacing w:line="278" w:lineRule="auto"/>
        <w:rPr>
          <w:rFonts w:cs="Times New Roman"/>
          <w:szCs w:val="26"/>
        </w:rPr>
      </w:pPr>
      <w:r w:rsidRPr="00762C1D">
        <w:rPr>
          <w:rFonts w:cs="Times New Roman"/>
          <w:szCs w:val="26"/>
        </w:rPr>
        <w:t>- GV yêu cầu các HS khác lắng nghe, nhận xét, bổ sung ý kiến (nếu có).</w:t>
      </w:r>
    </w:p>
    <w:p w14:paraId="4F0A3BDF" w14:textId="77777777" w:rsidR="001D445C" w:rsidRPr="00762C1D" w:rsidRDefault="001D445C" w:rsidP="001D445C">
      <w:pPr>
        <w:spacing w:line="278" w:lineRule="auto"/>
        <w:rPr>
          <w:rFonts w:cs="Times New Roman"/>
          <w:szCs w:val="26"/>
        </w:rPr>
      </w:pPr>
      <w:r w:rsidRPr="00762C1D">
        <w:rPr>
          <w:rFonts w:cs="Times New Roman"/>
          <w:b/>
          <w:bCs/>
          <w:szCs w:val="26"/>
        </w:rPr>
        <w:t>Bước 4: Đánh giá kết quả thực hiện nhiệm vụ học tập</w:t>
      </w:r>
    </w:p>
    <w:p w14:paraId="56A7B353" w14:textId="77777777" w:rsidR="001D445C" w:rsidRPr="00762C1D" w:rsidRDefault="001D445C" w:rsidP="001D445C">
      <w:pPr>
        <w:spacing w:line="278" w:lineRule="auto"/>
        <w:rPr>
          <w:rFonts w:cs="Times New Roman"/>
          <w:szCs w:val="26"/>
        </w:rPr>
      </w:pPr>
      <w:r w:rsidRPr="00762C1D">
        <w:rPr>
          <w:rFonts w:cs="Times New Roman"/>
          <w:szCs w:val="26"/>
        </w:rPr>
        <w:t>- GV nhận xét, đánh giá và chốt đáp án.</w:t>
      </w:r>
    </w:p>
    <w:p w14:paraId="7A9764C5" w14:textId="77777777" w:rsidR="001D445C" w:rsidRPr="00762C1D" w:rsidRDefault="001D445C" w:rsidP="001D445C">
      <w:pPr>
        <w:rPr>
          <w:rFonts w:cs="Times New Roman"/>
          <w:szCs w:val="26"/>
        </w:rPr>
      </w:pPr>
    </w:p>
    <w:p w14:paraId="67647CAC" w14:textId="77777777" w:rsidR="001D445C" w:rsidRDefault="001D445C" w:rsidP="003C7DF1">
      <w:pPr>
        <w:rPr>
          <w:b/>
          <w:sz w:val="28"/>
          <w:szCs w:val="28"/>
          <w:lang w:val="vi-VN"/>
        </w:rPr>
      </w:pPr>
    </w:p>
    <w:p w14:paraId="63E95208" w14:textId="2C983CE2" w:rsidR="003C7DF1" w:rsidRDefault="003C7DF1" w:rsidP="003C7DF1">
      <w:pPr>
        <w:rPr>
          <w:b/>
          <w:sz w:val="28"/>
          <w:szCs w:val="28"/>
          <w:lang w:val="vi-VN"/>
        </w:rPr>
      </w:pPr>
      <w:r>
        <w:rPr>
          <w:b/>
          <w:sz w:val="28"/>
          <w:szCs w:val="28"/>
          <w:lang w:val="vi-VN"/>
        </w:rPr>
        <w:t xml:space="preserve">Tuần </w:t>
      </w:r>
      <w:r w:rsidR="00DB0532">
        <w:rPr>
          <w:b/>
          <w:sz w:val="28"/>
          <w:szCs w:val="28"/>
          <w:lang w:val="vi-VN"/>
        </w:rPr>
        <w:t>8</w:t>
      </w:r>
      <w:r>
        <w:rPr>
          <w:b/>
          <w:sz w:val="28"/>
          <w:szCs w:val="28"/>
          <w:lang w:val="vi-VN"/>
        </w:rPr>
        <w:t xml:space="preserve">,- Tiết </w:t>
      </w:r>
      <w:r w:rsidR="00DB0532">
        <w:rPr>
          <w:b/>
          <w:sz w:val="28"/>
          <w:szCs w:val="28"/>
          <w:lang w:val="vi-VN"/>
        </w:rPr>
        <w:t>8</w:t>
      </w:r>
      <w:r>
        <w:rPr>
          <w:b/>
          <w:sz w:val="28"/>
          <w:szCs w:val="28"/>
          <w:lang w:val="vi-VN"/>
        </w:rPr>
        <w:t xml:space="preserve">                                                             NS: </w:t>
      </w:r>
      <w:r w:rsidR="00A80EB9">
        <w:rPr>
          <w:b/>
          <w:sz w:val="28"/>
          <w:szCs w:val="28"/>
          <w:lang w:val="vi-VN"/>
        </w:rPr>
        <w:t>3</w:t>
      </w:r>
      <w:r>
        <w:rPr>
          <w:b/>
          <w:sz w:val="28"/>
          <w:szCs w:val="28"/>
          <w:lang w:val="vi-VN"/>
        </w:rPr>
        <w:t>/</w:t>
      </w:r>
      <w:r w:rsidR="00A80EB9">
        <w:rPr>
          <w:b/>
          <w:sz w:val="28"/>
          <w:szCs w:val="28"/>
          <w:lang w:val="vi-VN"/>
        </w:rPr>
        <w:t>10</w:t>
      </w:r>
      <w:r>
        <w:rPr>
          <w:b/>
          <w:sz w:val="28"/>
          <w:szCs w:val="28"/>
          <w:lang w:val="vi-VN"/>
        </w:rPr>
        <w:t>/2026</w:t>
      </w:r>
    </w:p>
    <w:p w14:paraId="4BB8CF2C" w14:textId="77777777" w:rsidR="00A06E27" w:rsidRPr="00A06E27" w:rsidRDefault="00A06E27">
      <w:pPr>
        <w:rPr>
          <w:rFonts w:cs="Times New Roman"/>
          <w:i/>
          <w:iCs/>
          <w:sz w:val="28"/>
          <w:szCs w:val="28"/>
        </w:rPr>
      </w:pPr>
    </w:p>
    <w:p w14:paraId="7ADC283D" w14:textId="77777777" w:rsidR="00937565" w:rsidRPr="00A06E27" w:rsidRDefault="006E6AAD">
      <w:pPr>
        <w:jc w:val="center"/>
        <w:rPr>
          <w:rFonts w:cs="Times New Roman"/>
          <w:sz w:val="28"/>
          <w:szCs w:val="28"/>
        </w:rPr>
      </w:pPr>
      <w:r w:rsidRPr="00A06E27">
        <w:rPr>
          <w:rFonts w:cs="Times New Roman"/>
          <w:b/>
          <w:sz w:val="28"/>
          <w:szCs w:val="28"/>
        </w:rPr>
        <w:t>BÀI 3. SỰ HÌNH THÀNH LIÊN BANG CỘNG HÒA XÃ HỘI CHỦ NGHĨA XÔ VIẾT</w:t>
      </w:r>
    </w:p>
    <w:p w14:paraId="6B009967" w14:textId="77777777" w:rsidR="00937565" w:rsidRPr="00A06E27" w:rsidRDefault="006E6AAD">
      <w:pPr>
        <w:pStyle w:val="GAHeading1"/>
        <w:keepNext/>
        <w:rPr>
          <w:rFonts w:cs="Times New Roman"/>
          <w:szCs w:val="28"/>
        </w:rPr>
      </w:pPr>
      <w:r w:rsidRPr="00A06E27">
        <w:rPr>
          <w:rFonts w:cs="Times New Roman"/>
          <w:szCs w:val="28"/>
        </w:rPr>
        <w:t>I. MỤC ĐÍCH, YÊU CẦU</w:t>
      </w:r>
    </w:p>
    <w:p w14:paraId="1109FE54" w14:textId="77777777" w:rsidR="00937565" w:rsidRPr="00A06E27" w:rsidRDefault="006E6AAD">
      <w:pPr>
        <w:pStyle w:val="GAHeading2"/>
        <w:keepNext/>
        <w:rPr>
          <w:rFonts w:cs="Times New Roman"/>
          <w:sz w:val="28"/>
          <w:szCs w:val="28"/>
        </w:rPr>
      </w:pPr>
      <w:r w:rsidRPr="00A06E27">
        <w:rPr>
          <w:rFonts w:cs="Times New Roman"/>
          <w:sz w:val="28"/>
          <w:szCs w:val="28"/>
        </w:rPr>
        <w:t>1. Về kiến thức</w:t>
      </w:r>
    </w:p>
    <w:p w14:paraId="476EA45F" w14:textId="77777777" w:rsidR="00937565" w:rsidRPr="00A06E27" w:rsidRDefault="006E6AAD">
      <w:pPr>
        <w:jc w:val="both"/>
        <w:rPr>
          <w:rFonts w:cs="Times New Roman"/>
          <w:sz w:val="28"/>
          <w:szCs w:val="28"/>
        </w:rPr>
      </w:pPr>
      <w:r w:rsidRPr="00A06E27">
        <w:rPr>
          <w:rFonts w:cs="Times New Roman"/>
          <w:sz w:val="28"/>
          <w:szCs w:val="28"/>
        </w:rPr>
        <w:t>- Trình bày được quá trình hình thành Liên bang Cộng hòa xã hội chủ nghĩa Xô viết.</w:t>
      </w:r>
    </w:p>
    <w:p w14:paraId="7AA4B1C4" w14:textId="77777777" w:rsidR="00937565" w:rsidRPr="00A06E27" w:rsidRDefault="006E6AAD">
      <w:pPr>
        <w:jc w:val="both"/>
        <w:rPr>
          <w:rFonts w:cs="Times New Roman"/>
          <w:sz w:val="28"/>
          <w:szCs w:val="28"/>
        </w:rPr>
      </w:pPr>
      <w:r w:rsidRPr="00A06E27">
        <w:rPr>
          <w:rFonts w:cs="Times New Roman"/>
          <w:sz w:val="28"/>
          <w:szCs w:val="28"/>
        </w:rPr>
        <w:t>- Phân tích được ý nghĩa trong nước và ý nghĩa quốc tế của sự ra đời Liên bang Cộng hòa xã hội chủ nghĩa Xô viết.</w:t>
      </w:r>
    </w:p>
    <w:p w14:paraId="1B44A391" w14:textId="77777777" w:rsidR="00937565" w:rsidRPr="00A06E27" w:rsidRDefault="006E6AAD">
      <w:pPr>
        <w:jc w:val="both"/>
        <w:rPr>
          <w:rFonts w:cs="Times New Roman"/>
          <w:sz w:val="28"/>
          <w:szCs w:val="28"/>
        </w:rPr>
      </w:pPr>
      <w:r w:rsidRPr="00A06E27">
        <w:rPr>
          <w:rFonts w:cs="Times New Roman"/>
          <w:sz w:val="28"/>
          <w:szCs w:val="28"/>
        </w:rPr>
        <w:t>- Nêu được vai trò của V. I. Lê-nin, Chính quyền Xô viết và tinh thần đoàn kết giữa các dân tộc trong quá trình thành lập Liên Xô.</w:t>
      </w:r>
    </w:p>
    <w:p w14:paraId="3343B2CA" w14:textId="77777777" w:rsidR="00937565" w:rsidRPr="00A06E27" w:rsidRDefault="006E6AAD">
      <w:pPr>
        <w:jc w:val="both"/>
        <w:rPr>
          <w:rFonts w:cs="Times New Roman"/>
          <w:sz w:val="28"/>
          <w:szCs w:val="28"/>
        </w:rPr>
      </w:pPr>
      <w:r w:rsidRPr="00A06E27">
        <w:rPr>
          <w:rFonts w:cs="Times New Roman"/>
          <w:sz w:val="28"/>
          <w:szCs w:val="28"/>
        </w:rPr>
        <w:t>- Giải thích được vì sao sự ra đời Liên bang Cộng hòa xã hội chủ nghĩa Xô viết là một sự kiện có ý nghĩa lớn đối với lịch sử thế giới.</w:t>
      </w:r>
    </w:p>
    <w:p w14:paraId="472EC34D" w14:textId="77777777" w:rsidR="00937565" w:rsidRPr="00A06E27" w:rsidRDefault="006E6AAD">
      <w:pPr>
        <w:pStyle w:val="GAHeading2"/>
        <w:keepNext/>
        <w:rPr>
          <w:rFonts w:cs="Times New Roman"/>
          <w:sz w:val="28"/>
          <w:szCs w:val="28"/>
        </w:rPr>
      </w:pPr>
      <w:r w:rsidRPr="00A06E27">
        <w:rPr>
          <w:rFonts w:cs="Times New Roman"/>
          <w:sz w:val="28"/>
          <w:szCs w:val="28"/>
        </w:rPr>
        <w:t>2. Về kĩ năng, năng lực</w:t>
      </w:r>
    </w:p>
    <w:p w14:paraId="68074B98" w14:textId="77777777" w:rsidR="00937565" w:rsidRPr="00A06E27" w:rsidRDefault="006E6AAD">
      <w:pPr>
        <w:jc w:val="both"/>
        <w:rPr>
          <w:rFonts w:cs="Times New Roman"/>
          <w:sz w:val="28"/>
          <w:szCs w:val="28"/>
        </w:rPr>
      </w:pPr>
      <w:r w:rsidRPr="00A06E27">
        <w:rPr>
          <w:rFonts w:cs="Times New Roman"/>
          <w:sz w:val="28"/>
          <w:szCs w:val="28"/>
        </w:rPr>
        <w:t>- Nhận diện, sưu tầm và khai thác được tư liệu viết, tranh ảnh, biểu tượng quốc gia và thông tin lịch sử trong bài học.</w:t>
      </w:r>
    </w:p>
    <w:p w14:paraId="7AEBF243" w14:textId="77777777" w:rsidR="00937565" w:rsidRPr="00A06E27" w:rsidRDefault="006E6AAD">
      <w:pPr>
        <w:jc w:val="both"/>
        <w:rPr>
          <w:rFonts w:cs="Times New Roman"/>
          <w:sz w:val="28"/>
          <w:szCs w:val="28"/>
        </w:rPr>
      </w:pPr>
      <w:r w:rsidRPr="00A06E27">
        <w:rPr>
          <w:rFonts w:cs="Times New Roman"/>
          <w:sz w:val="28"/>
          <w:szCs w:val="28"/>
        </w:rPr>
        <w:t>- Phát triển năng lực tìm hiểu lịch sử qua việc xác định các mốc chính từ thắng lợi Cách mạng tháng Mười Nga đến khi hoàn thành quá trình thành lập Liên Xô.</w:t>
      </w:r>
    </w:p>
    <w:p w14:paraId="48B9F1B2" w14:textId="77777777" w:rsidR="00937565" w:rsidRPr="00A06E27" w:rsidRDefault="006E6AAD">
      <w:pPr>
        <w:jc w:val="both"/>
        <w:rPr>
          <w:rFonts w:cs="Times New Roman"/>
          <w:sz w:val="28"/>
          <w:szCs w:val="28"/>
        </w:rPr>
      </w:pPr>
      <w:r w:rsidRPr="00A06E27">
        <w:rPr>
          <w:rFonts w:cs="Times New Roman"/>
          <w:sz w:val="28"/>
          <w:szCs w:val="28"/>
        </w:rPr>
        <w:t>- Phát triển năng lực nhận thức và tư duy lịch sử qua việc phân tích mối quan hệ giữa nhu cầu đoàn kết các nước Cộng hòa Xô viết với sự hình thành nhà nước liên bang.</w:t>
      </w:r>
    </w:p>
    <w:p w14:paraId="207A0F29" w14:textId="77777777" w:rsidR="00937565" w:rsidRPr="00A06E27" w:rsidRDefault="006E6AAD">
      <w:pPr>
        <w:jc w:val="both"/>
        <w:rPr>
          <w:rFonts w:cs="Times New Roman"/>
          <w:sz w:val="28"/>
          <w:szCs w:val="28"/>
        </w:rPr>
      </w:pPr>
      <w:r w:rsidRPr="00A06E27">
        <w:rPr>
          <w:rFonts w:cs="Times New Roman"/>
          <w:sz w:val="28"/>
          <w:szCs w:val="28"/>
        </w:rPr>
        <w:t>- Phát triển năng lực vận dụng kiến thức lịch sử để giải thích giá trị của tinh thần bình đẳng, hợp tác, đoàn kết giữa các dân tộc.</w:t>
      </w:r>
    </w:p>
    <w:p w14:paraId="05A4550A" w14:textId="77777777" w:rsidR="00937565" w:rsidRPr="00A06E27" w:rsidRDefault="006E6AAD">
      <w:pPr>
        <w:jc w:val="both"/>
        <w:rPr>
          <w:rFonts w:cs="Times New Roman"/>
          <w:sz w:val="28"/>
          <w:szCs w:val="28"/>
        </w:rPr>
      </w:pPr>
      <w:r w:rsidRPr="00A06E27">
        <w:rPr>
          <w:rFonts w:cs="Times New Roman"/>
          <w:sz w:val="28"/>
          <w:szCs w:val="28"/>
        </w:rPr>
        <w:t>- Rèn luyện năng lực tự học, giao tiếp, hợp tác, thuyết trình, phản biện và giải quyết vấn đề.</w:t>
      </w:r>
    </w:p>
    <w:p w14:paraId="37D5395C" w14:textId="77777777" w:rsidR="004474A1" w:rsidRPr="00A06E27" w:rsidRDefault="006E6AAD">
      <w:pPr>
        <w:jc w:val="both"/>
        <w:rPr>
          <w:rFonts w:cs="Times New Roman"/>
          <w:color w:val="FF0000"/>
          <w:sz w:val="28"/>
          <w:szCs w:val="28"/>
        </w:rPr>
      </w:pPr>
      <w:r w:rsidRPr="00A06E27">
        <w:rPr>
          <w:rFonts w:cs="Times New Roman"/>
          <w:b/>
          <w:color w:val="FF0000"/>
          <w:sz w:val="28"/>
          <w:szCs w:val="28"/>
        </w:rPr>
        <w:t xml:space="preserve">- [1.1-NC1-b] - </w:t>
      </w:r>
      <w:r w:rsidRPr="00A06E27">
        <w:rPr>
          <w:rFonts w:cs="Times New Roman"/>
          <w:color w:val="FF0000"/>
          <w:sz w:val="28"/>
          <w:szCs w:val="28"/>
        </w:rPr>
        <w:t>Duyệt, tìm kiếm và lọc dữ liệu, thông tin và nội dung số: Áp dụng được kĩ thuật tìm kiếm để lấy được dữ liệu, thông tin và nội dung trong môi trường số.</w:t>
      </w:r>
    </w:p>
    <w:p w14:paraId="0A06569E" w14:textId="77777777" w:rsidR="004474A1" w:rsidRPr="00A06E27" w:rsidRDefault="006E6AAD">
      <w:pPr>
        <w:jc w:val="both"/>
        <w:rPr>
          <w:rFonts w:cs="Times New Roman"/>
          <w:color w:val="FF0000"/>
          <w:sz w:val="28"/>
          <w:szCs w:val="28"/>
        </w:rPr>
      </w:pPr>
      <w:r w:rsidRPr="00A06E27">
        <w:rPr>
          <w:rFonts w:cs="Times New Roman"/>
          <w:b/>
          <w:color w:val="FF0000"/>
          <w:sz w:val="28"/>
          <w:szCs w:val="28"/>
        </w:rPr>
        <w:lastRenderedPageBreak/>
        <w:t xml:space="preserve">- [1.2-NC1-a/b] - </w:t>
      </w:r>
      <w:r w:rsidRPr="00A06E27">
        <w:rPr>
          <w:rFonts w:cs="Times New Roman"/>
          <w:color w:val="FF0000"/>
          <w:sz w:val="28"/>
          <w:szCs w:val="28"/>
        </w:rPr>
        <w:t>Đánh giá dữ liệu, thông tin và nội dung số: Thực hiện đánh giá độ tin cậy, tính xác thực của nguồn; tiến hành đánh giá các dữ liệu, thông tin và nội dung số khác nhau.</w:t>
      </w:r>
    </w:p>
    <w:p w14:paraId="303596DC" w14:textId="77777777" w:rsidR="004474A1" w:rsidRPr="00A06E27" w:rsidRDefault="006E6AAD">
      <w:pPr>
        <w:jc w:val="both"/>
        <w:rPr>
          <w:rFonts w:cs="Times New Roman"/>
          <w:color w:val="FF0000"/>
          <w:sz w:val="28"/>
          <w:szCs w:val="28"/>
        </w:rPr>
      </w:pPr>
      <w:r w:rsidRPr="00A06E27">
        <w:rPr>
          <w:rFonts w:cs="Times New Roman"/>
          <w:b/>
          <w:color w:val="FF0000"/>
          <w:sz w:val="28"/>
          <w:szCs w:val="28"/>
        </w:rPr>
        <w:t xml:space="preserve">- [3.1-NC1-a] - </w:t>
      </w:r>
      <w:r w:rsidRPr="00A06E27">
        <w:rPr>
          <w:rFonts w:cs="Times New Roman"/>
          <w:color w:val="FF0000"/>
          <w:sz w:val="28"/>
          <w:szCs w:val="28"/>
        </w:rPr>
        <w:t>Phát triển nội dung số: Áp dụng được các cách tạo và chỉnh sửa nội dung ở các định dạng khác nhau.</w:t>
      </w:r>
    </w:p>
    <w:p w14:paraId="12E936E3" w14:textId="77777777" w:rsidR="004474A1" w:rsidRPr="00A06E27" w:rsidRDefault="006E6AAD">
      <w:pPr>
        <w:jc w:val="both"/>
        <w:rPr>
          <w:rFonts w:cs="Times New Roman"/>
          <w:color w:val="FF0000"/>
          <w:sz w:val="28"/>
          <w:szCs w:val="28"/>
        </w:rPr>
      </w:pPr>
      <w:r w:rsidRPr="00A06E27">
        <w:rPr>
          <w:rFonts w:cs="Times New Roman"/>
          <w:b/>
          <w:color w:val="FF0000"/>
          <w:sz w:val="28"/>
          <w:szCs w:val="28"/>
        </w:rPr>
        <w:t xml:space="preserve">- [5.2-NC1-b] - </w:t>
      </w:r>
      <w:r w:rsidRPr="00A06E27">
        <w:rPr>
          <w:rFonts w:cs="Times New Roman"/>
          <w:color w:val="FF0000"/>
          <w:sz w:val="28"/>
          <w:szCs w:val="28"/>
        </w:rPr>
        <w:t>Xác định nhu cầu và giải pháp công nghệ: Áp dụng được các công cụ số khác nhau và các giải pháp công nghệ có thể có để giải quyết nhu cầu học tập.</w:t>
      </w:r>
    </w:p>
    <w:p w14:paraId="17EB6873" w14:textId="77777777" w:rsidR="004474A1" w:rsidRPr="00A06E27" w:rsidRDefault="006E6AAD">
      <w:pPr>
        <w:rPr>
          <w:rFonts w:cs="Times New Roman"/>
          <w:sz w:val="28"/>
          <w:szCs w:val="28"/>
        </w:rPr>
      </w:pPr>
      <w:r w:rsidRPr="00A06E27">
        <w:rPr>
          <w:rFonts w:cs="Times New Roman"/>
          <w:b/>
          <w:sz w:val="28"/>
          <w:szCs w:val="28"/>
        </w:rPr>
        <w:t>Bảng định hướng năng lực số tích hợp</w:t>
      </w:r>
    </w:p>
    <w:tbl>
      <w:tblPr>
        <w:tblStyle w:val="TableGrid"/>
        <w:tblW w:w="0" w:type="auto"/>
        <w:jc w:val="center"/>
        <w:tblLook w:val="04A0" w:firstRow="1" w:lastRow="0" w:firstColumn="1" w:lastColumn="0" w:noHBand="0" w:noVBand="1"/>
      </w:tblPr>
      <w:tblGrid>
        <w:gridCol w:w="2339"/>
        <w:gridCol w:w="2339"/>
        <w:gridCol w:w="2339"/>
        <w:gridCol w:w="2339"/>
      </w:tblGrid>
      <w:tr w:rsidR="004474A1" w:rsidRPr="00A06E27" w14:paraId="4AD00F29" w14:textId="77777777">
        <w:trPr>
          <w:cantSplit/>
          <w:tblHeader/>
          <w:jc w:val="center"/>
        </w:trPr>
        <w:tc>
          <w:tcPr>
            <w:tcW w:w="2339" w:type="dxa"/>
            <w:shd w:val="clear" w:color="auto" w:fill="D9EAF7"/>
            <w:vAlign w:val="center"/>
          </w:tcPr>
          <w:p w14:paraId="3D12D048" w14:textId="77777777" w:rsidR="004474A1" w:rsidRPr="00A06E27" w:rsidRDefault="006E6AAD">
            <w:pPr>
              <w:jc w:val="center"/>
              <w:rPr>
                <w:rFonts w:cs="Times New Roman"/>
                <w:sz w:val="28"/>
                <w:szCs w:val="28"/>
              </w:rPr>
            </w:pPr>
            <w:r w:rsidRPr="00A06E27">
              <w:rPr>
                <w:rFonts w:cs="Times New Roman"/>
                <w:b/>
                <w:sz w:val="28"/>
                <w:szCs w:val="28"/>
              </w:rPr>
              <w:t>Miền năng lực</w:t>
            </w:r>
          </w:p>
        </w:tc>
        <w:tc>
          <w:tcPr>
            <w:tcW w:w="2339" w:type="dxa"/>
            <w:shd w:val="clear" w:color="auto" w:fill="D9EAF7"/>
            <w:vAlign w:val="center"/>
          </w:tcPr>
          <w:p w14:paraId="15CD1F18" w14:textId="77777777" w:rsidR="004474A1" w:rsidRPr="00A06E27" w:rsidRDefault="006E6AAD">
            <w:pPr>
              <w:jc w:val="center"/>
              <w:rPr>
                <w:rFonts w:cs="Times New Roman"/>
                <w:sz w:val="28"/>
                <w:szCs w:val="28"/>
              </w:rPr>
            </w:pPr>
            <w:r w:rsidRPr="00A06E27">
              <w:rPr>
                <w:rFonts w:cs="Times New Roman"/>
                <w:b/>
                <w:sz w:val="28"/>
                <w:szCs w:val="28"/>
              </w:rPr>
              <w:t>Mã chỉ báo</w:t>
            </w:r>
          </w:p>
        </w:tc>
        <w:tc>
          <w:tcPr>
            <w:tcW w:w="2339" w:type="dxa"/>
            <w:shd w:val="clear" w:color="auto" w:fill="D9EAF7"/>
            <w:vAlign w:val="center"/>
          </w:tcPr>
          <w:p w14:paraId="792E9363" w14:textId="77777777" w:rsidR="004474A1" w:rsidRPr="00A06E27" w:rsidRDefault="006E6AAD">
            <w:pPr>
              <w:jc w:val="center"/>
              <w:rPr>
                <w:rFonts w:cs="Times New Roman"/>
                <w:sz w:val="28"/>
                <w:szCs w:val="28"/>
              </w:rPr>
            </w:pPr>
            <w:r w:rsidRPr="00A06E27">
              <w:rPr>
                <w:rFonts w:cs="Times New Roman"/>
                <w:b/>
                <w:sz w:val="28"/>
                <w:szCs w:val="28"/>
              </w:rPr>
              <w:t>Mô tả cụ thể trong bài học</w:t>
            </w:r>
          </w:p>
        </w:tc>
        <w:tc>
          <w:tcPr>
            <w:tcW w:w="2339" w:type="dxa"/>
            <w:shd w:val="clear" w:color="auto" w:fill="D9EAF7"/>
            <w:vAlign w:val="center"/>
          </w:tcPr>
          <w:p w14:paraId="0AD93B99" w14:textId="77777777" w:rsidR="004474A1" w:rsidRPr="00A06E27" w:rsidRDefault="006E6AAD">
            <w:pPr>
              <w:jc w:val="center"/>
              <w:rPr>
                <w:rFonts w:cs="Times New Roman"/>
                <w:sz w:val="28"/>
                <w:szCs w:val="28"/>
              </w:rPr>
            </w:pPr>
            <w:r w:rsidRPr="00A06E27">
              <w:rPr>
                <w:rFonts w:cs="Times New Roman"/>
                <w:b/>
                <w:sz w:val="28"/>
                <w:szCs w:val="28"/>
              </w:rPr>
              <w:t>Hoạt động - công cụ - sản phẩm - đánh giá</w:t>
            </w:r>
          </w:p>
        </w:tc>
      </w:tr>
      <w:tr w:rsidR="004474A1" w:rsidRPr="00A06E27" w14:paraId="402CB404" w14:textId="77777777">
        <w:trPr>
          <w:cantSplit/>
          <w:jc w:val="center"/>
        </w:trPr>
        <w:tc>
          <w:tcPr>
            <w:tcW w:w="2339" w:type="dxa"/>
            <w:vAlign w:val="center"/>
          </w:tcPr>
          <w:p w14:paraId="2AE262AD" w14:textId="77777777" w:rsidR="004474A1" w:rsidRPr="00A06E27" w:rsidRDefault="006E6AAD">
            <w:pPr>
              <w:jc w:val="both"/>
              <w:rPr>
                <w:rFonts w:cs="Times New Roman"/>
                <w:sz w:val="28"/>
                <w:szCs w:val="28"/>
              </w:rPr>
            </w:pPr>
            <w:r w:rsidRPr="00A06E27">
              <w:rPr>
                <w:rFonts w:cs="Times New Roman"/>
                <w:sz w:val="28"/>
                <w:szCs w:val="28"/>
              </w:rPr>
              <w:t>Miền 1 - Khai thác dữ liệu và thông tin</w:t>
            </w:r>
          </w:p>
        </w:tc>
        <w:tc>
          <w:tcPr>
            <w:tcW w:w="2339" w:type="dxa"/>
            <w:vAlign w:val="center"/>
          </w:tcPr>
          <w:p w14:paraId="49F044F7" w14:textId="77777777" w:rsidR="004474A1" w:rsidRPr="00A06E27" w:rsidRDefault="006E6AAD">
            <w:pPr>
              <w:jc w:val="both"/>
              <w:rPr>
                <w:rFonts w:cs="Times New Roman"/>
                <w:sz w:val="28"/>
                <w:szCs w:val="28"/>
              </w:rPr>
            </w:pPr>
            <w:r w:rsidRPr="00A06E27">
              <w:rPr>
                <w:rFonts w:cs="Times New Roman"/>
                <w:sz w:val="28"/>
                <w:szCs w:val="28"/>
              </w:rPr>
              <w:t>[1.1-NC1-b]</w:t>
            </w:r>
            <w:r w:rsidRPr="00A06E27">
              <w:rPr>
                <w:rFonts w:cs="Times New Roman"/>
                <w:sz w:val="28"/>
                <w:szCs w:val="28"/>
              </w:rPr>
              <w:br/>
              <w:t>[1.2-NC1-a/b]</w:t>
            </w:r>
          </w:p>
        </w:tc>
        <w:tc>
          <w:tcPr>
            <w:tcW w:w="2339" w:type="dxa"/>
            <w:vAlign w:val="center"/>
          </w:tcPr>
          <w:p w14:paraId="21928176" w14:textId="77777777" w:rsidR="004474A1" w:rsidRPr="00A06E27" w:rsidRDefault="006E6AAD">
            <w:pPr>
              <w:jc w:val="both"/>
              <w:rPr>
                <w:rFonts w:cs="Times New Roman"/>
                <w:sz w:val="28"/>
                <w:szCs w:val="28"/>
              </w:rPr>
            </w:pPr>
            <w:r w:rsidRPr="00A06E27">
              <w:rPr>
                <w:rFonts w:cs="Times New Roman"/>
                <w:sz w:val="28"/>
                <w:szCs w:val="28"/>
              </w:rPr>
              <w:t>HS tìm một nguồn số để kiểm chứng mốc 30-12-1922 hoặc tháng 1-1924; đánh giá nguồn theo chủ thể công bố, thời điểm, bằng chứng và khả năng đối chiếu với SGK.</w:t>
            </w:r>
          </w:p>
        </w:tc>
        <w:tc>
          <w:tcPr>
            <w:tcW w:w="2339" w:type="dxa"/>
            <w:vAlign w:val="center"/>
          </w:tcPr>
          <w:p w14:paraId="0C7D5B85" w14:textId="77777777" w:rsidR="004474A1" w:rsidRPr="00A06E27" w:rsidRDefault="006E6AAD">
            <w:pPr>
              <w:jc w:val="both"/>
              <w:rPr>
                <w:rFonts w:cs="Times New Roman"/>
                <w:sz w:val="28"/>
                <w:szCs w:val="28"/>
              </w:rPr>
            </w:pPr>
            <w:r w:rsidRPr="00A06E27">
              <w:rPr>
                <w:rFonts w:cs="Times New Roman"/>
                <w:sz w:val="28"/>
                <w:szCs w:val="28"/>
              </w:rPr>
              <w:t>Hoạt động 1; trình duyệt/Google Search hoặc đường dẫn GV cung cấp; Phiếu kiểm chứng nguồn; GV đánh giá từ khóa, căn cứ lựa chọn và kết quả đối chiếu.</w:t>
            </w:r>
          </w:p>
        </w:tc>
      </w:tr>
      <w:tr w:rsidR="004474A1" w:rsidRPr="00A06E27" w14:paraId="76B7F1EA" w14:textId="77777777">
        <w:trPr>
          <w:cantSplit/>
          <w:jc w:val="center"/>
        </w:trPr>
        <w:tc>
          <w:tcPr>
            <w:tcW w:w="2339" w:type="dxa"/>
            <w:vAlign w:val="center"/>
          </w:tcPr>
          <w:p w14:paraId="0E02C7DC" w14:textId="77777777" w:rsidR="004474A1" w:rsidRPr="00A06E27" w:rsidRDefault="006E6AAD">
            <w:pPr>
              <w:jc w:val="both"/>
              <w:rPr>
                <w:rFonts w:cs="Times New Roman"/>
                <w:sz w:val="28"/>
                <w:szCs w:val="28"/>
              </w:rPr>
            </w:pPr>
            <w:r w:rsidRPr="00A06E27">
              <w:rPr>
                <w:rFonts w:cs="Times New Roman"/>
                <w:sz w:val="28"/>
                <w:szCs w:val="28"/>
              </w:rPr>
              <w:t>Miền 3 - Sáng tạo nội dung số</w:t>
            </w:r>
          </w:p>
        </w:tc>
        <w:tc>
          <w:tcPr>
            <w:tcW w:w="2339" w:type="dxa"/>
            <w:vAlign w:val="center"/>
          </w:tcPr>
          <w:p w14:paraId="1BBA0490" w14:textId="77777777" w:rsidR="004474A1" w:rsidRPr="00A06E27" w:rsidRDefault="006E6AAD">
            <w:pPr>
              <w:jc w:val="both"/>
              <w:rPr>
                <w:rFonts w:cs="Times New Roman"/>
                <w:sz w:val="28"/>
                <w:szCs w:val="28"/>
              </w:rPr>
            </w:pPr>
            <w:r w:rsidRPr="00A06E27">
              <w:rPr>
                <w:rFonts w:cs="Times New Roman"/>
                <w:sz w:val="28"/>
                <w:szCs w:val="28"/>
              </w:rPr>
              <w:t>[3.1-NC1-a]</w:t>
            </w:r>
          </w:p>
        </w:tc>
        <w:tc>
          <w:tcPr>
            <w:tcW w:w="2339" w:type="dxa"/>
            <w:vAlign w:val="center"/>
          </w:tcPr>
          <w:p w14:paraId="4A4DC049" w14:textId="77777777" w:rsidR="004474A1" w:rsidRPr="00A06E27" w:rsidRDefault="006E6AAD">
            <w:pPr>
              <w:jc w:val="both"/>
              <w:rPr>
                <w:rFonts w:cs="Times New Roman"/>
                <w:sz w:val="28"/>
                <w:szCs w:val="28"/>
              </w:rPr>
            </w:pPr>
            <w:r w:rsidRPr="00A06E27">
              <w:rPr>
                <w:rFonts w:cs="Times New Roman"/>
                <w:sz w:val="28"/>
                <w:szCs w:val="28"/>
              </w:rPr>
              <w:t>HS tạo và chỉnh sửa trục thời gian số gồm các mốc 1917, 1918-1921, 30-12-1922 và 1-1924; mỗi mốc có sự kiện, nội dung chính và ý nghĩa.</w:t>
            </w:r>
          </w:p>
        </w:tc>
        <w:tc>
          <w:tcPr>
            <w:tcW w:w="2339" w:type="dxa"/>
            <w:vAlign w:val="center"/>
          </w:tcPr>
          <w:p w14:paraId="23D67E4C" w14:textId="77777777" w:rsidR="004474A1" w:rsidRPr="00A06E27" w:rsidRDefault="006E6AAD">
            <w:pPr>
              <w:jc w:val="both"/>
              <w:rPr>
                <w:rFonts w:cs="Times New Roman"/>
                <w:sz w:val="28"/>
                <w:szCs w:val="28"/>
              </w:rPr>
            </w:pPr>
            <w:r w:rsidRPr="00A06E27">
              <w:rPr>
                <w:rFonts w:cs="Times New Roman"/>
                <w:sz w:val="28"/>
                <w:szCs w:val="28"/>
              </w:rPr>
              <w:t>Hoạt động 1; Word hoặc PowerPoint; sản phẩm là một trang trục thời gian; GV đánh giá độ chính xác, mạch lạc và khả năng chỉnh sửa.</w:t>
            </w:r>
          </w:p>
        </w:tc>
      </w:tr>
      <w:tr w:rsidR="004474A1" w:rsidRPr="00A06E27" w14:paraId="45F6321B" w14:textId="77777777">
        <w:trPr>
          <w:cantSplit/>
          <w:jc w:val="center"/>
        </w:trPr>
        <w:tc>
          <w:tcPr>
            <w:tcW w:w="2339" w:type="dxa"/>
            <w:vAlign w:val="center"/>
          </w:tcPr>
          <w:p w14:paraId="09C882B7" w14:textId="77777777" w:rsidR="004474A1" w:rsidRPr="00A06E27" w:rsidRDefault="006E6AAD">
            <w:pPr>
              <w:jc w:val="both"/>
              <w:rPr>
                <w:rFonts w:cs="Times New Roman"/>
                <w:sz w:val="28"/>
                <w:szCs w:val="28"/>
              </w:rPr>
            </w:pPr>
            <w:r w:rsidRPr="00A06E27">
              <w:rPr>
                <w:rFonts w:cs="Times New Roman"/>
                <w:sz w:val="28"/>
                <w:szCs w:val="28"/>
              </w:rPr>
              <w:t>Miền 5 - Giải quyết vấn đề</w:t>
            </w:r>
          </w:p>
        </w:tc>
        <w:tc>
          <w:tcPr>
            <w:tcW w:w="2339" w:type="dxa"/>
            <w:vAlign w:val="center"/>
          </w:tcPr>
          <w:p w14:paraId="6C4B5EC0" w14:textId="77777777" w:rsidR="004474A1" w:rsidRPr="00A06E27" w:rsidRDefault="006E6AAD">
            <w:pPr>
              <w:jc w:val="both"/>
              <w:rPr>
                <w:rFonts w:cs="Times New Roman"/>
                <w:sz w:val="28"/>
                <w:szCs w:val="28"/>
              </w:rPr>
            </w:pPr>
            <w:r w:rsidRPr="00A06E27">
              <w:rPr>
                <w:rFonts w:cs="Times New Roman"/>
                <w:sz w:val="28"/>
                <w:szCs w:val="28"/>
              </w:rPr>
              <w:t>[5.2-NC1-b]</w:t>
            </w:r>
          </w:p>
        </w:tc>
        <w:tc>
          <w:tcPr>
            <w:tcW w:w="2339" w:type="dxa"/>
            <w:vAlign w:val="center"/>
          </w:tcPr>
          <w:p w14:paraId="227ED567" w14:textId="77777777" w:rsidR="004474A1" w:rsidRPr="00A06E27" w:rsidRDefault="006E6AAD">
            <w:pPr>
              <w:jc w:val="both"/>
              <w:rPr>
                <w:rFonts w:cs="Times New Roman"/>
                <w:sz w:val="28"/>
                <w:szCs w:val="28"/>
              </w:rPr>
            </w:pPr>
            <w:r w:rsidRPr="00A06E27">
              <w:rPr>
                <w:rFonts w:cs="Times New Roman"/>
                <w:sz w:val="28"/>
                <w:szCs w:val="28"/>
              </w:rPr>
              <w:t>HS lựa chọn công cụ số phù hợp với nhu cầu trình bày: Word khi ưu tiên bảng; PowerPoint khi ưu tiên trục thời gian và hình ảnh; biết chuyển sang phiếu giấy khi thiếu thiết bị.</w:t>
            </w:r>
          </w:p>
        </w:tc>
        <w:tc>
          <w:tcPr>
            <w:tcW w:w="2339" w:type="dxa"/>
            <w:vAlign w:val="center"/>
          </w:tcPr>
          <w:p w14:paraId="76CD8863" w14:textId="77777777" w:rsidR="004474A1" w:rsidRPr="00A06E27" w:rsidRDefault="006E6AAD">
            <w:pPr>
              <w:jc w:val="both"/>
              <w:rPr>
                <w:rFonts w:cs="Times New Roman"/>
                <w:sz w:val="28"/>
                <w:szCs w:val="28"/>
              </w:rPr>
            </w:pPr>
            <w:r w:rsidRPr="00A06E27">
              <w:rPr>
                <w:rFonts w:cs="Times New Roman"/>
                <w:sz w:val="28"/>
                <w:szCs w:val="28"/>
              </w:rPr>
              <w:t>Hoạt động 1; Word/PowerPoint hoặc phiếu giấy; GV đánh giá sự phù hợp giữa công cụ, nhiệm vụ và điều kiện thực tế.</w:t>
            </w:r>
          </w:p>
        </w:tc>
      </w:tr>
    </w:tbl>
    <w:p w14:paraId="10ECFE44" w14:textId="77777777" w:rsidR="00937565" w:rsidRPr="00A06E27" w:rsidRDefault="006E6AAD">
      <w:pPr>
        <w:pStyle w:val="GAHeading2"/>
        <w:keepNext/>
        <w:rPr>
          <w:rFonts w:cs="Times New Roman"/>
          <w:sz w:val="28"/>
          <w:szCs w:val="28"/>
        </w:rPr>
      </w:pPr>
      <w:r w:rsidRPr="00A06E27">
        <w:rPr>
          <w:rFonts w:cs="Times New Roman"/>
          <w:sz w:val="28"/>
          <w:szCs w:val="28"/>
        </w:rPr>
        <w:lastRenderedPageBreak/>
        <w:t>3. Về phẩm chất</w:t>
      </w:r>
    </w:p>
    <w:p w14:paraId="6EE342FA" w14:textId="77777777" w:rsidR="00937565" w:rsidRPr="00A06E27" w:rsidRDefault="006E6AAD">
      <w:pPr>
        <w:jc w:val="both"/>
        <w:rPr>
          <w:rFonts w:cs="Times New Roman"/>
          <w:sz w:val="28"/>
          <w:szCs w:val="28"/>
        </w:rPr>
      </w:pPr>
      <w:r w:rsidRPr="00A06E27">
        <w:rPr>
          <w:rFonts w:cs="Times New Roman"/>
          <w:sz w:val="28"/>
          <w:szCs w:val="28"/>
        </w:rPr>
        <w:t>- Trân trọng giá trị lịch sử và ý nghĩa của sự ra đời Liên bang Cộng hòa xã hội chủ nghĩa Xô viết.</w:t>
      </w:r>
    </w:p>
    <w:p w14:paraId="1F8D6D94" w14:textId="77777777" w:rsidR="00937565" w:rsidRPr="00A06E27" w:rsidRDefault="006E6AAD">
      <w:pPr>
        <w:jc w:val="both"/>
        <w:rPr>
          <w:rFonts w:cs="Times New Roman"/>
          <w:sz w:val="28"/>
          <w:szCs w:val="28"/>
        </w:rPr>
      </w:pPr>
      <w:r w:rsidRPr="00A06E27">
        <w:rPr>
          <w:rFonts w:cs="Times New Roman"/>
          <w:sz w:val="28"/>
          <w:szCs w:val="28"/>
        </w:rPr>
        <w:t>- Có thái độ khách quan, trung thực khi tìm hiểu và đánh giá sự kiện lịch sử.</w:t>
      </w:r>
    </w:p>
    <w:p w14:paraId="0FB18AE1" w14:textId="77777777" w:rsidR="00937565" w:rsidRPr="00A06E27" w:rsidRDefault="006E6AAD">
      <w:pPr>
        <w:jc w:val="both"/>
        <w:rPr>
          <w:rFonts w:cs="Times New Roman"/>
          <w:sz w:val="28"/>
          <w:szCs w:val="28"/>
        </w:rPr>
      </w:pPr>
      <w:r w:rsidRPr="00A06E27">
        <w:rPr>
          <w:rFonts w:cs="Times New Roman"/>
          <w:sz w:val="28"/>
          <w:szCs w:val="28"/>
        </w:rPr>
        <w:t>- Bồi dưỡng tinh thần đoàn kết, bình đẳng, hợp tác và tôn trọng quyền tự quyết của các dân tộc.</w:t>
      </w:r>
    </w:p>
    <w:p w14:paraId="2929917D" w14:textId="77777777" w:rsidR="00937565" w:rsidRPr="00A06E27" w:rsidRDefault="006E6AAD">
      <w:pPr>
        <w:jc w:val="both"/>
        <w:rPr>
          <w:rFonts w:cs="Times New Roman"/>
          <w:sz w:val="28"/>
          <w:szCs w:val="28"/>
        </w:rPr>
      </w:pPr>
      <w:r w:rsidRPr="00A06E27">
        <w:rPr>
          <w:rFonts w:cs="Times New Roman"/>
          <w:sz w:val="28"/>
          <w:szCs w:val="28"/>
        </w:rPr>
        <w:t>- Có ý thức chăm chỉ, chủ động tìm tòi, khám phá lịch sử và trách nhiệm trong hoạt động nhóm.</w:t>
      </w:r>
    </w:p>
    <w:p w14:paraId="3ABF2148" w14:textId="77777777" w:rsidR="00937565" w:rsidRPr="00A06E27" w:rsidRDefault="006E6AAD">
      <w:pPr>
        <w:pStyle w:val="GAHeading1"/>
        <w:keepNext/>
        <w:rPr>
          <w:rFonts w:cs="Times New Roman"/>
          <w:szCs w:val="28"/>
        </w:rPr>
      </w:pPr>
      <w:r w:rsidRPr="00A06E27">
        <w:rPr>
          <w:rFonts w:cs="Times New Roman"/>
          <w:szCs w:val="28"/>
        </w:rPr>
        <w:t>II. THIẾT BỊ DẠY HỌC VÀ HỌC LIỆU</w:t>
      </w:r>
    </w:p>
    <w:p w14:paraId="516C9BD3" w14:textId="77777777" w:rsidR="00937565" w:rsidRPr="00A06E27" w:rsidRDefault="006E6AAD">
      <w:pPr>
        <w:pStyle w:val="GAHeading2"/>
        <w:keepNext/>
        <w:rPr>
          <w:rFonts w:cs="Times New Roman"/>
          <w:sz w:val="28"/>
          <w:szCs w:val="28"/>
        </w:rPr>
      </w:pPr>
      <w:r w:rsidRPr="00A06E27">
        <w:rPr>
          <w:rFonts w:cs="Times New Roman"/>
          <w:sz w:val="28"/>
          <w:szCs w:val="28"/>
        </w:rPr>
        <w:t>1. Giáo viên</w:t>
      </w:r>
    </w:p>
    <w:p w14:paraId="4EA2D13B" w14:textId="77777777" w:rsidR="00937565" w:rsidRPr="00A06E27" w:rsidRDefault="006E6AAD">
      <w:pPr>
        <w:jc w:val="both"/>
        <w:rPr>
          <w:rFonts w:cs="Times New Roman"/>
          <w:sz w:val="28"/>
          <w:szCs w:val="28"/>
        </w:rPr>
      </w:pPr>
      <w:r w:rsidRPr="00A06E27">
        <w:rPr>
          <w:rFonts w:cs="Times New Roman"/>
          <w:sz w:val="28"/>
          <w:szCs w:val="28"/>
        </w:rPr>
        <w:t>- Giáo án biên soạn theo định hướng phát triển phẩm chất và năng lực; phiếu học tập dành cho HS.</w:t>
      </w:r>
    </w:p>
    <w:p w14:paraId="5741ADA2" w14:textId="77777777" w:rsidR="00937565" w:rsidRPr="00A06E27" w:rsidRDefault="006E6AAD">
      <w:pPr>
        <w:jc w:val="both"/>
        <w:rPr>
          <w:rFonts w:cs="Times New Roman"/>
          <w:sz w:val="28"/>
          <w:szCs w:val="28"/>
        </w:rPr>
      </w:pPr>
      <w:r w:rsidRPr="00A06E27">
        <w:rPr>
          <w:rFonts w:cs="Times New Roman"/>
          <w:sz w:val="28"/>
          <w:szCs w:val="28"/>
        </w:rPr>
        <w:t>- SGK, SGV Lịch sử 11 - Bộ sách Kết nối tri thức với cuộc sống; tài liệu tham khảo về Cách mạng tháng Mười Nga và sự hình thành Liên Xô.</w:t>
      </w:r>
    </w:p>
    <w:p w14:paraId="0DAEFA98" w14:textId="77777777" w:rsidR="00937565" w:rsidRPr="00A06E27" w:rsidRDefault="006E6AAD">
      <w:pPr>
        <w:jc w:val="both"/>
        <w:rPr>
          <w:rFonts w:cs="Times New Roman"/>
          <w:sz w:val="28"/>
          <w:szCs w:val="28"/>
        </w:rPr>
      </w:pPr>
      <w:r w:rsidRPr="00A06E27">
        <w:rPr>
          <w:rFonts w:cs="Times New Roman"/>
          <w:sz w:val="28"/>
          <w:szCs w:val="28"/>
        </w:rPr>
        <w:t>- Tranh ảnh trong SGK: Lê-nin tuyên bố thành lập Chính quyền Xô viết năm 1917; Quốc huy đầu tiên của Liên Xô năm 1923; tượng Liên minh công - nông ở Mát-xcơ-va.</w:t>
      </w:r>
    </w:p>
    <w:p w14:paraId="0CD04B6D" w14:textId="77777777" w:rsidR="00937565" w:rsidRPr="00A06E27" w:rsidRDefault="006E6AAD">
      <w:pPr>
        <w:jc w:val="both"/>
        <w:rPr>
          <w:rFonts w:cs="Times New Roman"/>
          <w:sz w:val="28"/>
          <w:szCs w:val="28"/>
        </w:rPr>
      </w:pPr>
      <w:r w:rsidRPr="00A06E27">
        <w:rPr>
          <w:rFonts w:cs="Times New Roman"/>
          <w:sz w:val="28"/>
          <w:szCs w:val="28"/>
        </w:rPr>
        <w:t>- Máy tính, máy chiếu, bài trình chiếu; giấy A0/A3 hoặc bảng nhóm, bút dạ.</w:t>
      </w:r>
    </w:p>
    <w:p w14:paraId="2DEA3C89" w14:textId="77777777" w:rsidR="004474A1" w:rsidRPr="00A06E27" w:rsidRDefault="006E6AAD">
      <w:pPr>
        <w:jc w:val="both"/>
        <w:rPr>
          <w:rFonts w:cs="Times New Roman"/>
          <w:sz w:val="28"/>
          <w:szCs w:val="28"/>
        </w:rPr>
      </w:pPr>
      <w:r w:rsidRPr="00A06E27">
        <w:rPr>
          <w:rFonts w:cs="Times New Roman"/>
          <w:sz w:val="28"/>
          <w:szCs w:val="28"/>
        </w:rPr>
        <w:t>- Công cụ số tích hợp: trình duyệt/Google Search; Word hoặc PowerPoint; tệp lưu trên USB hoặc thư mục dùng chung. Không yêu cầu sử dụng công cụ AI, không bắt buộc HS đăng kí tài khoản mới.</w:t>
      </w:r>
    </w:p>
    <w:p w14:paraId="0E21267E" w14:textId="77777777" w:rsidR="004474A1" w:rsidRPr="00A06E27" w:rsidRDefault="006E6AAD">
      <w:pPr>
        <w:jc w:val="both"/>
        <w:rPr>
          <w:rFonts w:cs="Times New Roman"/>
          <w:sz w:val="28"/>
          <w:szCs w:val="28"/>
        </w:rPr>
      </w:pPr>
      <w:r w:rsidRPr="00A06E27">
        <w:rPr>
          <w:rFonts w:cs="Times New Roman"/>
          <w:sz w:val="28"/>
          <w:szCs w:val="28"/>
        </w:rPr>
        <w:t>- GV chuẩn bị trước từ khóa gợi ý, đường dẫn hoặc mã QR tới nguồn tư liệu đáng tin cậy; mẫu trục thời gian trên Word/PowerPoint; ảnh chụp màn hình và bản in dự phòng khi mất mạng.</w:t>
      </w:r>
    </w:p>
    <w:p w14:paraId="28CE77A2" w14:textId="77777777" w:rsidR="00937565" w:rsidRPr="00A06E27" w:rsidRDefault="006E6AAD">
      <w:pPr>
        <w:pStyle w:val="GAHeading2"/>
        <w:keepNext/>
        <w:rPr>
          <w:rFonts w:cs="Times New Roman"/>
          <w:sz w:val="28"/>
          <w:szCs w:val="28"/>
        </w:rPr>
      </w:pPr>
      <w:r w:rsidRPr="00A06E27">
        <w:rPr>
          <w:rFonts w:cs="Times New Roman"/>
          <w:sz w:val="28"/>
          <w:szCs w:val="28"/>
        </w:rPr>
        <w:t>2. Học sinh</w:t>
      </w:r>
    </w:p>
    <w:p w14:paraId="13D03CC0" w14:textId="77777777" w:rsidR="00937565" w:rsidRPr="00A06E27" w:rsidRDefault="006E6AAD">
      <w:pPr>
        <w:jc w:val="both"/>
        <w:rPr>
          <w:rFonts w:cs="Times New Roman"/>
          <w:sz w:val="28"/>
          <w:szCs w:val="28"/>
        </w:rPr>
      </w:pPr>
      <w:r w:rsidRPr="00A06E27">
        <w:rPr>
          <w:rFonts w:cs="Times New Roman"/>
          <w:sz w:val="28"/>
          <w:szCs w:val="28"/>
        </w:rPr>
        <w:t>- SGK Lịch sử 11, vở ghi, bút, thước và dụng cụ học tập theo yêu cầu của GV.</w:t>
      </w:r>
    </w:p>
    <w:p w14:paraId="36B73C63" w14:textId="77777777" w:rsidR="00937565" w:rsidRPr="00A06E27" w:rsidRDefault="006E6AAD">
      <w:pPr>
        <w:jc w:val="both"/>
        <w:rPr>
          <w:rFonts w:cs="Times New Roman"/>
          <w:sz w:val="28"/>
          <w:szCs w:val="28"/>
        </w:rPr>
      </w:pPr>
      <w:r w:rsidRPr="00A06E27">
        <w:rPr>
          <w:rFonts w:cs="Times New Roman"/>
          <w:sz w:val="28"/>
          <w:szCs w:val="28"/>
        </w:rPr>
        <w:t>- Đọc trước Bài 3; quan sát các Hình 1 - 3 và khai thác tư liệu trong SGK.</w:t>
      </w:r>
    </w:p>
    <w:p w14:paraId="2E946301" w14:textId="77777777" w:rsidR="00937565" w:rsidRPr="00A06E27" w:rsidRDefault="006E6AAD">
      <w:pPr>
        <w:jc w:val="both"/>
        <w:rPr>
          <w:rFonts w:cs="Times New Roman"/>
          <w:sz w:val="28"/>
          <w:szCs w:val="28"/>
        </w:rPr>
      </w:pPr>
      <w:r w:rsidRPr="00A06E27">
        <w:rPr>
          <w:rFonts w:cs="Times New Roman"/>
          <w:sz w:val="28"/>
          <w:szCs w:val="28"/>
        </w:rPr>
        <w:t>- Ôn lại kiến thức về Cách mạng tháng Mười Nga năm 1917 và sự ra đời Chính quyền Xô viết.</w:t>
      </w:r>
    </w:p>
    <w:p w14:paraId="0DA6EA51" w14:textId="77777777" w:rsidR="00937565" w:rsidRPr="00A06E27" w:rsidRDefault="006E6AAD">
      <w:pPr>
        <w:jc w:val="both"/>
        <w:rPr>
          <w:rFonts w:cs="Times New Roman"/>
          <w:sz w:val="28"/>
          <w:szCs w:val="28"/>
        </w:rPr>
      </w:pPr>
      <w:r w:rsidRPr="00A06E27">
        <w:rPr>
          <w:rFonts w:cs="Times New Roman"/>
          <w:sz w:val="28"/>
          <w:szCs w:val="28"/>
        </w:rPr>
        <w:t>- Sưu tầm một thông tin ngắn về V. I. Lê-nin hoặc một biểu tượng của Liên Xô.</w:t>
      </w:r>
    </w:p>
    <w:p w14:paraId="5777EDCE" w14:textId="77777777" w:rsidR="004474A1" w:rsidRPr="00A06E27" w:rsidRDefault="006E6AAD">
      <w:pPr>
        <w:jc w:val="both"/>
        <w:rPr>
          <w:rFonts w:cs="Times New Roman"/>
          <w:sz w:val="28"/>
          <w:szCs w:val="28"/>
        </w:rPr>
      </w:pPr>
      <w:r w:rsidRPr="00A06E27">
        <w:rPr>
          <w:rFonts w:cs="Times New Roman"/>
          <w:sz w:val="28"/>
          <w:szCs w:val="28"/>
        </w:rPr>
        <w:t>- Điện thoại thông minh, máy tính bảng hoặc máy tính xách tay theo nhóm nếu có; mỗi nhóm chỉ cần một thiết bị.</w:t>
      </w:r>
    </w:p>
    <w:p w14:paraId="2EEAE382" w14:textId="77777777" w:rsidR="004474A1" w:rsidRPr="00A06E27" w:rsidRDefault="006E6AAD">
      <w:pPr>
        <w:jc w:val="both"/>
        <w:rPr>
          <w:rFonts w:cs="Times New Roman"/>
          <w:sz w:val="28"/>
          <w:szCs w:val="28"/>
        </w:rPr>
      </w:pPr>
      <w:r w:rsidRPr="00A06E27">
        <w:rPr>
          <w:rFonts w:cs="Times New Roman"/>
          <w:sz w:val="28"/>
          <w:szCs w:val="28"/>
        </w:rPr>
        <w:t>- Nếu thiếu thiết bị hoặc không có kết nối mạng, HS sử dụng SGK, tư liệu in, phiếu học tập và bảng nhóm; nhiệm vụ kiến thức và tiêu chí đánh giá không thay đổi.</w:t>
      </w:r>
    </w:p>
    <w:p w14:paraId="0426CCBE" w14:textId="77777777" w:rsidR="004474A1" w:rsidRPr="00A06E27" w:rsidRDefault="006E6AAD">
      <w:pPr>
        <w:rPr>
          <w:rFonts w:cs="Times New Roman"/>
          <w:sz w:val="28"/>
          <w:szCs w:val="28"/>
        </w:rPr>
      </w:pPr>
      <w:r w:rsidRPr="00A06E27">
        <w:rPr>
          <w:rFonts w:cs="Times New Roman"/>
          <w:b/>
          <w:sz w:val="28"/>
          <w:szCs w:val="28"/>
        </w:rPr>
        <w:t>Bảng thiết bị và học liệu số bổ sung</w:t>
      </w:r>
    </w:p>
    <w:tbl>
      <w:tblPr>
        <w:tblStyle w:val="TableGrid"/>
        <w:tblW w:w="0" w:type="auto"/>
        <w:jc w:val="center"/>
        <w:tblLook w:val="04A0" w:firstRow="1" w:lastRow="0" w:firstColumn="1" w:lastColumn="0" w:noHBand="0" w:noVBand="1"/>
      </w:tblPr>
      <w:tblGrid>
        <w:gridCol w:w="3118"/>
        <w:gridCol w:w="3118"/>
        <w:gridCol w:w="3118"/>
      </w:tblGrid>
      <w:tr w:rsidR="004474A1" w:rsidRPr="00A06E27" w14:paraId="7E6351E5" w14:textId="77777777">
        <w:trPr>
          <w:cantSplit/>
          <w:tblHeader/>
          <w:jc w:val="center"/>
        </w:trPr>
        <w:tc>
          <w:tcPr>
            <w:tcW w:w="3118" w:type="dxa"/>
            <w:shd w:val="clear" w:color="auto" w:fill="D9EAF7"/>
            <w:vAlign w:val="center"/>
          </w:tcPr>
          <w:p w14:paraId="5F8958AF" w14:textId="77777777" w:rsidR="004474A1" w:rsidRPr="00A06E27" w:rsidRDefault="006E6AAD">
            <w:pPr>
              <w:jc w:val="center"/>
              <w:rPr>
                <w:rFonts w:cs="Times New Roman"/>
                <w:sz w:val="28"/>
                <w:szCs w:val="28"/>
              </w:rPr>
            </w:pPr>
            <w:r w:rsidRPr="00A06E27">
              <w:rPr>
                <w:rFonts w:cs="Times New Roman"/>
                <w:b/>
                <w:sz w:val="28"/>
                <w:szCs w:val="28"/>
              </w:rPr>
              <w:t>Đối tượng</w:t>
            </w:r>
          </w:p>
        </w:tc>
        <w:tc>
          <w:tcPr>
            <w:tcW w:w="3118" w:type="dxa"/>
            <w:shd w:val="clear" w:color="auto" w:fill="D9EAF7"/>
            <w:vAlign w:val="center"/>
          </w:tcPr>
          <w:p w14:paraId="331C0C3D" w14:textId="77777777" w:rsidR="004474A1" w:rsidRPr="00A06E27" w:rsidRDefault="006E6AAD">
            <w:pPr>
              <w:jc w:val="center"/>
              <w:rPr>
                <w:rFonts w:cs="Times New Roman"/>
                <w:sz w:val="28"/>
                <w:szCs w:val="28"/>
              </w:rPr>
            </w:pPr>
            <w:r w:rsidRPr="00A06E27">
              <w:rPr>
                <w:rFonts w:cs="Times New Roman"/>
                <w:b/>
                <w:sz w:val="28"/>
                <w:szCs w:val="28"/>
              </w:rPr>
              <w:t>Thiết bị/Học liệu</w:t>
            </w:r>
          </w:p>
        </w:tc>
        <w:tc>
          <w:tcPr>
            <w:tcW w:w="3118" w:type="dxa"/>
            <w:shd w:val="clear" w:color="auto" w:fill="D9EAF7"/>
            <w:vAlign w:val="center"/>
          </w:tcPr>
          <w:p w14:paraId="560E51C2" w14:textId="77777777" w:rsidR="004474A1" w:rsidRPr="00A06E27" w:rsidRDefault="006E6AAD">
            <w:pPr>
              <w:jc w:val="center"/>
              <w:rPr>
                <w:rFonts w:cs="Times New Roman"/>
                <w:sz w:val="28"/>
                <w:szCs w:val="28"/>
              </w:rPr>
            </w:pPr>
            <w:r w:rsidRPr="00A06E27">
              <w:rPr>
                <w:rFonts w:cs="Times New Roman"/>
                <w:b/>
                <w:sz w:val="28"/>
                <w:szCs w:val="28"/>
              </w:rPr>
              <w:t>Mô tả chi tiết</w:t>
            </w:r>
          </w:p>
        </w:tc>
      </w:tr>
      <w:tr w:rsidR="004474A1" w:rsidRPr="00A06E27" w14:paraId="1112F157" w14:textId="77777777">
        <w:trPr>
          <w:cantSplit/>
          <w:jc w:val="center"/>
        </w:trPr>
        <w:tc>
          <w:tcPr>
            <w:tcW w:w="3118" w:type="dxa"/>
            <w:vAlign w:val="center"/>
          </w:tcPr>
          <w:p w14:paraId="4349B6E7" w14:textId="77777777" w:rsidR="004474A1" w:rsidRPr="00A06E27" w:rsidRDefault="006E6AAD">
            <w:pPr>
              <w:jc w:val="both"/>
              <w:rPr>
                <w:rFonts w:cs="Times New Roman"/>
                <w:sz w:val="28"/>
                <w:szCs w:val="28"/>
              </w:rPr>
            </w:pPr>
            <w:r w:rsidRPr="00A06E27">
              <w:rPr>
                <w:rFonts w:cs="Times New Roman"/>
                <w:sz w:val="28"/>
                <w:szCs w:val="28"/>
              </w:rPr>
              <w:lastRenderedPageBreak/>
              <w:t>Giáo viên</w:t>
            </w:r>
          </w:p>
        </w:tc>
        <w:tc>
          <w:tcPr>
            <w:tcW w:w="3118" w:type="dxa"/>
            <w:vAlign w:val="center"/>
          </w:tcPr>
          <w:p w14:paraId="7DFA875E" w14:textId="77777777" w:rsidR="004474A1" w:rsidRPr="00A06E27" w:rsidRDefault="006E6AAD">
            <w:pPr>
              <w:jc w:val="both"/>
              <w:rPr>
                <w:rFonts w:cs="Times New Roman"/>
                <w:sz w:val="28"/>
                <w:szCs w:val="28"/>
              </w:rPr>
            </w:pPr>
            <w:r w:rsidRPr="00A06E27">
              <w:rPr>
                <w:rFonts w:cs="Times New Roman"/>
                <w:sz w:val="28"/>
                <w:szCs w:val="28"/>
              </w:rPr>
              <w:t>Máy tính, máy chiếu; trình duyệt; Word/PowerPoint; nguồn số đã kiểm tra</w:t>
            </w:r>
          </w:p>
        </w:tc>
        <w:tc>
          <w:tcPr>
            <w:tcW w:w="3118" w:type="dxa"/>
            <w:vAlign w:val="center"/>
          </w:tcPr>
          <w:p w14:paraId="0F281DFB" w14:textId="77777777" w:rsidR="004474A1" w:rsidRPr="00A06E27" w:rsidRDefault="006E6AAD">
            <w:pPr>
              <w:jc w:val="both"/>
              <w:rPr>
                <w:rFonts w:cs="Times New Roman"/>
                <w:sz w:val="28"/>
                <w:szCs w:val="28"/>
              </w:rPr>
            </w:pPr>
            <w:r w:rsidRPr="00A06E27">
              <w:rPr>
                <w:rFonts w:cs="Times New Roman"/>
                <w:sz w:val="28"/>
                <w:szCs w:val="28"/>
              </w:rPr>
              <w:t>Trình chiếu hình ảnh; cung cấp từ khóa/đường dẫn; phát mẫu trục thời gian và phiếu kiểm chứng; lưu bản ngoại tuyến.</w:t>
            </w:r>
          </w:p>
        </w:tc>
      </w:tr>
      <w:tr w:rsidR="004474A1" w:rsidRPr="00A06E27" w14:paraId="3674D946" w14:textId="77777777">
        <w:trPr>
          <w:cantSplit/>
          <w:jc w:val="center"/>
        </w:trPr>
        <w:tc>
          <w:tcPr>
            <w:tcW w:w="3118" w:type="dxa"/>
            <w:vAlign w:val="center"/>
          </w:tcPr>
          <w:p w14:paraId="1EC15134" w14:textId="77777777" w:rsidR="004474A1" w:rsidRPr="00A06E27" w:rsidRDefault="006E6AAD">
            <w:pPr>
              <w:jc w:val="both"/>
              <w:rPr>
                <w:rFonts w:cs="Times New Roman"/>
                <w:sz w:val="28"/>
                <w:szCs w:val="28"/>
              </w:rPr>
            </w:pPr>
            <w:r w:rsidRPr="00A06E27">
              <w:rPr>
                <w:rFonts w:cs="Times New Roman"/>
                <w:sz w:val="28"/>
                <w:szCs w:val="28"/>
              </w:rPr>
              <w:t>Học sinh</w:t>
            </w:r>
          </w:p>
        </w:tc>
        <w:tc>
          <w:tcPr>
            <w:tcW w:w="3118" w:type="dxa"/>
            <w:vAlign w:val="center"/>
          </w:tcPr>
          <w:p w14:paraId="7954ED03" w14:textId="77777777" w:rsidR="004474A1" w:rsidRPr="00A06E27" w:rsidRDefault="006E6AAD">
            <w:pPr>
              <w:jc w:val="both"/>
              <w:rPr>
                <w:rFonts w:cs="Times New Roman"/>
                <w:sz w:val="28"/>
                <w:szCs w:val="28"/>
              </w:rPr>
            </w:pPr>
            <w:r w:rsidRPr="00A06E27">
              <w:rPr>
                <w:rFonts w:cs="Times New Roman"/>
                <w:sz w:val="28"/>
                <w:szCs w:val="28"/>
              </w:rPr>
              <w:t>Một thiết bị số theo nhóm nếu có; SGK; phiếu học tập</w:t>
            </w:r>
          </w:p>
        </w:tc>
        <w:tc>
          <w:tcPr>
            <w:tcW w:w="3118" w:type="dxa"/>
            <w:vAlign w:val="center"/>
          </w:tcPr>
          <w:p w14:paraId="4A1583FA" w14:textId="77777777" w:rsidR="004474A1" w:rsidRPr="00A06E27" w:rsidRDefault="006E6AAD">
            <w:pPr>
              <w:jc w:val="both"/>
              <w:rPr>
                <w:rFonts w:cs="Times New Roman"/>
                <w:sz w:val="28"/>
                <w:szCs w:val="28"/>
              </w:rPr>
            </w:pPr>
            <w:r w:rsidRPr="00A06E27">
              <w:rPr>
                <w:rFonts w:cs="Times New Roman"/>
                <w:sz w:val="28"/>
                <w:szCs w:val="28"/>
              </w:rPr>
              <w:t>Tìm và đối chiếu thông tin; tạo trục thời gian một trang; không cài phần mềm phức tạp.</w:t>
            </w:r>
          </w:p>
        </w:tc>
      </w:tr>
      <w:tr w:rsidR="004474A1" w:rsidRPr="00A06E27" w14:paraId="47F8E7D3" w14:textId="77777777">
        <w:trPr>
          <w:cantSplit/>
          <w:jc w:val="center"/>
        </w:trPr>
        <w:tc>
          <w:tcPr>
            <w:tcW w:w="3118" w:type="dxa"/>
            <w:vAlign w:val="center"/>
          </w:tcPr>
          <w:p w14:paraId="3BC028E6" w14:textId="77777777" w:rsidR="004474A1" w:rsidRPr="00A06E27" w:rsidRDefault="006E6AAD">
            <w:pPr>
              <w:jc w:val="both"/>
              <w:rPr>
                <w:rFonts w:cs="Times New Roman"/>
                <w:sz w:val="28"/>
                <w:szCs w:val="28"/>
              </w:rPr>
            </w:pPr>
            <w:r w:rsidRPr="00A06E27">
              <w:rPr>
                <w:rFonts w:cs="Times New Roman"/>
                <w:sz w:val="28"/>
                <w:szCs w:val="28"/>
              </w:rPr>
              <w:t>Phương án dự phòng</w:t>
            </w:r>
          </w:p>
        </w:tc>
        <w:tc>
          <w:tcPr>
            <w:tcW w:w="3118" w:type="dxa"/>
            <w:vAlign w:val="center"/>
          </w:tcPr>
          <w:p w14:paraId="55EDCA8F" w14:textId="77777777" w:rsidR="004474A1" w:rsidRPr="00A06E27" w:rsidRDefault="006E6AAD">
            <w:pPr>
              <w:jc w:val="both"/>
              <w:rPr>
                <w:rFonts w:cs="Times New Roman"/>
                <w:sz w:val="28"/>
                <w:szCs w:val="28"/>
              </w:rPr>
            </w:pPr>
            <w:r w:rsidRPr="00A06E27">
              <w:rPr>
                <w:rFonts w:cs="Times New Roman"/>
                <w:sz w:val="28"/>
                <w:szCs w:val="28"/>
              </w:rPr>
              <w:t>Tư liệu in, ảnh chụp màn hình, bảng nhóm, USB</w:t>
            </w:r>
          </w:p>
        </w:tc>
        <w:tc>
          <w:tcPr>
            <w:tcW w:w="3118" w:type="dxa"/>
            <w:vAlign w:val="center"/>
          </w:tcPr>
          <w:p w14:paraId="1E80A2F9" w14:textId="77777777" w:rsidR="004474A1" w:rsidRPr="00A06E27" w:rsidRDefault="006E6AAD">
            <w:pPr>
              <w:jc w:val="both"/>
              <w:rPr>
                <w:rFonts w:cs="Times New Roman"/>
                <w:sz w:val="28"/>
                <w:szCs w:val="28"/>
              </w:rPr>
            </w:pPr>
            <w:r w:rsidRPr="00A06E27">
              <w:rPr>
                <w:rFonts w:cs="Times New Roman"/>
                <w:sz w:val="28"/>
                <w:szCs w:val="28"/>
              </w:rPr>
              <w:t>Tổ chức nhiệm vụ tương đương khi mất mạng, thiếu thiết bị hoặc HS chưa thành thạo thao tác số.</w:t>
            </w:r>
          </w:p>
        </w:tc>
      </w:tr>
    </w:tbl>
    <w:p w14:paraId="32E25A6D" w14:textId="77777777" w:rsidR="00937565" w:rsidRPr="00A06E27" w:rsidRDefault="006E6AAD">
      <w:pPr>
        <w:pStyle w:val="GAHeading1"/>
        <w:keepNext/>
        <w:rPr>
          <w:rFonts w:cs="Times New Roman"/>
          <w:szCs w:val="28"/>
        </w:rPr>
      </w:pPr>
      <w:r w:rsidRPr="00A06E27">
        <w:rPr>
          <w:rFonts w:cs="Times New Roman"/>
          <w:szCs w:val="28"/>
        </w:rPr>
        <w:t>III. TIẾN TRÌNH DẠY HỌC</w:t>
      </w:r>
    </w:p>
    <w:p w14:paraId="1DE96EFE" w14:textId="77777777" w:rsidR="00937565" w:rsidRPr="00A06E27" w:rsidRDefault="006E6AAD">
      <w:pPr>
        <w:pStyle w:val="GAHeading1"/>
        <w:keepNext/>
        <w:rPr>
          <w:rFonts w:cs="Times New Roman"/>
          <w:szCs w:val="28"/>
        </w:rPr>
      </w:pPr>
      <w:r w:rsidRPr="00A06E27">
        <w:rPr>
          <w:rFonts w:cs="Times New Roman"/>
          <w:szCs w:val="28"/>
        </w:rPr>
        <w:t>A. KHỞI ĐỘNG</w:t>
      </w:r>
    </w:p>
    <w:p w14:paraId="1F53D8D9" w14:textId="77777777" w:rsidR="00937565" w:rsidRPr="00A06E27" w:rsidRDefault="006E6AAD">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Tạo hứng thú học tập, giúp HS kết nối kiến thức về Cách mạng tháng Mười Nga với sự ra đời Liên bang Cộng hòa xã hội chủ nghĩa Xô viết.</w:t>
      </w:r>
    </w:p>
    <w:p w14:paraId="6EB2B6C0" w14:textId="77777777" w:rsidR="00937565" w:rsidRPr="00A06E27" w:rsidRDefault="006E6AAD">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đọc đoạn mở đầu SGK, quan sát Hình 1 và trả lời câu hỏi gợi mở.</w:t>
      </w:r>
    </w:p>
    <w:p w14:paraId="5919CD3F" w14:textId="77777777" w:rsidR="00937565" w:rsidRPr="00A06E27" w:rsidRDefault="006E6AAD">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HS nêu được Cách mạng tháng Mười Nga mở đường cho sự ra đời nhà nước xã hội chủ nghĩa đầu tiên; đặt được vấn đề tìm hiểu quá trình và ý nghĩa hình thành Liên Xô.</w:t>
      </w:r>
    </w:p>
    <w:p w14:paraId="4DE3E07F" w14:textId="77777777" w:rsidR="00937565" w:rsidRPr="00A06E27" w:rsidRDefault="006E6AAD">
      <w:pPr>
        <w:jc w:val="both"/>
        <w:rPr>
          <w:rFonts w:cs="Times New Roman"/>
          <w:sz w:val="28"/>
          <w:szCs w:val="28"/>
        </w:rPr>
      </w:pPr>
      <w:r w:rsidRPr="00A06E27">
        <w:rPr>
          <w:rFonts w:cs="Times New Roman"/>
          <w:b/>
          <w:sz w:val="28"/>
          <w:szCs w:val="28"/>
        </w:rPr>
        <w:t xml:space="preserve">d. Tổ chức thực hiện: </w:t>
      </w:r>
    </w:p>
    <w:p w14:paraId="3A285695" w14:textId="77777777" w:rsidR="00937565" w:rsidRPr="00A06E27" w:rsidRDefault="006E6AAD">
      <w:pPr>
        <w:jc w:val="both"/>
        <w:rPr>
          <w:rFonts w:cs="Times New Roman"/>
          <w:sz w:val="28"/>
          <w:szCs w:val="28"/>
        </w:rPr>
      </w:pPr>
      <w:r w:rsidRPr="00A06E27">
        <w:rPr>
          <w:rFonts w:cs="Times New Roman"/>
          <w:sz w:val="28"/>
          <w:szCs w:val="28"/>
        </w:rPr>
        <w:t>- GV giới thiệu nhận định trong tác phẩm “Mười ngày rung chuyển thế giới” của Giôn Rít về Cách mạng tháng Mười Nga và yêu cầu HS cho biết sự kiện nào đã làm thay đổi lịch sử nước Nga năm 1917.</w:t>
      </w:r>
    </w:p>
    <w:p w14:paraId="388E61EE" w14:textId="77777777" w:rsidR="00937565" w:rsidRPr="00A06E27" w:rsidRDefault="006E6AAD">
      <w:pPr>
        <w:jc w:val="both"/>
        <w:rPr>
          <w:rFonts w:cs="Times New Roman"/>
          <w:sz w:val="28"/>
          <w:szCs w:val="28"/>
        </w:rPr>
      </w:pPr>
      <w:r w:rsidRPr="00A06E27">
        <w:rPr>
          <w:rFonts w:cs="Times New Roman"/>
          <w:sz w:val="28"/>
          <w:szCs w:val="28"/>
        </w:rPr>
        <w:t>- GV trình chiếu Hình 1 - Lê-nin tuyên bố thành lập Chính quyền Xô viết và đặt câu hỏi: Sau thắng lợi Cách mạng tháng Mười Nga, Chính quyền Xô viết phải giải quyết những nhiệm vụ cấp bách nào?</w:t>
      </w:r>
    </w:p>
    <w:p w14:paraId="494FAC18" w14:textId="77777777" w:rsidR="00937565" w:rsidRPr="00A06E27" w:rsidRDefault="006E6AAD">
      <w:pPr>
        <w:jc w:val="center"/>
        <w:rPr>
          <w:rFonts w:cs="Times New Roman"/>
          <w:sz w:val="28"/>
          <w:szCs w:val="28"/>
        </w:rPr>
      </w:pPr>
      <w:r w:rsidRPr="00A06E27">
        <w:rPr>
          <w:rFonts w:cs="Times New Roman"/>
          <w:noProof/>
          <w:sz w:val="28"/>
          <w:szCs w:val="28"/>
        </w:rPr>
        <w:drawing>
          <wp:inline distT="0" distB="0" distL="0" distR="0" wp14:anchorId="76226285" wp14:editId="202A927D">
            <wp:extent cx="2286000" cy="16736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lenin_tuyen_bo_thanh_lap_chinh_quyen_xo_viet.jpg"/>
                    <pic:cNvPicPr/>
                  </pic:nvPicPr>
                  <pic:blipFill>
                    <a:blip r:embed="rId8"/>
                    <a:stretch>
                      <a:fillRect/>
                    </a:stretch>
                  </pic:blipFill>
                  <pic:spPr>
                    <a:xfrm>
                      <a:off x="0" y="0"/>
                      <a:ext cx="2286000" cy="1673678"/>
                    </a:xfrm>
                    <a:prstGeom prst="rect">
                      <a:avLst/>
                    </a:prstGeom>
                  </pic:spPr>
                </pic:pic>
              </a:graphicData>
            </a:graphic>
          </wp:inline>
        </w:drawing>
      </w:r>
    </w:p>
    <w:p w14:paraId="1089FD3F" w14:textId="77777777" w:rsidR="00937565" w:rsidRPr="00A06E27" w:rsidRDefault="006E6AAD">
      <w:pPr>
        <w:pStyle w:val="GACaption"/>
        <w:jc w:val="center"/>
        <w:rPr>
          <w:rFonts w:cs="Times New Roman"/>
          <w:sz w:val="28"/>
          <w:szCs w:val="28"/>
        </w:rPr>
      </w:pPr>
      <w:r w:rsidRPr="00A06E27">
        <w:rPr>
          <w:rFonts w:cs="Times New Roman"/>
          <w:sz w:val="28"/>
          <w:szCs w:val="28"/>
        </w:rPr>
        <w:t>Hình 1. Lê-nin tuyên bố thành lập Chính quyền Xô viết (1917)</w:t>
      </w:r>
    </w:p>
    <w:p w14:paraId="18C51C47" w14:textId="77777777" w:rsidR="00937565" w:rsidRPr="00A06E27" w:rsidRDefault="006E6AAD">
      <w:pPr>
        <w:jc w:val="both"/>
        <w:rPr>
          <w:rFonts w:cs="Times New Roman"/>
          <w:sz w:val="28"/>
          <w:szCs w:val="28"/>
        </w:rPr>
      </w:pPr>
      <w:r w:rsidRPr="00A06E27">
        <w:rPr>
          <w:rFonts w:cs="Times New Roman"/>
          <w:sz w:val="28"/>
          <w:szCs w:val="28"/>
        </w:rPr>
        <w:lastRenderedPageBreak/>
        <w:t>- HS suy nghĩ cá nhân, trao đổi theo cặp và phát biểu. GV ghi nhanh các từ khóa: chính quyền mới, chống thù trong giặc ngoài, khôi phục kinh tế, đoàn kết các dân tộc.</w:t>
      </w:r>
    </w:p>
    <w:p w14:paraId="5CDA80B8" w14:textId="77777777" w:rsidR="00937565" w:rsidRPr="00A06E27" w:rsidRDefault="006E6AAD">
      <w:pPr>
        <w:jc w:val="both"/>
        <w:rPr>
          <w:rFonts w:cs="Times New Roman"/>
          <w:sz w:val="28"/>
          <w:szCs w:val="28"/>
        </w:rPr>
      </w:pPr>
      <w:r w:rsidRPr="00A06E27">
        <w:rPr>
          <w:rFonts w:cs="Times New Roman"/>
          <w:sz w:val="28"/>
          <w:szCs w:val="28"/>
        </w:rPr>
        <w:t>- GV nhận xét và dẫn dắt vào bài: từ Chính quyền Xô viết ở nước Nga, một nhà nước liên bang xã hội chủ nghĩa đầu tiên trên thế giới đã được hình thành như thế nào và có ý nghĩa ra sao?</w:t>
      </w:r>
    </w:p>
    <w:p w14:paraId="45890423" w14:textId="77777777" w:rsidR="00937565" w:rsidRPr="00A06E27" w:rsidRDefault="006E6AAD">
      <w:pPr>
        <w:pStyle w:val="GAHeading1"/>
        <w:keepNext/>
        <w:rPr>
          <w:rFonts w:cs="Times New Roman"/>
          <w:szCs w:val="28"/>
        </w:rPr>
      </w:pPr>
      <w:r w:rsidRPr="00A06E27">
        <w:rPr>
          <w:rFonts w:cs="Times New Roman"/>
          <w:szCs w:val="28"/>
        </w:rPr>
        <w:t>B. HÌNH THÀNH KIẾN THỨC</w:t>
      </w:r>
    </w:p>
    <w:p w14:paraId="34707EC5" w14:textId="77777777" w:rsidR="00937565" w:rsidRPr="00A06E27" w:rsidRDefault="006E6AAD">
      <w:pPr>
        <w:pStyle w:val="GAActivity"/>
        <w:rPr>
          <w:rFonts w:cs="Times New Roman"/>
          <w:sz w:val="28"/>
          <w:szCs w:val="28"/>
        </w:rPr>
      </w:pPr>
      <w:r w:rsidRPr="00A06E27">
        <w:rPr>
          <w:rFonts w:cs="Times New Roman"/>
          <w:sz w:val="28"/>
          <w:szCs w:val="28"/>
        </w:rPr>
        <w:t>Hoạt động 1. Tìm hiểu quá trình hình thành Liên bang Cộng hòa xã hội chủ nghĩa Xô viết</w:t>
      </w:r>
    </w:p>
    <w:p w14:paraId="5ABC0D0D" w14:textId="77777777" w:rsidR="00937565" w:rsidRPr="00A06E27" w:rsidRDefault="006E6AAD">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HS trình bày được các mốc chính và làm rõ nhu cầu khách quan của việc thành lập Liên bang Cộng hòa xã hội chủ nghĩa Xô viết.</w:t>
      </w:r>
    </w:p>
    <w:p w14:paraId="7B4DA27B" w14:textId="77777777" w:rsidR="00937565" w:rsidRPr="00A06E27" w:rsidRDefault="006E6AAD">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khai thác mục 1, Tư liệu, Hình 1, Hình 2 và hoàn thành Phiếu học tập số 1.</w:t>
      </w:r>
    </w:p>
    <w:p w14:paraId="6C5F4510" w14:textId="77777777" w:rsidR="00937565" w:rsidRPr="00A06E27" w:rsidRDefault="006E6AAD">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Bảng thời gian và phần trình bày về quá trình hình thành Liên Xô.</w:t>
      </w:r>
    </w:p>
    <w:p w14:paraId="1DE964BC" w14:textId="77777777" w:rsidR="00937565" w:rsidRPr="00A06E27" w:rsidRDefault="006E6AAD">
      <w:pPr>
        <w:jc w:val="both"/>
        <w:rPr>
          <w:rFonts w:cs="Times New Roman"/>
          <w:sz w:val="28"/>
          <w:szCs w:val="28"/>
        </w:rPr>
      </w:pPr>
      <w:r w:rsidRPr="00A06E27">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4222"/>
        <w:gridCol w:w="2675"/>
        <w:gridCol w:w="2674"/>
      </w:tblGrid>
      <w:tr w:rsidR="00937565" w:rsidRPr="00A06E27" w14:paraId="6F501F34" w14:textId="77777777" w:rsidTr="00A06E27">
        <w:tc>
          <w:tcPr>
            <w:tcW w:w="2205" w:type="pct"/>
          </w:tcPr>
          <w:p w14:paraId="1DCA45C2" w14:textId="77777777" w:rsidR="00937565" w:rsidRPr="00A06E27" w:rsidRDefault="006E6AAD">
            <w:pPr>
              <w:jc w:val="center"/>
              <w:rPr>
                <w:rFonts w:cs="Times New Roman"/>
                <w:sz w:val="28"/>
                <w:szCs w:val="28"/>
              </w:rPr>
            </w:pPr>
            <w:r w:rsidRPr="00A06E27">
              <w:rPr>
                <w:rFonts w:cs="Times New Roman"/>
                <w:b/>
                <w:sz w:val="28"/>
                <w:szCs w:val="28"/>
              </w:rPr>
              <w:t>HOẠT ĐỘNG CỦA GV-HS</w:t>
            </w:r>
          </w:p>
        </w:tc>
        <w:tc>
          <w:tcPr>
            <w:tcW w:w="1397" w:type="pct"/>
          </w:tcPr>
          <w:p w14:paraId="73E2E58F" w14:textId="77777777" w:rsidR="00937565" w:rsidRPr="00A06E27" w:rsidRDefault="006E6AAD">
            <w:pPr>
              <w:jc w:val="center"/>
              <w:rPr>
                <w:rFonts w:cs="Times New Roman"/>
                <w:sz w:val="28"/>
                <w:szCs w:val="28"/>
              </w:rPr>
            </w:pPr>
            <w:r w:rsidRPr="00A06E27">
              <w:rPr>
                <w:rFonts w:cs="Times New Roman"/>
                <w:b/>
                <w:sz w:val="28"/>
                <w:szCs w:val="28"/>
              </w:rPr>
              <w:t>DỰ KIẾN SẢN PHẨM</w:t>
            </w:r>
          </w:p>
        </w:tc>
        <w:tc>
          <w:tcPr>
            <w:tcW w:w="1397" w:type="pct"/>
          </w:tcPr>
          <w:p w14:paraId="628DA718" w14:textId="77777777" w:rsidR="004474A1" w:rsidRPr="00A06E27" w:rsidRDefault="006E6AAD">
            <w:pPr>
              <w:jc w:val="center"/>
              <w:rPr>
                <w:rFonts w:cs="Times New Roman"/>
                <w:sz w:val="28"/>
                <w:szCs w:val="28"/>
              </w:rPr>
            </w:pPr>
            <w:r w:rsidRPr="00A06E27">
              <w:rPr>
                <w:rFonts w:cs="Times New Roman"/>
                <w:b/>
                <w:sz w:val="28"/>
                <w:szCs w:val="28"/>
              </w:rPr>
              <w:t>NLS</w:t>
            </w:r>
          </w:p>
        </w:tc>
      </w:tr>
      <w:tr w:rsidR="00937565" w:rsidRPr="00A06E27" w14:paraId="3D4BAAAD" w14:textId="77777777" w:rsidTr="00A06E27">
        <w:tc>
          <w:tcPr>
            <w:tcW w:w="2205" w:type="pct"/>
          </w:tcPr>
          <w:p w14:paraId="6FCA05C6" w14:textId="77777777" w:rsidR="00937565" w:rsidRPr="00A06E27" w:rsidRDefault="00937565">
            <w:pPr>
              <w:jc w:val="both"/>
              <w:rPr>
                <w:rFonts w:cs="Times New Roman"/>
                <w:sz w:val="28"/>
                <w:szCs w:val="28"/>
              </w:rPr>
            </w:pPr>
          </w:p>
          <w:p w14:paraId="344C6EBF" w14:textId="77777777" w:rsidR="00937565" w:rsidRPr="00A06E27" w:rsidRDefault="006E6AAD">
            <w:pPr>
              <w:jc w:val="both"/>
              <w:rPr>
                <w:rFonts w:cs="Times New Roman"/>
                <w:sz w:val="28"/>
                <w:szCs w:val="28"/>
              </w:rPr>
            </w:pPr>
            <w:r w:rsidRPr="00A06E27">
              <w:rPr>
                <w:rFonts w:cs="Times New Roman"/>
                <w:b/>
                <w:sz w:val="28"/>
                <w:szCs w:val="28"/>
              </w:rPr>
              <w:t>Bước 1: Chuyển giao nhiệm vụ</w:t>
            </w:r>
          </w:p>
          <w:p w14:paraId="73416BED" w14:textId="77777777" w:rsidR="00937565" w:rsidRPr="00A06E27" w:rsidRDefault="006E6AAD">
            <w:pPr>
              <w:jc w:val="both"/>
              <w:rPr>
                <w:rFonts w:cs="Times New Roman"/>
                <w:sz w:val="28"/>
                <w:szCs w:val="28"/>
              </w:rPr>
            </w:pPr>
            <w:r w:rsidRPr="00A06E27">
              <w:rPr>
                <w:rFonts w:cs="Times New Roman"/>
                <w:sz w:val="28"/>
                <w:szCs w:val="28"/>
              </w:rPr>
              <w:t>- GV yêu cầu HS đọc mục 1 SGK, quan sát Hình 1, Hình 2 và hoàn thành bảng các mốc lịch sử.</w:t>
            </w:r>
          </w:p>
          <w:p w14:paraId="2FD65B6F" w14:textId="77777777" w:rsidR="00937565" w:rsidRPr="00A06E27" w:rsidRDefault="006E6AAD">
            <w:pPr>
              <w:jc w:val="both"/>
              <w:rPr>
                <w:rFonts w:cs="Times New Roman"/>
                <w:sz w:val="28"/>
                <w:szCs w:val="28"/>
              </w:rPr>
            </w:pPr>
            <w:r w:rsidRPr="00A06E27">
              <w:rPr>
                <w:rFonts w:cs="Times New Roman"/>
                <w:sz w:val="28"/>
                <w:szCs w:val="28"/>
              </w:rPr>
              <w:t>- GV nêu câu hỏi định hướng:</w:t>
            </w:r>
          </w:p>
          <w:p w14:paraId="4D7E8060" w14:textId="77777777" w:rsidR="00937565" w:rsidRPr="00A06E27" w:rsidRDefault="006E6AAD">
            <w:pPr>
              <w:jc w:val="both"/>
              <w:rPr>
                <w:rFonts w:cs="Times New Roman"/>
                <w:sz w:val="28"/>
                <w:szCs w:val="28"/>
              </w:rPr>
            </w:pPr>
            <w:r w:rsidRPr="00A06E27">
              <w:rPr>
                <w:rFonts w:cs="Times New Roman"/>
                <w:sz w:val="28"/>
                <w:szCs w:val="28"/>
              </w:rPr>
              <w:t>- Nhiệm vụ quan trọng hàng đầu của Chính quyền Xô viết sau Cách mạng tháng Mười Nga là gì?</w:t>
            </w:r>
          </w:p>
          <w:p w14:paraId="090FAE8E" w14:textId="77777777" w:rsidR="00937565" w:rsidRPr="00A06E27" w:rsidRDefault="006E6AAD">
            <w:pPr>
              <w:jc w:val="both"/>
              <w:rPr>
                <w:rFonts w:cs="Times New Roman"/>
                <w:sz w:val="28"/>
                <w:szCs w:val="28"/>
              </w:rPr>
            </w:pPr>
            <w:r w:rsidRPr="00A06E27">
              <w:rPr>
                <w:rFonts w:cs="Times New Roman"/>
                <w:sz w:val="28"/>
                <w:szCs w:val="28"/>
              </w:rPr>
              <w:t>- Vì sao các nước Cộng hòa Xô viết cần liên minh chặt chẽ với nhau?</w:t>
            </w:r>
          </w:p>
          <w:p w14:paraId="39A84298" w14:textId="77777777" w:rsidR="00937565" w:rsidRPr="00A06E27" w:rsidRDefault="006E6AAD">
            <w:pPr>
              <w:jc w:val="both"/>
              <w:rPr>
                <w:rFonts w:cs="Times New Roman"/>
                <w:sz w:val="28"/>
                <w:szCs w:val="28"/>
              </w:rPr>
            </w:pPr>
            <w:r w:rsidRPr="00A06E27">
              <w:rPr>
                <w:rFonts w:cs="Times New Roman"/>
                <w:sz w:val="28"/>
                <w:szCs w:val="28"/>
              </w:rPr>
              <w:t>- Tư tưởng chỉ đạo của V. I. Lê-nin trong việc thành lập nhà nước liên bang là gì?</w:t>
            </w:r>
          </w:p>
          <w:p w14:paraId="070FA63A" w14:textId="77777777" w:rsidR="00937565" w:rsidRPr="00A06E27" w:rsidRDefault="006E6AAD">
            <w:pPr>
              <w:jc w:val="both"/>
              <w:rPr>
                <w:rFonts w:cs="Times New Roman"/>
                <w:sz w:val="28"/>
                <w:szCs w:val="28"/>
              </w:rPr>
            </w:pPr>
            <w:r w:rsidRPr="00A06E27">
              <w:rPr>
                <w:rFonts w:cs="Times New Roman"/>
                <w:b/>
                <w:sz w:val="28"/>
                <w:szCs w:val="28"/>
              </w:rPr>
              <w:t>Bước 2: Thực hiện nhiệm vụ</w:t>
            </w:r>
          </w:p>
          <w:p w14:paraId="7E68ACD9" w14:textId="77777777" w:rsidR="00937565" w:rsidRPr="00A06E27" w:rsidRDefault="006E6AAD">
            <w:pPr>
              <w:jc w:val="both"/>
              <w:rPr>
                <w:rFonts w:cs="Times New Roman"/>
                <w:sz w:val="28"/>
                <w:szCs w:val="28"/>
              </w:rPr>
            </w:pPr>
            <w:r w:rsidRPr="00A06E27">
              <w:rPr>
                <w:rFonts w:cs="Times New Roman"/>
                <w:sz w:val="28"/>
                <w:szCs w:val="28"/>
              </w:rPr>
              <w:t>- HS đọc SGK, lựa chọn thông tin về các năm 1917, 1918 - 1921, 1922 và 1924.</w:t>
            </w:r>
          </w:p>
          <w:p w14:paraId="10BC005D" w14:textId="77777777" w:rsidR="00937565" w:rsidRPr="00A06E27" w:rsidRDefault="006E6AAD">
            <w:pPr>
              <w:jc w:val="both"/>
              <w:rPr>
                <w:rFonts w:cs="Times New Roman"/>
                <w:sz w:val="28"/>
                <w:szCs w:val="28"/>
              </w:rPr>
            </w:pPr>
            <w:r w:rsidRPr="00A06E27">
              <w:rPr>
                <w:rFonts w:cs="Times New Roman"/>
                <w:sz w:val="28"/>
                <w:szCs w:val="28"/>
              </w:rPr>
              <w:t xml:space="preserve">- HS trao đổi theo nhóm, hoàn thành Phiếu học tập số 1 và giải thích ý nghĩa của nguyên tắc tự nguyện, bình đẳng giữa các dân </w:t>
            </w:r>
            <w:r w:rsidRPr="00A06E27">
              <w:rPr>
                <w:rFonts w:cs="Times New Roman"/>
                <w:sz w:val="28"/>
                <w:szCs w:val="28"/>
              </w:rPr>
              <w:lastRenderedPageBreak/>
              <w:t>tộc.</w:t>
            </w:r>
          </w:p>
          <w:p w14:paraId="1766A942" w14:textId="77777777" w:rsidR="00937565" w:rsidRPr="00A06E27" w:rsidRDefault="006E6AAD">
            <w:pPr>
              <w:jc w:val="both"/>
              <w:rPr>
                <w:rFonts w:cs="Times New Roman"/>
                <w:sz w:val="28"/>
                <w:szCs w:val="28"/>
              </w:rPr>
            </w:pPr>
            <w:r w:rsidRPr="00A06E27">
              <w:rPr>
                <w:rFonts w:cs="Times New Roman"/>
                <w:sz w:val="28"/>
                <w:szCs w:val="28"/>
              </w:rPr>
              <w:t>- GV theo dõi, hỗ trợ HS phân biệt thời điểm tuyên bố thành lập Liên Xô với thời điểm Hiến pháp đầu tiên hoàn tất quá trình hình thành nhà nước liên bang.</w:t>
            </w:r>
          </w:p>
          <w:p w14:paraId="587808AA" w14:textId="77777777" w:rsidR="00937565" w:rsidRPr="00A06E27" w:rsidRDefault="006E6AAD">
            <w:pPr>
              <w:jc w:val="both"/>
              <w:rPr>
                <w:rFonts w:cs="Times New Roman"/>
                <w:sz w:val="28"/>
                <w:szCs w:val="28"/>
              </w:rPr>
            </w:pPr>
            <w:r w:rsidRPr="00A06E27">
              <w:rPr>
                <w:rFonts w:cs="Times New Roman"/>
                <w:b/>
                <w:sz w:val="28"/>
                <w:szCs w:val="28"/>
              </w:rPr>
              <w:t>Bước 3: Báo cáo, thảo luận</w:t>
            </w:r>
          </w:p>
          <w:p w14:paraId="0FF14ABC" w14:textId="77777777" w:rsidR="00937565" w:rsidRPr="00A06E27" w:rsidRDefault="006E6AAD">
            <w:pPr>
              <w:jc w:val="both"/>
              <w:rPr>
                <w:rFonts w:cs="Times New Roman"/>
                <w:sz w:val="28"/>
                <w:szCs w:val="28"/>
              </w:rPr>
            </w:pPr>
            <w:r w:rsidRPr="00A06E27">
              <w:rPr>
                <w:rFonts w:cs="Times New Roman"/>
                <w:sz w:val="28"/>
                <w:szCs w:val="28"/>
              </w:rPr>
              <w:t>- Đại diện nhóm trình bày theo trục thời gian; nhóm khác nhận xét, bổ sung.</w:t>
            </w:r>
          </w:p>
          <w:p w14:paraId="36CCD422" w14:textId="77777777" w:rsidR="00937565" w:rsidRPr="00A06E27" w:rsidRDefault="006E6AAD">
            <w:pPr>
              <w:jc w:val="both"/>
              <w:rPr>
                <w:rFonts w:cs="Times New Roman"/>
                <w:sz w:val="28"/>
                <w:szCs w:val="28"/>
              </w:rPr>
            </w:pPr>
            <w:r w:rsidRPr="00A06E27">
              <w:rPr>
                <w:rFonts w:cs="Times New Roman"/>
                <w:sz w:val="28"/>
                <w:szCs w:val="28"/>
              </w:rPr>
              <w:t>- GV yêu cầu HS quan sát Quốc huy năm 1923 và nhận xét ý nghĩa của các biểu tượng búa liềm, địa cầu, bông lúa và khẩu hiệu đoàn kết.</w:t>
            </w:r>
          </w:p>
          <w:p w14:paraId="6AF2DAEA" w14:textId="77777777" w:rsidR="00937565" w:rsidRPr="00A06E27" w:rsidRDefault="006E6AAD">
            <w:pPr>
              <w:jc w:val="both"/>
              <w:rPr>
                <w:rFonts w:cs="Times New Roman"/>
                <w:sz w:val="28"/>
                <w:szCs w:val="28"/>
              </w:rPr>
            </w:pPr>
            <w:r w:rsidRPr="00A06E27">
              <w:rPr>
                <w:rFonts w:cs="Times New Roman"/>
                <w:b/>
                <w:sz w:val="28"/>
                <w:szCs w:val="28"/>
              </w:rPr>
              <w:t>Bước 4: Kết luận, nhận định</w:t>
            </w:r>
          </w:p>
          <w:p w14:paraId="01C5368D" w14:textId="77777777" w:rsidR="00937565" w:rsidRPr="00A06E27" w:rsidRDefault="006E6AAD">
            <w:pPr>
              <w:jc w:val="both"/>
              <w:rPr>
                <w:rFonts w:cs="Times New Roman"/>
                <w:sz w:val="28"/>
                <w:szCs w:val="28"/>
              </w:rPr>
            </w:pPr>
            <w:r w:rsidRPr="00A06E27">
              <w:rPr>
                <w:rFonts w:cs="Times New Roman"/>
                <w:sz w:val="28"/>
                <w:szCs w:val="28"/>
              </w:rPr>
              <w:t>- GV chuẩn xác kiến thức; nhấn mạnh sự hình thành Liên Xô xuất phát từ nhu cầu bảo vệ thành quả cách mạng, khôi phục kinh tế và tăng cường sức mạnh chung của các nước Cộng hòa Xô viết.</w:t>
            </w:r>
          </w:p>
          <w:p w14:paraId="05CA764D" w14:textId="77777777" w:rsidR="00937565" w:rsidRPr="00A06E27" w:rsidRDefault="006E6AAD">
            <w:pPr>
              <w:jc w:val="both"/>
              <w:rPr>
                <w:rFonts w:cs="Times New Roman"/>
                <w:sz w:val="28"/>
                <w:szCs w:val="28"/>
              </w:rPr>
            </w:pPr>
            <w:r w:rsidRPr="00A06E27">
              <w:rPr>
                <w:rFonts w:cs="Times New Roman"/>
                <w:noProof/>
                <w:sz w:val="28"/>
                <w:szCs w:val="28"/>
              </w:rPr>
              <w:drawing>
                <wp:inline distT="0" distB="0" distL="0" distR="0" wp14:anchorId="1C4276CA" wp14:editId="3CD3F1C2">
                  <wp:extent cx="1876425" cy="137381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1_lenin_tuyen_bo_thanh_lap_chinh_quyen_xo_viet.jpg"/>
                          <pic:cNvPicPr/>
                        </pic:nvPicPr>
                        <pic:blipFill>
                          <a:blip r:embed="rId8"/>
                          <a:stretch>
                            <a:fillRect/>
                          </a:stretch>
                        </pic:blipFill>
                        <pic:spPr>
                          <a:xfrm>
                            <a:off x="0" y="0"/>
                            <a:ext cx="1878368" cy="1375233"/>
                          </a:xfrm>
                          <a:prstGeom prst="rect">
                            <a:avLst/>
                          </a:prstGeom>
                        </pic:spPr>
                      </pic:pic>
                    </a:graphicData>
                  </a:graphic>
                </wp:inline>
              </w:drawing>
            </w:r>
          </w:p>
          <w:p w14:paraId="4329087E" w14:textId="77777777" w:rsidR="00937565" w:rsidRPr="00A06E27" w:rsidRDefault="006E6AAD">
            <w:pPr>
              <w:pStyle w:val="GACaption"/>
              <w:jc w:val="both"/>
              <w:rPr>
                <w:rFonts w:cs="Times New Roman"/>
                <w:sz w:val="28"/>
                <w:szCs w:val="28"/>
              </w:rPr>
            </w:pPr>
            <w:r w:rsidRPr="00A06E27">
              <w:rPr>
                <w:rFonts w:cs="Times New Roman"/>
                <w:sz w:val="28"/>
                <w:szCs w:val="28"/>
              </w:rPr>
              <w:t>Hình 1. Lê-nin tuyên bố thành lập Chính quyền Xô viết (1917)</w:t>
            </w:r>
          </w:p>
          <w:p w14:paraId="1837B42A" w14:textId="77777777" w:rsidR="00937565" w:rsidRPr="00A06E27" w:rsidRDefault="006E6AAD">
            <w:pPr>
              <w:jc w:val="both"/>
              <w:rPr>
                <w:rFonts w:cs="Times New Roman"/>
                <w:sz w:val="28"/>
                <w:szCs w:val="28"/>
              </w:rPr>
            </w:pPr>
            <w:r w:rsidRPr="00A06E27">
              <w:rPr>
                <w:rFonts w:cs="Times New Roman"/>
                <w:noProof/>
                <w:sz w:val="28"/>
                <w:szCs w:val="28"/>
              </w:rPr>
              <w:drawing>
                <wp:inline distT="0" distB="0" distL="0" distR="0" wp14:anchorId="29EE792B" wp14:editId="3CAB2A5B">
                  <wp:extent cx="1728000" cy="15663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2_quoc_huy_dau_tien_lien_xo.jpg"/>
                          <pic:cNvPicPr/>
                        </pic:nvPicPr>
                        <pic:blipFill>
                          <a:blip r:embed="rId9"/>
                          <a:stretch>
                            <a:fillRect/>
                          </a:stretch>
                        </pic:blipFill>
                        <pic:spPr>
                          <a:xfrm>
                            <a:off x="0" y="0"/>
                            <a:ext cx="1728000" cy="1566316"/>
                          </a:xfrm>
                          <a:prstGeom prst="rect">
                            <a:avLst/>
                          </a:prstGeom>
                        </pic:spPr>
                      </pic:pic>
                    </a:graphicData>
                  </a:graphic>
                </wp:inline>
              </w:drawing>
            </w:r>
          </w:p>
          <w:p w14:paraId="2C07771E" w14:textId="77777777" w:rsidR="00937565" w:rsidRPr="00A06E27" w:rsidRDefault="006E6AAD">
            <w:pPr>
              <w:pStyle w:val="GACaption"/>
              <w:jc w:val="both"/>
              <w:rPr>
                <w:rFonts w:cs="Times New Roman"/>
                <w:sz w:val="28"/>
                <w:szCs w:val="28"/>
              </w:rPr>
            </w:pPr>
            <w:r w:rsidRPr="00A06E27">
              <w:rPr>
                <w:rFonts w:cs="Times New Roman"/>
                <w:sz w:val="28"/>
                <w:szCs w:val="28"/>
              </w:rPr>
              <w:t>Hình 2. Quốc huy đầu tiên của Liên Xô (1923)</w:t>
            </w:r>
          </w:p>
        </w:tc>
        <w:tc>
          <w:tcPr>
            <w:tcW w:w="1397" w:type="pct"/>
          </w:tcPr>
          <w:p w14:paraId="357174CB" w14:textId="77777777" w:rsidR="00937565" w:rsidRPr="00A06E27" w:rsidRDefault="00937565">
            <w:pPr>
              <w:jc w:val="both"/>
              <w:rPr>
                <w:rFonts w:cs="Times New Roman"/>
                <w:sz w:val="28"/>
                <w:szCs w:val="28"/>
              </w:rPr>
            </w:pPr>
          </w:p>
          <w:p w14:paraId="5C9A60BE" w14:textId="77777777" w:rsidR="00937565" w:rsidRPr="00A06E27" w:rsidRDefault="006E6AAD">
            <w:pPr>
              <w:jc w:val="both"/>
              <w:rPr>
                <w:rFonts w:cs="Times New Roman"/>
                <w:sz w:val="28"/>
                <w:szCs w:val="28"/>
              </w:rPr>
            </w:pPr>
            <w:r w:rsidRPr="00A06E27">
              <w:rPr>
                <w:rFonts w:cs="Times New Roman"/>
                <w:b/>
                <w:sz w:val="28"/>
                <w:szCs w:val="28"/>
              </w:rPr>
              <w:t>- Sau Cách mạng tháng Mười Nga:</w:t>
            </w:r>
          </w:p>
          <w:p w14:paraId="297E406D" w14:textId="77777777" w:rsidR="00937565" w:rsidRPr="00A06E27" w:rsidRDefault="006E6AAD">
            <w:pPr>
              <w:jc w:val="both"/>
              <w:rPr>
                <w:rFonts w:cs="Times New Roman"/>
                <w:sz w:val="28"/>
                <w:szCs w:val="28"/>
              </w:rPr>
            </w:pPr>
            <w:r w:rsidRPr="00A06E27">
              <w:rPr>
                <w:rFonts w:cs="Times New Roman"/>
                <w:sz w:val="28"/>
                <w:szCs w:val="28"/>
              </w:rPr>
              <w:t>- Chính quyền Xô viết được thành lập, đập tan bộ máy nhà nước cũ và xây dựng nhà nước mới của công nhân, nông dân.</w:t>
            </w:r>
          </w:p>
          <w:p w14:paraId="6B7A628C" w14:textId="77777777" w:rsidR="00937565" w:rsidRPr="00A06E27" w:rsidRDefault="006E6AAD">
            <w:pPr>
              <w:jc w:val="both"/>
              <w:rPr>
                <w:rFonts w:cs="Times New Roman"/>
                <w:sz w:val="28"/>
                <w:szCs w:val="28"/>
              </w:rPr>
            </w:pPr>
            <w:r w:rsidRPr="00A06E27">
              <w:rPr>
                <w:rFonts w:cs="Times New Roman"/>
                <w:b/>
                <w:sz w:val="28"/>
                <w:szCs w:val="28"/>
              </w:rPr>
              <w:t>- Giai đoạn 1918 - 1921:</w:t>
            </w:r>
          </w:p>
          <w:p w14:paraId="5123839A" w14:textId="77777777" w:rsidR="00937565" w:rsidRPr="00A06E27" w:rsidRDefault="006E6AAD">
            <w:pPr>
              <w:jc w:val="both"/>
              <w:rPr>
                <w:rFonts w:cs="Times New Roman"/>
                <w:sz w:val="28"/>
                <w:szCs w:val="28"/>
              </w:rPr>
            </w:pPr>
            <w:r w:rsidRPr="00A06E27">
              <w:rPr>
                <w:rFonts w:cs="Times New Roman"/>
                <w:sz w:val="28"/>
                <w:szCs w:val="28"/>
              </w:rPr>
              <w:t>- Các nước Cộng hòa Xô viết phối hợp chống thù trong, giặc ngoài, bảo vệ chính quyền và khôi phục kinh tế.</w:t>
            </w:r>
          </w:p>
          <w:p w14:paraId="5A7C96C4" w14:textId="77777777" w:rsidR="00937565" w:rsidRPr="00A06E27" w:rsidRDefault="006E6AAD">
            <w:pPr>
              <w:jc w:val="both"/>
              <w:rPr>
                <w:rFonts w:cs="Times New Roman"/>
                <w:sz w:val="28"/>
                <w:szCs w:val="28"/>
              </w:rPr>
            </w:pPr>
            <w:r w:rsidRPr="00A06E27">
              <w:rPr>
                <w:rFonts w:cs="Times New Roman"/>
                <w:b/>
                <w:sz w:val="28"/>
                <w:szCs w:val="28"/>
              </w:rPr>
              <w:t>- Nhu cầu thành lập liên bang:</w:t>
            </w:r>
          </w:p>
          <w:p w14:paraId="78B0C5A6" w14:textId="77777777" w:rsidR="00937565" w:rsidRPr="00A06E27" w:rsidRDefault="006E6AAD">
            <w:pPr>
              <w:jc w:val="both"/>
              <w:rPr>
                <w:rFonts w:cs="Times New Roman"/>
                <w:sz w:val="28"/>
                <w:szCs w:val="28"/>
              </w:rPr>
            </w:pPr>
            <w:r w:rsidRPr="00A06E27">
              <w:rPr>
                <w:rFonts w:cs="Times New Roman"/>
                <w:sz w:val="28"/>
                <w:szCs w:val="28"/>
              </w:rPr>
              <w:t xml:space="preserve">- Các nước Cộng hòa có chung mục tiêu, cần đoàn kết để bảo vệ đất nước, phát </w:t>
            </w:r>
            <w:r w:rsidRPr="00A06E27">
              <w:rPr>
                <w:rFonts w:cs="Times New Roman"/>
                <w:sz w:val="28"/>
                <w:szCs w:val="28"/>
              </w:rPr>
              <w:lastRenderedPageBreak/>
              <w:t>triển kinh tế và giải quyết đúng đắn vấn đề dân tộc.</w:t>
            </w:r>
          </w:p>
          <w:p w14:paraId="309B7973" w14:textId="77777777" w:rsidR="00937565" w:rsidRPr="00A06E27" w:rsidRDefault="006E6AAD">
            <w:pPr>
              <w:jc w:val="both"/>
              <w:rPr>
                <w:rFonts w:cs="Times New Roman"/>
                <w:sz w:val="28"/>
                <w:szCs w:val="28"/>
              </w:rPr>
            </w:pPr>
            <w:r w:rsidRPr="00A06E27">
              <w:rPr>
                <w:rFonts w:cs="Times New Roman"/>
                <w:b/>
                <w:sz w:val="28"/>
                <w:szCs w:val="28"/>
              </w:rPr>
              <w:t>- Ngày 30 - 12 - 1922:</w:t>
            </w:r>
          </w:p>
          <w:p w14:paraId="578F0C44" w14:textId="77777777" w:rsidR="00937565" w:rsidRPr="00A06E27" w:rsidRDefault="006E6AAD">
            <w:pPr>
              <w:jc w:val="both"/>
              <w:rPr>
                <w:rFonts w:cs="Times New Roman"/>
                <w:sz w:val="28"/>
                <w:szCs w:val="28"/>
              </w:rPr>
            </w:pPr>
            <w:r w:rsidRPr="00A06E27">
              <w:rPr>
                <w:rFonts w:cs="Times New Roman"/>
                <w:sz w:val="28"/>
                <w:szCs w:val="28"/>
              </w:rPr>
              <w:t>- Đại hội lần thứ nhất các Xô viết toàn Liên bang thông qua Tuyên ngôn thành lập Liên bang Cộng hòa xã hội chủ nghĩa Xô viết và Hiệp ước Liên bang.</w:t>
            </w:r>
          </w:p>
          <w:p w14:paraId="25D65E3A" w14:textId="77777777" w:rsidR="00937565" w:rsidRPr="00A06E27" w:rsidRDefault="006E6AAD">
            <w:pPr>
              <w:jc w:val="both"/>
              <w:rPr>
                <w:rFonts w:cs="Times New Roman"/>
                <w:sz w:val="28"/>
                <w:szCs w:val="28"/>
              </w:rPr>
            </w:pPr>
            <w:r w:rsidRPr="00A06E27">
              <w:rPr>
                <w:rFonts w:cs="Times New Roman"/>
                <w:sz w:val="28"/>
                <w:szCs w:val="28"/>
              </w:rPr>
              <w:t>- Ban đầu Liên Xô gồm 4 nước Cộng hòa: Nga, U-crai-na, Bê-lô-rút-xi-a và Ngoại Cáp-ca-dơ.</w:t>
            </w:r>
          </w:p>
          <w:p w14:paraId="2BE9A286" w14:textId="77777777" w:rsidR="00937565" w:rsidRPr="00A06E27" w:rsidRDefault="006E6AAD">
            <w:pPr>
              <w:jc w:val="both"/>
              <w:rPr>
                <w:rFonts w:cs="Times New Roman"/>
                <w:sz w:val="28"/>
                <w:szCs w:val="28"/>
              </w:rPr>
            </w:pPr>
            <w:r w:rsidRPr="00A06E27">
              <w:rPr>
                <w:rFonts w:cs="Times New Roman"/>
                <w:b/>
                <w:sz w:val="28"/>
                <w:szCs w:val="28"/>
              </w:rPr>
              <w:t>- Tháng 1 - 1924:</w:t>
            </w:r>
          </w:p>
          <w:p w14:paraId="3D0CC526" w14:textId="77777777" w:rsidR="00937565" w:rsidRPr="00A06E27" w:rsidRDefault="006E6AAD">
            <w:pPr>
              <w:jc w:val="both"/>
              <w:rPr>
                <w:rFonts w:cs="Times New Roman"/>
                <w:sz w:val="28"/>
                <w:szCs w:val="28"/>
              </w:rPr>
            </w:pPr>
            <w:r w:rsidRPr="00A06E27">
              <w:rPr>
                <w:rFonts w:cs="Times New Roman"/>
                <w:sz w:val="28"/>
                <w:szCs w:val="28"/>
              </w:rPr>
              <w:t>- Hiến pháp đầu tiên của Liên Xô được thông qua, hoàn tất quá trình thành lập nhà nước liên bang xã hội chủ nghĩa đầu tiên trên thế giới.</w:t>
            </w:r>
          </w:p>
          <w:p w14:paraId="2DF40DCF" w14:textId="77777777" w:rsidR="00937565" w:rsidRPr="00A06E27" w:rsidRDefault="006E6AAD">
            <w:pPr>
              <w:jc w:val="both"/>
              <w:rPr>
                <w:rFonts w:cs="Times New Roman"/>
                <w:sz w:val="28"/>
                <w:szCs w:val="28"/>
              </w:rPr>
            </w:pPr>
            <w:r w:rsidRPr="00A06E27">
              <w:rPr>
                <w:rFonts w:cs="Times New Roman"/>
                <w:b/>
                <w:sz w:val="28"/>
                <w:szCs w:val="28"/>
              </w:rPr>
              <w:t>- Nguyên tắc tổ chức:</w:t>
            </w:r>
          </w:p>
          <w:p w14:paraId="06C29139" w14:textId="77777777" w:rsidR="00937565" w:rsidRPr="00A06E27" w:rsidRDefault="006E6AAD">
            <w:pPr>
              <w:jc w:val="both"/>
              <w:rPr>
                <w:rFonts w:cs="Times New Roman"/>
                <w:sz w:val="28"/>
                <w:szCs w:val="28"/>
              </w:rPr>
            </w:pPr>
            <w:r w:rsidRPr="00A06E27">
              <w:rPr>
                <w:rFonts w:cs="Times New Roman"/>
                <w:sz w:val="28"/>
                <w:szCs w:val="28"/>
              </w:rPr>
              <w:t>- Tự nguyện, bình đẳng, tôn trọng quyền tự quyết và hợp tác giữa các dân tộc.</w:t>
            </w:r>
          </w:p>
        </w:tc>
        <w:tc>
          <w:tcPr>
            <w:tcW w:w="1397" w:type="pct"/>
          </w:tcPr>
          <w:p w14:paraId="7149F512" w14:textId="77777777" w:rsidR="004474A1" w:rsidRPr="00A06E27" w:rsidRDefault="006E6AAD">
            <w:pPr>
              <w:spacing w:after="40"/>
              <w:jc w:val="both"/>
              <w:rPr>
                <w:rFonts w:cs="Times New Roman"/>
                <w:sz w:val="28"/>
                <w:szCs w:val="28"/>
              </w:rPr>
            </w:pPr>
            <w:r w:rsidRPr="00A06E27">
              <w:rPr>
                <w:rFonts w:cs="Times New Roman"/>
                <w:sz w:val="28"/>
                <w:szCs w:val="28"/>
              </w:rPr>
              <w:lastRenderedPageBreak/>
              <w:t>[1.1-NC1-b] - Tìm kiếm thông tin số</w:t>
            </w:r>
            <w:r w:rsidRPr="00A06E27">
              <w:rPr>
                <w:rFonts w:cs="Times New Roman"/>
                <w:sz w:val="28"/>
                <w:szCs w:val="28"/>
              </w:rPr>
              <w:br/>
              <w:t>- GV giao cho mỗi nhóm kiểm chứng một mốc: 1917, 1918-1921, 30-12-1922 hoặc 1-1924.</w:t>
            </w:r>
            <w:r w:rsidRPr="00A06E27">
              <w:rPr>
                <w:rFonts w:cs="Times New Roman"/>
                <w:sz w:val="28"/>
                <w:szCs w:val="28"/>
              </w:rPr>
              <w:br/>
              <w:t>- HS dùng cụm từ khóa cụ thể, chẳng hạn: “Tuyên ngôn thành lập Liên Xô 30-12-1922” hoặc “Hiến pháp Liên Xô tháng 1 năm 1924”.</w:t>
            </w:r>
            <w:r w:rsidRPr="00A06E27">
              <w:rPr>
                <w:rFonts w:cs="Times New Roman"/>
                <w:sz w:val="28"/>
                <w:szCs w:val="28"/>
              </w:rPr>
              <w:br/>
              <w:t>- Công cụ: trình duyệt/Google Search; ưu tiên nguồn của cơ quan lưu trữ, bảo tàng, thư viện, cơ sở giáo dục hoặc đường dẫn GV cung cấp.</w:t>
            </w:r>
            <w:r w:rsidRPr="00A06E27">
              <w:rPr>
                <w:rFonts w:cs="Times New Roman"/>
                <w:sz w:val="28"/>
                <w:szCs w:val="28"/>
              </w:rPr>
              <w:br/>
            </w:r>
            <w:r w:rsidRPr="00A06E27">
              <w:rPr>
                <w:rFonts w:cs="Times New Roman"/>
                <w:sz w:val="28"/>
                <w:szCs w:val="28"/>
              </w:rPr>
              <w:br/>
              <w:t xml:space="preserve">[1.2-NC1-a/b] - Đánh </w:t>
            </w:r>
            <w:r w:rsidRPr="00A06E27">
              <w:rPr>
                <w:rFonts w:cs="Times New Roman"/>
                <w:sz w:val="28"/>
                <w:szCs w:val="28"/>
              </w:rPr>
              <w:lastRenderedPageBreak/>
              <w:t>giá nguồn số</w:t>
            </w:r>
            <w:r w:rsidRPr="00A06E27">
              <w:rPr>
                <w:rFonts w:cs="Times New Roman"/>
                <w:sz w:val="28"/>
                <w:szCs w:val="28"/>
              </w:rPr>
              <w:br/>
              <w:t>- HS ghi tên nguồn, chủ thể công bố, thời điểm, thông tin chính; đối chiếu với SGK và nêu kết luận phù hợp/chưa phù hợp/cần kiểm chứng thêm.</w:t>
            </w:r>
            <w:r w:rsidRPr="00A06E27">
              <w:rPr>
                <w:rFonts w:cs="Times New Roman"/>
                <w:sz w:val="28"/>
                <w:szCs w:val="28"/>
              </w:rPr>
              <w:br/>
              <w:t>- Sản phẩm minh chứng: Phiếu kiểm chứng nguồn số.</w:t>
            </w:r>
            <w:r w:rsidRPr="00A06E27">
              <w:rPr>
                <w:rFonts w:cs="Times New Roman"/>
                <w:sz w:val="28"/>
                <w:szCs w:val="28"/>
              </w:rPr>
              <w:br/>
              <w:t>- Đánh giá: căn cứ lựa chọn nguồn và khả năng đối chiếu, không đánh giá số lượng kết quả tìm kiếm.</w:t>
            </w:r>
            <w:r w:rsidRPr="00A06E27">
              <w:rPr>
                <w:rFonts w:cs="Times New Roman"/>
                <w:sz w:val="28"/>
                <w:szCs w:val="28"/>
              </w:rPr>
              <w:br/>
            </w:r>
            <w:r w:rsidRPr="00A06E27">
              <w:rPr>
                <w:rFonts w:cs="Times New Roman"/>
                <w:sz w:val="28"/>
                <w:szCs w:val="28"/>
              </w:rPr>
              <w:br/>
              <w:t>[3.1-NC1-a] - Tạo nội dung số</w:t>
            </w:r>
            <w:r w:rsidRPr="00A06E27">
              <w:rPr>
                <w:rFonts w:cs="Times New Roman"/>
                <w:sz w:val="28"/>
                <w:szCs w:val="28"/>
              </w:rPr>
              <w:br/>
              <w:t>- Nhóm tạo một trang trục thời gian gồm 4 mốc; mỗi mốc có sự kiện, nội dung chính và ý nghĩa.</w:t>
            </w:r>
            <w:r w:rsidRPr="00A06E27">
              <w:rPr>
                <w:rFonts w:cs="Times New Roman"/>
                <w:sz w:val="28"/>
                <w:szCs w:val="28"/>
              </w:rPr>
              <w:br/>
              <w:t>- Công cụ: Word hoặc PowerPoint với các thao tác cơ bản: tạo bảng/hình khối, nhập văn bản, chèn hình, căn chỉnh.</w:t>
            </w:r>
            <w:r w:rsidRPr="00A06E27">
              <w:rPr>
                <w:rFonts w:cs="Times New Roman"/>
                <w:sz w:val="28"/>
                <w:szCs w:val="28"/>
              </w:rPr>
              <w:br/>
              <w:t>- Sản phẩm: trục thời gian số hoàn chỉnh, dùng để báo cáo ở Bước 3.</w:t>
            </w:r>
            <w:r w:rsidRPr="00A06E27">
              <w:rPr>
                <w:rFonts w:cs="Times New Roman"/>
                <w:sz w:val="28"/>
                <w:szCs w:val="28"/>
              </w:rPr>
              <w:br/>
            </w:r>
            <w:r w:rsidRPr="00A06E27">
              <w:rPr>
                <w:rFonts w:cs="Times New Roman"/>
                <w:sz w:val="28"/>
                <w:szCs w:val="28"/>
              </w:rPr>
              <w:br/>
              <w:t>[5.2-NC1-b] - Lựa chọn giải pháp công nghệ</w:t>
            </w:r>
            <w:r w:rsidRPr="00A06E27">
              <w:rPr>
                <w:rFonts w:cs="Times New Roman"/>
                <w:sz w:val="28"/>
                <w:szCs w:val="28"/>
              </w:rPr>
              <w:br/>
              <w:t xml:space="preserve">- Nhóm chọn Word khi cần bảng rõ ràng; chọn PowerPoint khi cần trục thời gian </w:t>
            </w:r>
            <w:r w:rsidRPr="00A06E27">
              <w:rPr>
                <w:rFonts w:cs="Times New Roman"/>
                <w:sz w:val="28"/>
                <w:szCs w:val="28"/>
              </w:rPr>
              <w:lastRenderedPageBreak/>
              <w:t>trực quan; chuyển sang phiếu giấy/bảng nhóm nếu thiếu thiết bị hoặc mất mạng.</w:t>
            </w:r>
            <w:r w:rsidRPr="00A06E27">
              <w:rPr>
                <w:rFonts w:cs="Times New Roman"/>
                <w:sz w:val="28"/>
                <w:szCs w:val="28"/>
              </w:rPr>
              <w:br/>
              <w:t>- Đánh giá: công cụ phù hợp nhiệm vụ, sản phẩm dễ đọc và hoàn thành trong thời gian quy định.</w:t>
            </w:r>
          </w:p>
        </w:tc>
      </w:tr>
    </w:tbl>
    <w:p w14:paraId="1ADF817F" w14:textId="77777777" w:rsidR="00937565" w:rsidRPr="00A06E27" w:rsidRDefault="00937565">
      <w:pPr>
        <w:rPr>
          <w:rFonts w:cs="Times New Roman"/>
          <w:sz w:val="28"/>
          <w:szCs w:val="28"/>
        </w:rPr>
      </w:pPr>
    </w:p>
    <w:p w14:paraId="5520974B" w14:textId="77777777" w:rsidR="00A06E27" w:rsidRDefault="00A06E27">
      <w:pPr>
        <w:jc w:val="center"/>
        <w:rPr>
          <w:rFonts w:cs="Times New Roman"/>
          <w:b/>
          <w:sz w:val="28"/>
          <w:szCs w:val="28"/>
        </w:rPr>
      </w:pPr>
    </w:p>
    <w:p w14:paraId="182BE68F" w14:textId="77777777" w:rsidR="00A06E27" w:rsidRDefault="00A06E27">
      <w:pPr>
        <w:jc w:val="center"/>
        <w:rPr>
          <w:rFonts w:cs="Times New Roman"/>
          <w:b/>
          <w:sz w:val="28"/>
          <w:szCs w:val="28"/>
        </w:rPr>
      </w:pPr>
    </w:p>
    <w:p w14:paraId="0B77A607" w14:textId="5E590544" w:rsidR="00937565" w:rsidRPr="00A06E27" w:rsidRDefault="006E6AAD">
      <w:pPr>
        <w:jc w:val="center"/>
        <w:rPr>
          <w:rFonts w:cs="Times New Roman"/>
          <w:sz w:val="28"/>
          <w:szCs w:val="28"/>
        </w:rPr>
      </w:pPr>
      <w:r w:rsidRPr="00A06E27">
        <w:rPr>
          <w:rFonts w:cs="Times New Roman"/>
          <w:b/>
          <w:sz w:val="28"/>
          <w:szCs w:val="28"/>
        </w:rPr>
        <w:t>PHIẾU HỌC TẬP SỐ 1</w:t>
      </w:r>
    </w:p>
    <w:tbl>
      <w:tblPr>
        <w:tblStyle w:val="TableGrid"/>
        <w:tblW w:w="5000" w:type="pct"/>
        <w:tblLook w:val="04A0" w:firstRow="1" w:lastRow="0" w:firstColumn="1" w:lastColumn="0" w:noHBand="0" w:noVBand="1"/>
      </w:tblPr>
      <w:tblGrid>
        <w:gridCol w:w="2392"/>
        <w:gridCol w:w="2393"/>
        <w:gridCol w:w="2393"/>
        <w:gridCol w:w="2393"/>
      </w:tblGrid>
      <w:tr w:rsidR="00937565" w:rsidRPr="00A06E27" w14:paraId="065E52C2" w14:textId="77777777" w:rsidTr="009E4E33">
        <w:trPr>
          <w:cantSplit/>
        </w:trPr>
        <w:tc>
          <w:tcPr>
            <w:tcW w:w="1250" w:type="pct"/>
          </w:tcPr>
          <w:p w14:paraId="08291990" w14:textId="77777777" w:rsidR="00937565" w:rsidRPr="00A06E27" w:rsidRDefault="006E6AAD">
            <w:pPr>
              <w:jc w:val="center"/>
              <w:rPr>
                <w:rFonts w:cs="Times New Roman"/>
                <w:sz w:val="28"/>
                <w:szCs w:val="28"/>
              </w:rPr>
            </w:pPr>
            <w:r w:rsidRPr="00A06E27">
              <w:rPr>
                <w:rFonts w:cs="Times New Roman"/>
                <w:b/>
                <w:sz w:val="28"/>
                <w:szCs w:val="28"/>
              </w:rPr>
              <w:t>Thời gian</w:t>
            </w:r>
          </w:p>
        </w:tc>
        <w:tc>
          <w:tcPr>
            <w:tcW w:w="1250" w:type="pct"/>
          </w:tcPr>
          <w:p w14:paraId="2BC65393" w14:textId="77777777" w:rsidR="00937565" w:rsidRPr="00A06E27" w:rsidRDefault="006E6AAD">
            <w:pPr>
              <w:jc w:val="center"/>
              <w:rPr>
                <w:rFonts w:cs="Times New Roman"/>
                <w:sz w:val="28"/>
                <w:szCs w:val="28"/>
              </w:rPr>
            </w:pPr>
            <w:r w:rsidRPr="00A06E27">
              <w:rPr>
                <w:rFonts w:cs="Times New Roman"/>
                <w:b/>
                <w:sz w:val="28"/>
                <w:szCs w:val="28"/>
              </w:rPr>
              <w:t>Sự kiện</w:t>
            </w:r>
          </w:p>
        </w:tc>
        <w:tc>
          <w:tcPr>
            <w:tcW w:w="1250" w:type="pct"/>
          </w:tcPr>
          <w:p w14:paraId="7280F2F5" w14:textId="77777777" w:rsidR="00937565" w:rsidRPr="00A06E27" w:rsidRDefault="006E6AAD">
            <w:pPr>
              <w:jc w:val="center"/>
              <w:rPr>
                <w:rFonts w:cs="Times New Roman"/>
                <w:sz w:val="28"/>
                <w:szCs w:val="28"/>
              </w:rPr>
            </w:pPr>
            <w:r w:rsidRPr="00A06E27">
              <w:rPr>
                <w:rFonts w:cs="Times New Roman"/>
                <w:b/>
                <w:sz w:val="28"/>
                <w:szCs w:val="28"/>
              </w:rPr>
              <w:t>Nội dung chính</w:t>
            </w:r>
          </w:p>
        </w:tc>
        <w:tc>
          <w:tcPr>
            <w:tcW w:w="1250" w:type="pct"/>
          </w:tcPr>
          <w:p w14:paraId="57F5A8EC" w14:textId="77777777" w:rsidR="00937565" w:rsidRPr="00A06E27" w:rsidRDefault="006E6AAD">
            <w:pPr>
              <w:jc w:val="center"/>
              <w:rPr>
                <w:rFonts w:cs="Times New Roman"/>
                <w:sz w:val="28"/>
                <w:szCs w:val="28"/>
              </w:rPr>
            </w:pPr>
            <w:r w:rsidRPr="00A06E27">
              <w:rPr>
                <w:rFonts w:cs="Times New Roman"/>
                <w:b/>
                <w:sz w:val="28"/>
                <w:szCs w:val="28"/>
              </w:rPr>
              <w:t>Ý nghĩa</w:t>
            </w:r>
          </w:p>
        </w:tc>
      </w:tr>
      <w:tr w:rsidR="00937565" w:rsidRPr="00A06E27" w14:paraId="56C2F5E7" w14:textId="77777777" w:rsidTr="009E4E33">
        <w:trPr>
          <w:cantSplit/>
        </w:trPr>
        <w:tc>
          <w:tcPr>
            <w:tcW w:w="1250" w:type="pct"/>
          </w:tcPr>
          <w:p w14:paraId="6B999AF7" w14:textId="77777777" w:rsidR="00937565" w:rsidRPr="00A06E27" w:rsidRDefault="006E6AAD">
            <w:pPr>
              <w:jc w:val="both"/>
              <w:rPr>
                <w:rFonts w:cs="Times New Roman"/>
                <w:sz w:val="28"/>
                <w:szCs w:val="28"/>
              </w:rPr>
            </w:pPr>
            <w:r w:rsidRPr="00A06E27">
              <w:rPr>
                <w:rFonts w:cs="Times New Roman"/>
                <w:sz w:val="28"/>
                <w:szCs w:val="28"/>
              </w:rPr>
              <w:t>25 - 10 - 1917</w:t>
            </w:r>
          </w:p>
        </w:tc>
        <w:tc>
          <w:tcPr>
            <w:tcW w:w="1250" w:type="pct"/>
          </w:tcPr>
          <w:p w14:paraId="7EDAE24C" w14:textId="77777777" w:rsidR="00937565" w:rsidRPr="00A06E27" w:rsidRDefault="006E6AAD">
            <w:pPr>
              <w:jc w:val="both"/>
              <w:rPr>
                <w:rFonts w:cs="Times New Roman"/>
                <w:sz w:val="28"/>
                <w:szCs w:val="28"/>
              </w:rPr>
            </w:pPr>
            <w:r w:rsidRPr="00A06E27">
              <w:rPr>
                <w:rFonts w:cs="Times New Roman"/>
                <w:sz w:val="28"/>
                <w:szCs w:val="28"/>
              </w:rPr>
              <w:t>Thành lập Chính quyền Xô viết</w:t>
            </w:r>
          </w:p>
        </w:tc>
        <w:tc>
          <w:tcPr>
            <w:tcW w:w="1250" w:type="pct"/>
          </w:tcPr>
          <w:p w14:paraId="2E288575" w14:textId="77777777" w:rsidR="00937565" w:rsidRPr="00A06E27" w:rsidRDefault="006E6AAD">
            <w:pPr>
              <w:jc w:val="both"/>
              <w:rPr>
                <w:rFonts w:cs="Times New Roman"/>
                <w:sz w:val="28"/>
                <w:szCs w:val="28"/>
              </w:rPr>
            </w:pPr>
            <w:r w:rsidRPr="00A06E27">
              <w:rPr>
                <w:rFonts w:cs="Times New Roman"/>
                <w:sz w:val="28"/>
                <w:szCs w:val="28"/>
              </w:rPr>
              <w:t>Lê-nin đứng đầu nhà nước mới của công nhân và nông dân</w:t>
            </w:r>
          </w:p>
        </w:tc>
        <w:tc>
          <w:tcPr>
            <w:tcW w:w="1250" w:type="pct"/>
          </w:tcPr>
          <w:p w14:paraId="6394991E" w14:textId="77777777" w:rsidR="00937565" w:rsidRPr="00A06E27" w:rsidRDefault="006E6AAD">
            <w:pPr>
              <w:jc w:val="both"/>
              <w:rPr>
                <w:rFonts w:cs="Times New Roman"/>
                <w:sz w:val="28"/>
                <w:szCs w:val="28"/>
              </w:rPr>
            </w:pPr>
            <w:r w:rsidRPr="00A06E27">
              <w:rPr>
                <w:rFonts w:cs="Times New Roman"/>
                <w:sz w:val="28"/>
                <w:szCs w:val="28"/>
              </w:rPr>
              <w:t>Mở đầu quá trình xây dựng chế độ xã hội chủ nghĩa</w:t>
            </w:r>
          </w:p>
        </w:tc>
      </w:tr>
      <w:tr w:rsidR="00937565" w:rsidRPr="00A06E27" w14:paraId="3D6955C8" w14:textId="77777777" w:rsidTr="009E4E33">
        <w:trPr>
          <w:cantSplit/>
        </w:trPr>
        <w:tc>
          <w:tcPr>
            <w:tcW w:w="1250" w:type="pct"/>
          </w:tcPr>
          <w:p w14:paraId="10608F3D" w14:textId="77777777" w:rsidR="00937565" w:rsidRPr="00A06E27" w:rsidRDefault="006E6AAD">
            <w:pPr>
              <w:jc w:val="both"/>
              <w:rPr>
                <w:rFonts w:cs="Times New Roman"/>
                <w:sz w:val="28"/>
                <w:szCs w:val="28"/>
              </w:rPr>
            </w:pPr>
            <w:r w:rsidRPr="00A06E27">
              <w:rPr>
                <w:rFonts w:cs="Times New Roman"/>
                <w:sz w:val="28"/>
                <w:szCs w:val="28"/>
              </w:rPr>
              <w:t>1918 - 1921</w:t>
            </w:r>
          </w:p>
        </w:tc>
        <w:tc>
          <w:tcPr>
            <w:tcW w:w="1250" w:type="pct"/>
          </w:tcPr>
          <w:p w14:paraId="6363D559" w14:textId="77777777" w:rsidR="00937565" w:rsidRPr="00A06E27" w:rsidRDefault="006E6AAD">
            <w:pPr>
              <w:jc w:val="both"/>
              <w:rPr>
                <w:rFonts w:cs="Times New Roman"/>
                <w:sz w:val="28"/>
                <w:szCs w:val="28"/>
              </w:rPr>
            </w:pPr>
            <w:r w:rsidRPr="00A06E27">
              <w:rPr>
                <w:rFonts w:cs="Times New Roman"/>
                <w:sz w:val="28"/>
                <w:szCs w:val="28"/>
              </w:rPr>
              <w:t>Chống thù trong, giặc ngoài</w:t>
            </w:r>
          </w:p>
        </w:tc>
        <w:tc>
          <w:tcPr>
            <w:tcW w:w="1250" w:type="pct"/>
          </w:tcPr>
          <w:p w14:paraId="07FCAE66" w14:textId="77777777" w:rsidR="00937565" w:rsidRPr="00A06E27" w:rsidRDefault="006E6AAD">
            <w:pPr>
              <w:jc w:val="both"/>
              <w:rPr>
                <w:rFonts w:cs="Times New Roman"/>
                <w:sz w:val="28"/>
                <w:szCs w:val="28"/>
              </w:rPr>
            </w:pPr>
            <w:r w:rsidRPr="00A06E27">
              <w:rPr>
                <w:rFonts w:cs="Times New Roman"/>
                <w:sz w:val="28"/>
                <w:szCs w:val="28"/>
              </w:rPr>
              <w:t>Các nước Cộng hòa Xô viết phối hợp bảo vệ chính quyền và khôi phục kinh tế</w:t>
            </w:r>
          </w:p>
        </w:tc>
        <w:tc>
          <w:tcPr>
            <w:tcW w:w="1250" w:type="pct"/>
          </w:tcPr>
          <w:p w14:paraId="03BB2439" w14:textId="77777777" w:rsidR="00937565" w:rsidRPr="00A06E27" w:rsidRDefault="006E6AAD">
            <w:pPr>
              <w:jc w:val="both"/>
              <w:rPr>
                <w:rFonts w:cs="Times New Roman"/>
                <w:sz w:val="28"/>
                <w:szCs w:val="28"/>
              </w:rPr>
            </w:pPr>
            <w:r w:rsidRPr="00A06E27">
              <w:rPr>
                <w:rFonts w:cs="Times New Roman"/>
                <w:sz w:val="28"/>
                <w:szCs w:val="28"/>
              </w:rPr>
              <w:t>Làm rõ nhu cầu liên minh chặt chẽ</w:t>
            </w:r>
          </w:p>
        </w:tc>
      </w:tr>
      <w:tr w:rsidR="00937565" w:rsidRPr="00A06E27" w14:paraId="6E561A06" w14:textId="77777777" w:rsidTr="009E4E33">
        <w:trPr>
          <w:cantSplit/>
        </w:trPr>
        <w:tc>
          <w:tcPr>
            <w:tcW w:w="1250" w:type="pct"/>
          </w:tcPr>
          <w:p w14:paraId="0D0CA08B" w14:textId="77777777" w:rsidR="00937565" w:rsidRPr="00A06E27" w:rsidRDefault="006E6AAD">
            <w:pPr>
              <w:jc w:val="both"/>
              <w:rPr>
                <w:rFonts w:cs="Times New Roman"/>
                <w:sz w:val="28"/>
                <w:szCs w:val="28"/>
              </w:rPr>
            </w:pPr>
            <w:r w:rsidRPr="00A06E27">
              <w:rPr>
                <w:rFonts w:cs="Times New Roman"/>
                <w:sz w:val="28"/>
                <w:szCs w:val="28"/>
              </w:rPr>
              <w:t>30 - 12 - 1922</w:t>
            </w:r>
          </w:p>
        </w:tc>
        <w:tc>
          <w:tcPr>
            <w:tcW w:w="1250" w:type="pct"/>
          </w:tcPr>
          <w:p w14:paraId="3877A187" w14:textId="77777777" w:rsidR="00937565" w:rsidRPr="00A06E27" w:rsidRDefault="006E6AAD">
            <w:pPr>
              <w:jc w:val="both"/>
              <w:rPr>
                <w:rFonts w:cs="Times New Roman"/>
                <w:sz w:val="28"/>
                <w:szCs w:val="28"/>
              </w:rPr>
            </w:pPr>
            <w:r w:rsidRPr="00A06E27">
              <w:rPr>
                <w:rFonts w:cs="Times New Roman"/>
                <w:sz w:val="28"/>
                <w:szCs w:val="28"/>
              </w:rPr>
              <w:t>Thành lập Liên Xô</w:t>
            </w:r>
          </w:p>
        </w:tc>
        <w:tc>
          <w:tcPr>
            <w:tcW w:w="1250" w:type="pct"/>
          </w:tcPr>
          <w:p w14:paraId="607C9840" w14:textId="77777777" w:rsidR="00937565" w:rsidRPr="00A06E27" w:rsidRDefault="006E6AAD">
            <w:pPr>
              <w:jc w:val="both"/>
              <w:rPr>
                <w:rFonts w:cs="Times New Roman"/>
                <w:sz w:val="28"/>
                <w:szCs w:val="28"/>
              </w:rPr>
            </w:pPr>
            <w:r w:rsidRPr="00A06E27">
              <w:rPr>
                <w:rFonts w:cs="Times New Roman"/>
                <w:sz w:val="28"/>
                <w:szCs w:val="28"/>
              </w:rPr>
              <w:t>Thông qua Tuyên ngôn và Hiệp ước Liên bang</w:t>
            </w:r>
          </w:p>
        </w:tc>
        <w:tc>
          <w:tcPr>
            <w:tcW w:w="1250" w:type="pct"/>
          </w:tcPr>
          <w:p w14:paraId="26E9B1C8" w14:textId="77777777" w:rsidR="00937565" w:rsidRPr="00A06E27" w:rsidRDefault="006E6AAD">
            <w:pPr>
              <w:jc w:val="both"/>
              <w:rPr>
                <w:rFonts w:cs="Times New Roman"/>
                <w:sz w:val="28"/>
                <w:szCs w:val="28"/>
              </w:rPr>
            </w:pPr>
            <w:r w:rsidRPr="00A06E27">
              <w:rPr>
                <w:rFonts w:cs="Times New Roman"/>
                <w:sz w:val="28"/>
                <w:szCs w:val="28"/>
              </w:rPr>
              <w:t>Ra đời nhà nước liên bang xã hội chủ nghĩa</w:t>
            </w:r>
          </w:p>
        </w:tc>
      </w:tr>
      <w:tr w:rsidR="00937565" w:rsidRPr="00A06E27" w14:paraId="35F40781" w14:textId="77777777" w:rsidTr="009E4E33">
        <w:trPr>
          <w:cantSplit/>
        </w:trPr>
        <w:tc>
          <w:tcPr>
            <w:tcW w:w="1250" w:type="pct"/>
          </w:tcPr>
          <w:p w14:paraId="7831463F" w14:textId="77777777" w:rsidR="00937565" w:rsidRPr="00A06E27" w:rsidRDefault="006E6AAD">
            <w:pPr>
              <w:jc w:val="both"/>
              <w:rPr>
                <w:rFonts w:cs="Times New Roman"/>
                <w:sz w:val="28"/>
                <w:szCs w:val="28"/>
              </w:rPr>
            </w:pPr>
            <w:r w:rsidRPr="00A06E27">
              <w:rPr>
                <w:rFonts w:cs="Times New Roman"/>
                <w:sz w:val="28"/>
                <w:szCs w:val="28"/>
              </w:rPr>
              <w:t>1 - 1924</w:t>
            </w:r>
          </w:p>
        </w:tc>
        <w:tc>
          <w:tcPr>
            <w:tcW w:w="1250" w:type="pct"/>
          </w:tcPr>
          <w:p w14:paraId="1560D8A6" w14:textId="77777777" w:rsidR="00937565" w:rsidRPr="00A06E27" w:rsidRDefault="006E6AAD">
            <w:pPr>
              <w:jc w:val="both"/>
              <w:rPr>
                <w:rFonts w:cs="Times New Roman"/>
                <w:sz w:val="28"/>
                <w:szCs w:val="28"/>
              </w:rPr>
            </w:pPr>
            <w:r w:rsidRPr="00A06E27">
              <w:rPr>
                <w:rFonts w:cs="Times New Roman"/>
                <w:sz w:val="28"/>
                <w:szCs w:val="28"/>
              </w:rPr>
              <w:t>Thông qua Hiến pháp đầu tiên</w:t>
            </w:r>
          </w:p>
        </w:tc>
        <w:tc>
          <w:tcPr>
            <w:tcW w:w="1250" w:type="pct"/>
          </w:tcPr>
          <w:p w14:paraId="3F64123A" w14:textId="77777777" w:rsidR="00937565" w:rsidRPr="00A06E27" w:rsidRDefault="006E6AAD">
            <w:pPr>
              <w:jc w:val="both"/>
              <w:rPr>
                <w:rFonts w:cs="Times New Roman"/>
                <w:sz w:val="28"/>
                <w:szCs w:val="28"/>
              </w:rPr>
            </w:pPr>
            <w:r w:rsidRPr="00A06E27">
              <w:rPr>
                <w:rFonts w:cs="Times New Roman"/>
                <w:sz w:val="28"/>
                <w:szCs w:val="28"/>
              </w:rPr>
              <w:t>Quy định cơ cấu, quyền hạn và nguyên tắc tổ chức liên bang</w:t>
            </w:r>
          </w:p>
        </w:tc>
        <w:tc>
          <w:tcPr>
            <w:tcW w:w="1250" w:type="pct"/>
          </w:tcPr>
          <w:p w14:paraId="7D1BFE34" w14:textId="77777777" w:rsidR="00937565" w:rsidRPr="00A06E27" w:rsidRDefault="006E6AAD">
            <w:pPr>
              <w:jc w:val="both"/>
              <w:rPr>
                <w:rFonts w:cs="Times New Roman"/>
                <w:sz w:val="28"/>
                <w:szCs w:val="28"/>
              </w:rPr>
            </w:pPr>
            <w:r w:rsidRPr="00A06E27">
              <w:rPr>
                <w:rFonts w:cs="Times New Roman"/>
                <w:sz w:val="28"/>
                <w:szCs w:val="28"/>
              </w:rPr>
              <w:t>Hoàn tất quá trình thành lập Liên Xô</w:t>
            </w:r>
          </w:p>
        </w:tc>
      </w:tr>
    </w:tbl>
    <w:p w14:paraId="566DF6AA" w14:textId="77777777" w:rsidR="00885447" w:rsidRPr="00A06E27" w:rsidRDefault="00885447" w:rsidP="00885447">
      <w:pPr>
        <w:pStyle w:val="GAHeading1"/>
        <w:keepNext/>
        <w:rPr>
          <w:rFonts w:cs="Times New Roman"/>
          <w:szCs w:val="28"/>
        </w:rPr>
      </w:pPr>
      <w:r w:rsidRPr="00A06E27">
        <w:rPr>
          <w:rFonts w:cs="Times New Roman"/>
          <w:szCs w:val="28"/>
        </w:rPr>
        <w:t>C. HOẠT ĐỘNG LUYỆN TẬP</w:t>
      </w:r>
    </w:p>
    <w:p w14:paraId="539CB5CB" w14:textId="77777777" w:rsidR="00885447" w:rsidRPr="00A06E27" w:rsidRDefault="00885447" w:rsidP="00885447">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Củng cố và hệ thống hóa kiến thức về quá trình hình thành, vai trò của V. I. Lê-nin và ý nghĩa của sự ra đời Liên Xô.</w:t>
      </w:r>
    </w:p>
    <w:p w14:paraId="3DF70503" w14:textId="77777777" w:rsidR="00885447" w:rsidRPr="00A06E27" w:rsidRDefault="00885447" w:rsidP="00885447">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hoàn thành bảng tóm tắt và trả lời câu hỏi.</w:t>
      </w:r>
    </w:p>
    <w:p w14:paraId="48881CE1" w14:textId="77777777" w:rsidR="00885447" w:rsidRPr="00A06E27" w:rsidRDefault="00885447" w:rsidP="00885447">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Bảng kiến thức và phần giải thích của HS.</w:t>
      </w:r>
    </w:p>
    <w:p w14:paraId="28C8C6F2" w14:textId="77777777" w:rsidR="00885447" w:rsidRPr="00A06E27" w:rsidRDefault="00885447" w:rsidP="00885447">
      <w:pPr>
        <w:jc w:val="both"/>
        <w:rPr>
          <w:rFonts w:cs="Times New Roman"/>
          <w:sz w:val="28"/>
          <w:szCs w:val="28"/>
        </w:rPr>
      </w:pPr>
      <w:r w:rsidRPr="00A06E27">
        <w:rPr>
          <w:rFonts w:cs="Times New Roman"/>
          <w:b/>
          <w:sz w:val="28"/>
          <w:szCs w:val="28"/>
        </w:rPr>
        <w:t xml:space="preserve">d. Tổ chức thực hiện: </w:t>
      </w:r>
    </w:p>
    <w:p w14:paraId="3984F846" w14:textId="77777777" w:rsidR="00885447" w:rsidRPr="00A06E27" w:rsidRDefault="00885447" w:rsidP="00885447">
      <w:pPr>
        <w:jc w:val="both"/>
        <w:rPr>
          <w:rFonts w:cs="Times New Roman"/>
          <w:sz w:val="28"/>
          <w:szCs w:val="28"/>
        </w:rPr>
      </w:pPr>
      <w:r w:rsidRPr="00A06E27">
        <w:rPr>
          <w:rFonts w:cs="Times New Roman"/>
          <w:sz w:val="28"/>
          <w:szCs w:val="28"/>
        </w:rPr>
        <w:t>- Câu 1. Lập bảng tóm tắt quá trình hình thành Liên bang Cộng hòa xã hội chủ nghĩa Xô viết.</w:t>
      </w:r>
    </w:p>
    <w:tbl>
      <w:tblPr>
        <w:tblStyle w:val="TableGrid"/>
        <w:tblW w:w="5000" w:type="pct"/>
        <w:tblLook w:val="04A0" w:firstRow="1" w:lastRow="0" w:firstColumn="1" w:lastColumn="0" w:noHBand="0" w:noVBand="1"/>
      </w:tblPr>
      <w:tblGrid>
        <w:gridCol w:w="2392"/>
        <w:gridCol w:w="2393"/>
        <w:gridCol w:w="2393"/>
        <w:gridCol w:w="2393"/>
      </w:tblGrid>
      <w:tr w:rsidR="00885447" w:rsidRPr="00A06E27" w14:paraId="487B9F01" w14:textId="77777777" w:rsidTr="00F77B64">
        <w:trPr>
          <w:cantSplit/>
        </w:trPr>
        <w:tc>
          <w:tcPr>
            <w:tcW w:w="1250" w:type="pct"/>
          </w:tcPr>
          <w:p w14:paraId="3D355E69" w14:textId="77777777" w:rsidR="00885447" w:rsidRPr="00A06E27" w:rsidRDefault="00885447" w:rsidP="00F77B64">
            <w:pPr>
              <w:jc w:val="center"/>
              <w:rPr>
                <w:rFonts w:cs="Times New Roman"/>
                <w:sz w:val="28"/>
                <w:szCs w:val="28"/>
              </w:rPr>
            </w:pPr>
            <w:r w:rsidRPr="00A06E27">
              <w:rPr>
                <w:rFonts w:cs="Times New Roman"/>
                <w:b/>
                <w:sz w:val="28"/>
                <w:szCs w:val="28"/>
              </w:rPr>
              <w:t>Thời gian</w:t>
            </w:r>
          </w:p>
        </w:tc>
        <w:tc>
          <w:tcPr>
            <w:tcW w:w="1250" w:type="pct"/>
          </w:tcPr>
          <w:p w14:paraId="4373B8D6" w14:textId="77777777" w:rsidR="00885447" w:rsidRPr="00A06E27" w:rsidRDefault="00885447" w:rsidP="00F77B64">
            <w:pPr>
              <w:jc w:val="center"/>
              <w:rPr>
                <w:rFonts w:cs="Times New Roman"/>
                <w:sz w:val="28"/>
                <w:szCs w:val="28"/>
              </w:rPr>
            </w:pPr>
            <w:r w:rsidRPr="00A06E27">
              <w:rPr>
                <w:rFonts w:cs="Times New Roman"/>
                <w:b/>
                <w:sz w:val="28"/>
                <w:szCs w:val="28"/>
              </w:rPr>
              <w:t>Sự kiện</w:t>
            </w:r>
          </w:p>
        </w:tc>
        <w:tc>
          <w:tcPr>
            <w:tcW w:w="1250" w:type="pct"/>
          </w:tcPr>
          <w:p w14:paraId="4986C9A6" w14:textId="77777777" w:rsidR="00885447" w:rsidRPr="00A06E27" w:rsidRDefault="00885447" w:rsidP="00F77B64">
            <w:pPr>
              <w:jc w:val="center"/>
              <w:rPr>
                <w:rFonts w:cs="Times New Roman"/>
                <w:sz w:val="28"/>
                <w:szCs w:val="28"/>
              </w:rPr>
            </w:pPr>
            <w:r w:rsidRPr="00A06E27">
              <w:rPr>
                <w:rFonts w:cs="Times New Roman"/>
                <w:b/>
                <w:sz w:val="28"/>
                <w:szCs w:val="28"/>
              </w:rPr>
              <w:t>Nội dung chính</w:t>
            </w:r>
          </w:p>
        </w:tc>
        <w:tc>
          <w:tcPr>
            <w:tcW w:w="1250" w:type="pct"/>
          </w:tcPr>
          <w:p w14:paraId="52F2D253" w14:textId="77777777" w:rsidR="00885447" w:rsidRPr="00A06E27" w:rsidRDefault="00885447" w:rsidP="00F77B64">
            <w:pPr>
              <w:jc w:val="center"/>
              <w:rPr>
                <w:rFonts w:cs="Times New Roman"/>
                <w:sz w:val="28"/>
                <w:szCs w:val="28"/>
              </w:rPr>
            </w:pPr>
            <w:r w:rsidRPr="00A06E27">
              <w:rPr>
                <w:rFonts w:cs="Times New Roman"/>
                <w:b/>
                <w:sz w:val="28"/>
                <w:szCs w:val="28"/>
              </w:rPr>
              <w:t>Kết quả</w:t>
            </w:r>
          </w:p>
        </w:tc>
      </w:tr>
      <w:tr w:rsidR="00885447" w:rsidRPr="00A06E27" w14:paraId="5FCEEA66" w14:textId="77777777" w:rsidTr="00F77B64">
        <w:trPr>
          <w:cantSplit/>
        </w:trPr>
        <w:tc>
          <w:tcPr>
            <w:tcW w:w="1250" w:type="pct"/>
          </w:tcPr>
          <w:p w14:paraId="498FD5EF" w14:textId="77777777" w:rsidR="00885447" w:rsidRPr="00A06E27" w:rsidRDefault="00885447" w:rsidP="00F77B64">
            <w:pPr>
              <w:jc w:val="both"/>
              <w:rPr>
                <w:rFonts w:cs="Times New Roman"/>
                <w:sz w:val="28"/>
                <w:szCs w:val="28"/>
              </w:rPr>
            </w:pPr>
            <w:r w:rsidRPr="00A06E27">
              <w:rPr>
                <w:rFonts w:cs="Times New Roman"/>
                <w:sz w:val="28"/>
                <w:szCs w:val="28"/>
              </w:rPr>
              <w:t>1917</w:t>
            </w:r>
          </w:p>
        </w:tc>
        <w:tc>
          <w:tcPr>
            <w:tcW w:w="1250" w:type="pct"/>
          </w:tcPr>
          <w:p w14:paraId="2E0F133B" w14:textId="77777777" w:rsidR="00885447" w:rsidRPr="00A06E27" w:rsidRDefault="00885447" w:rsidP="00F77B64">
            <w:pPr>
              <w:jc w:val="both"/>
              <w:rPr>
                <w:rFonts w:cs="Times New Roman"/>
                <w:sz w:val="28"/>
                <w:szCs w:val="28"/>
              </w:rPr>
            </w:pPr>
            <w:r w:rsidRPr="00A06E27">
              <w:rPr>
                <w:rFonts w:cs="Times New Roman"/>
                <w:sz w:val="28"/>
                <w:szCs w:val="28"/>
              </w:rPr>
              <w:t>Thành lập Chính quyền Xô viết</w:t>
            </w:r>
          </w:p>
        </w:tc>
        <w:tc>
          <w:tcPr>
            <w:tcW w:w="1250" w:type="pct"/>
          </w:tcPr>
          <w:p w14:paraId="13619D5F" w14:textId="77777777" w:rsidR="00885447" w:rsidRPr="00A06E27" w:rsidRDefault="00885447" w:rsidP="00F77B64">
            <w:pPr>
              <w:jc w:val="both"/>
              <w:rPr>
                <w:rFonts w:cs="Times New Roman"/>
                <w:sz w:val="28"/>
                <w:szCs w:val="28"/>
              </w:rPr>
            </w:pPr>
            <w:r w:rsidRPr="00A06E27">
              <w:rPr>
                <w:rFonts w:cs="Times New Roman"/>
                <w:sz w:val="28"/>
                <w:szCs w:val="28"/>
              </w:rPr>
              <w:t>Xây dựng nhà nước mới của người lao động</w:t>
            </w:r>
          </w:p>
        </w:tc>
        <w:tc>
          <w:tcPr>
            <w:tcW w:w="1250" w:type="pct"/>
          </w:tcPr>
          <w:p w14:paraId="22DEFE4F" w14:textId="77777777" w:rsidR="00885447" w:rsidRPr="00A06E27" w:rsidRDefault="00885447" w:rsidP="00F77B64">
            <w:pPr>
              <w:jc w:val="both"/>
              <w:rPr>
                <w:rFonts w:cs="Times New Roman"/>
                <w:sz w:val="28"/>
                <w:szCs w:val="28"/>
              </w:rPr>
            </w:pPr>
            <w:r w:rsidRPr="00A06E27">
              <w:rPr>
                <w:rFonts w:cs="Times New Roman"/>
                <w:sz w:val="28"/>
                <w:szCs w:val="28"/>
              </w:rPr>
              <w:t>Đặt nền tảng cho chế độ mới</w:t>
            </w:r>
          </w:p>
        </w:tc>
      </w:tr>
      <w:tr w:rsidR="00885447" w:rsidRPr="00A06E27" w14:paraId="581933FE" w14:textId="77777777" w:rsidTr="00F77B64">
        <w:trPr>
          <w:cantSplit/>
        </w:trPr>
        <w:tc>
          <w:tcPr>
            <w:tcW w:w="1250" w:type="pct"/>
          </w:tcPr>
          <w:p w14:paraId="200332C2" w14:textId="77777777" w:rsidR="00885447" w:rsidRPr="00A06E27" w:rsidRDefault="00885447" w:rsidP="00F77B64">
            <w:pPr>
              <w:jc w:val="both"/>
              <w:rPr>
                <w:rFonts w:cs="Times New Roman"/>
                <w:sz w:val="28"/>
                <w:szCs w:val="28"/>
              </w:rPr>
            </w:pPr>
            <w:r w:rsidRPr="00A06E27">
              <w:rPr>
                <w:rFonts w:cs="Times New Roman"/>
                <w:sz w:val="28"/>
                <w:szCs w:val="28"/>
              </w:rPr>
              <w:lastRenderedPageBreak/>
              <w:t>1918 - 1921</w:t>
            </w:r>
          </w:p>
        </w:tc>
        <w:tc>
          <w:tcPr>
            <w:tcW w:w="1250" w:type="pct"/>
          </w:tcPr>
          <w:p w14:paraId="35BEFEF0" w14:textId="77777777" w:rsidR="00885447" w:rsidRPr="00A06E27" w:rsidRDefault="00885447" w:rsidP="00F77B64">
            <w:pPr>
              <w:jc w:val="both"/>
              <w:rPr>
                <w:rFonts w:cs="Times New Roman"/>
                <w:sz w:val="28"/>
                <w:szCs w:val="28"/>
              </w:rPr>
            </w:pPr>
            <w:r w:rsidRPr="00A06E27">
              <w:rPr>
                <w:rFonts w:cs="Times New Roman"/>
                <w:sz w:val="28"/>
                <w:szCs w:val="28"/>
              </w:rPr>
              <w:t>Bảo vệ chính quyền</w:t>
            </w:r>
          </w:p>
        </w:tc>
        <w:tc>
          <w:tcPr>
            <w:tcW w:w="1250" w:type="pct"/>
          </w:tcPr>
          <w:p w14:paraId="7B471B72" w14:textId="77777777" w:rsidR="00885447" w:rsidRPr="00A06E27" w:rsidRDefault="00885447" w:rsidP="00F77B64">
            <w:pPr>
              <w:jc w:val="both"/>
              <w:rPr>
                <w:rFonts w:cs="Times New Roman"/>
                <w:sz w:val="28"/>
                <w:szCs w:val="28"/>
              </w:rPr>
            </w:pPr>
            <w:r w:rsidRPr="00A06E27">
              <w:rPr>
                <w:rFonts w:cs="Times New Roman"/>
                <w:sz w:val="28"/>
                <w:szCs w:val="28"/>
              </w:rPr>
              <w:t>Chống thù trong, giặc ngoài; khôi phục kinh tế</w:t>
            </w:r>
          </w:p>
        </w:tc>
        <w:tc>
          <w:tcPr>
            <w:tcW w:w="1250" w:type="pct"/>
          </w:tcPr>
          <w:p w14:paraId="71F4D195" w14:textId="77777777" w:rsidR="00885447" w:rsidRPr="00A06E27" w:rsidRDefault="00885447" w:rsidP="00F77B64">
            <w:pPr>
              <w:jc w:val="both"/>
              <w:rPr>
                <w:rFonts w:cs="Times New Roman"/>
                <w:sz w:val="28"/>
                <w:szCs w:val="28"/>
              </w:rPr>
            </w:pPr>
            <w:r w:rsidRPr="00A06E27">
              <w:rPr>
                <w:rFonts w:cs="Times New Roman"/>
                <w:sz w:val="28"/>
                <w:szCs w:val="28"/>
              </w:rPr>
              <w:t>Tăng nhu cầu đoàn kết các nước Cộng hòa</w:t>
            </w:r>
          </w:p>
        </w:tc>
      </w:tr>
      <w:tr w:rsidR="00885447" w:rsidRPr="00A06E27" w14:paraId="25042EB8" w14:textId="77777777" w:rsidTr="00F77B64">
        <w:trPr>
          <w:cantSplit/>
        </w:trPr>
        <w:tc>
          <w:tcPr>
            <w:tcW w:w="1250" w:type="pct"/>
          </w:tcPr>
          <w:p w14:paraId="59EC82A5" w14:textId="77777777" w:rsidR="00885447" w:rsidRPr="00A06E27" w:rsidRDefault="00885447" w:rsidP="00F77B64">
            <w:pPr>
              <w:jc w:val="both"/>
              <w:rPr>
                <w:rFonts w:cs="Times New Roman"/>
                <w:sz w:val="28"/>
                <w:szCs w:val="28"/>
              </w:rPr>
            </w:pPr>
            <w:r w:rsidRPr="00A06E27">
              <w:rPr>
                <w:rFonts w:cs="Times New Roman"/>
                <w:sz w:val="28"/>
                <w:szCs w:val="28"/>
              </w:rPr>
              <w:t>30 - 12 - 1922</w:t>
            </w:r>
          </w:p>
        </w:tc>
        <w:tc>
          <w:tcPr>
            <w:tcW w:w="1250" w:type="pct"/>
          </w:tcPr>
          <w:p w14:paraId="615CD8F1" w14:textId="77777777" w:rsidR="00885447" w:rsidRPr="00A06E27" w:rsidRDefault="00885447" w:rsidP="00F77B64">
            <w:pPr>
              <w:jc w:val="both"/>
              <w:rPr>
                <w:rFonts w:cs="Times New Roman"/>
                <w:sz w:val="28"/>
                <w:szCs w:val="28"/>
              </w:rPr>
            </w:pPr>
            <w:r w:rsidRPr="00A06E27">
              <w:rPr>
                <w:rFonts w:cs="Times New Roman"/>
                <w:sz w:val="28"/>
                <w:szCs w:val="28"/>
              </w:rPr>
              <w:t>Thành lập Liên Xô</w:t>
            </w:r>
          </w:p>
        </w:tc>
        <w:tc>
          <w:tcPr>
            <w:tcW w:w="1250" w:type="pct"/>
          </w:tcPr>
          <w:p w14:paraId="41FB900F" w14:textId="77777777" w:rsidR="00885447" w:rsidRPr="00A06E27" w:rsidRDefault="00885447" w:rsidP="00F77B64">
            <w:pPr>
              <w:jc w:val="both"/>
              <w:rPr>
                <w:rFonts w:cs="Times New Roman"/>
                <w:sz w:val="28"/>
                <w:szCs w:val="28"/>
              </w:rPr>
            </w:pPr>
            <w:r w:rsidRPr="00A06E27">
              <w:rPr>
                <w:rFonts w:cs="Times New Roman"/>
                <w:sz w:val="28"/>
                <w:szCs w:val="28"/>
              </w:rPr>
              <w:t>Thông qua Tuyên ngôn và Hiệp ước Liên bang</w:t>
            </w:r>
          </w:p>
        </w:tc>
        <w:tc>
          <w:tcPr>
            <w:tcW w:w="1250" w:type="pct"/>
          </w:tcPr>
          <w:p w14:paraId="6AD2689D" w14:textId="77777777" w:rsidR="00885447" w:rsidRPr="00A06E27" w:rsidRDefault="00885447" w:rsidP="00F77B64">
            <w:pPr>
              <w:jc w:val="both"/>
              <w:rPr>
                <w:rFonts w:cs="Times New Roman"/>
                <w:sz w:val="28"/>
                <w:szCs w:val="28"/>
              </w:rPr>
            </w:pPr>
            <w:r w:rsidRPr="00A06E27">
              <w:rPr>
                <w:rFonts w:cs="Times New Roman"/>
                <w:sz w:val="28"/>
                <w:szCs w:val="28"/>
              </w:rPr>
              <w:t>Ra đời nhà nước liên bang</w:t>
            </w:r>
          </w:p>
        </w:tc>
      </w:tr>
      <w:tr w:rsidR="00885447" w:rsidRPr="00A06E27" w14:paraId="6E466665" w14:textId="77777777" w:rsidTr="00F77B64">
        <w:trPr>
          <w:cantSplit/>
        </w:trPr>
        <w:tc>
          <w:tcPr>
            <w:tcW w:w="1250" w:type="pct"/>
          </w:tcPr>
          <w:p w14:paraId="2C812109" w14:textId="77777777" w:rsidR="00885447" w:rsidRPr="00A06E27" w:rsidRDefault="00885447" w:rsidP="00F77B64">
            <w:pPr>
              <w:jc w:val="both"/>
              <w:rPr>
                <w:rFonts w:cs="Times New Roman"/>
                <w:sz w:val="28"/>
                <w:szCs w:val="28"/>
              </w:rPr>
            </w:pPr>
            <w:r w:rsidRPr="00A06E27">
              <w:rPr>
                <w:rFonts w:cs="Times New Roman"/>
                <w:sz w:val="28"/>
                <w:szCs w:val="28"/>
              </w:rPr>
              <w:t>1 - 1924</w:t>
            </w:r>
          </w:p>
        </w:tc>
        <w:tc>
          <w:tcPr>
            <w:tcW w:w="1250" w:type="pct"/>
          </w:tcPr>
          <w:p w14:paraId="70DD2817" w14:textId="77777777" w:rsidR="00885447" w:rsidRPr="00A06E27" w:rsidRDefault="00885447" w:rsidP="00F77B64">
            <w:pPr>
              <w:jc w:val="both"/>
              <w:rPr>
                <w:rFonts w:cs="Times New Roman"/>
                <w:sz w:val="28"/>
                <w:szCs w:val="28"/>
              </w:rPr>
            </w:pPr>
            <w:r w:rsidRPr="00A06E27">
              <w:rPr>
                <w:rFonts w:cs="Times New Roman"/>
                <w:sz w:val="28"/>
                <w:szCs w:val="28"/>
              </w:rPr>
              <w:t>Thông qua Hiến pháp</w:t>
            </w:r>
          </w:p>
        </w:tc>
        <w:tc>
          <w:tcPr>
            <w:tcW w:w="1250" w:type="pct"/>
          </w:tcPr>
          <w:p w14:paraId="6F57E1AE" w14:textId="77777777" w:rsidR="00885447" w:rsidRPr="00A06E27" w:rsidRDefault="00885447" w:rsidP="00F77B64">
            <w:pPr>
              <w:jc w:val="both"/>
              <w:rPr>
                <w:rFonts w:cs="Times New Roman"/>
                <w:sz w:val="28"/>
                <w:szCs w:val="28"/>
              </w:rPr>
            </w:pPr>
            <w:r w:rsidRPr="00A06E27">
              <w:rPr>
                <w:rFonts w:cs="Times New Roman"/>
                <w:sz w:val="28"/>
                <w:szCs w:val="28"/>
              </w:rPr>
              <w:t>Xác định nguyên tắc, quyền hạn và tổ chức</w:t>
            </w:r>
          </w:p>
        </w:tc>
        <w:tc>
          <w:tcPr>
            <w:tcW w:w="1250" w:type="pct"/>
          </w:tcPr>
          <w:p w14:paraId="1979BCA3" w14:textId="77777777" w:rsidR="00885447" w:rsidRPr="00A06E27" w:rsidRDefault="00885447" w:rsidP="00F77B64">
            <w:pPr>
              <w:jc w:val="both"/>
              <w:rPr>
                <w:rFonts w:cs="Times New Roman"/>
                <w:sz w:val="28"/>
                <w:szCs w:val="28"/>
              </w:rPr>
            </w:pPr>
            <w:r w:rsidRPr="00A06E27">
              <w:rPr>
                <w:rFonts w:cs="Times New Roman"/>
                <w:sz w:val="28"/>
                <w:szCs w:val="28"/>
              </w:rPr>
              <w:t>Hoàn tất quá trình thành lập</w:t>
            </w:r>
          </w:p>
        </w:tc>
      </w:tr>
    </w:tbl>
    <w:p w14:paraId="1DD31ED7" w14:textId="77777777" w:rsidR="00885447" w:rsidRPr="00A06E27" w:rsidRDefault="00885447" w:rsidP="00885447">
      <w:pPr>
        <w:rPr>
          <w:rFonts w:cs="Times New Roman"/>
          <w:sz w:val="28"/>
          <w:szCs w:val="28"/>
        </w:rPr>
      </w:pPr>
    </w:p>
    <w:p w14:paraId="4752D22E" w14:textId="77777777" w:rsidR="00885447" w:rsidRPr="00A06E27" w:rsidRDefault="00885447" w:rsidP="00885447">
      <w:pPr>
        <w:jc w:val="both"/>
        <w:rPr>
          <w:rFonts w:cs="Times New Roman"/>
          <w:sz w:val="28"/>
          <w:szCs w:val="28"/>
        </w:rPr>
      </w:pPr>
      <w:r w:rsidRPr="00A06E27">
        <w:rPr>
          <w:rFonts w:cs="Times New Roman"/>
          <w:sz w:val="28"/>
          <w:szCs w:val="28"/>
        </w:rPr>
        <w:t>- Câu 2. Vì sao nói Liên Xô trở thành chỗ dựa tinh thần và vật chất cho phong trào cách mạng thế giới?</w:t>
      </w:r>
    </w:p>
    <w:p w14:paraId="4F5611C4" w14:textId="77777777" w:rsidR="00885447" w:rsidRPr="00A06E27" w:rsidRDefault="00885447" w:rsidP="00885447">
      <w:pPr>
        <w:jc w:val="both"/>
        <w:rPr>
          <w:rFonts w:cs="Times New Roman"/>
          <w:sz w:val="28"/>
          <w:szCs w:val="28"/>
        </w:rPr>
      </w:pPr>
      <w:r w:rsidRPr="00A06E27">
        <w:rPr>
          <w:rFonts w:cs="Times New Roman"/>
          <w:sz w:val="28"/>
          <w:szCs w:val="28"/>
        </w:rPr>
        <w:t>- Câu 3. Tư tưởng của V. I. Lê-nin về bình đẳng, tự nguyện và quyền tự quyết của các dân tộc được thể hiện như thế nào trong quá trình thành lập Liên Xô?</w:t>
      </w:r>
    </w:p>
    <w:p w14:paraId="33F46AFD" w14:textId="77777777" w:rsidR="00885447" w:rsidRPr="00A06E27" w:rsidRDefault="00885447" w:rsidP="00885447">
      <w:pPr>
        <w:jc w:val="both"/>
        <w:rPr>
          <w:rFonts w:cs="Times New Roman"/>
          <w:sz w:val="28"/>
          <w:szCs w:val="28"/>
        </w:rPr>
      </w:pPr>
      <w:r w:rsidRPr="00A06E27">
        <w:rPr>
          <w:rFonts w:cs="Times New Roman"/>
          <w:sz w:val="28"/>
          <w:szCs w:val="28"/>
        </w:rPr>
        <w:t>- GV nhận xét, chuẩn xác kiến thức và yêu cầu HS sử dụng đúng mốc thời gian, thuật ngữ lịch sử.</w:t>
      </w:r>
    </w:p>
    <w:p w14:paraId="1194A13C" w14:textId="77777777" w:rsidR="00B21875" w:rsidRPr="00A06E27" w:rsidRDefault="00B21875" w:rsidP="00B21875">
      <w:pPr>
        <w:pStyle w:val="GAHeading1"/>
        <w:keepNext/>
        <w:rPr>
          <w:rFonts w:cs="Times New Roman"/>
          <w:szCs w:val="28"/>
        </w:rPr>
      </w:pPr>
      <w:r w:rsidRPr="00A06E27">
        <w:rPr>
          <w:rFonts w:cs="Times New Roman"/>
          <w:szCs w:val="28"/>
        </w:rPr>
        <w:t>D. HOẠT ĐỘNG VẬN DỤNG</w:t>
      </w:r>
    </w:p>
    <w:p w14:paraId="0DFA3B9D" w14:textId="77777777" w:rsidR="00B21875" w:rsidRPr="00A06E27" w:rsidRDefault="00B21875" w:rsidP="00B21875">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Giúp HS vận dụng kiến thức để liên hệ giá trị của tinh thần đoàn kết, bình đẳng giữa các dân tộc với đời sống hiện nay.</w:t>
      </w:r>
    </w:p>
    <w:p w14:paraId="53CDAE15" w14:textId="77777777" w:rsidR="00B21875" w:rsidRPr="00A06E27" w:rsidRDefault="00B21875" w:rsidP="00B21875">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thực hiện nhiệm vụ cá nhân hoặc nhóm ngoài giờ học.</w:t>
      </w:r>
    </w:p>
    <w:p w14:paraId="149C3060" w14:textId="77777777" w:rsidR="00B21875" w:rsidRPr="00A06E27" w:rsidRDefault="00B21875" w:rsidP="00B21875">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Đoạn văn, áp phích, sơ đồ tư duy hoặc báo cáo ngắn có dẫn nguồn.</w:t>
      </w:r>
    </w:p>
    <w:p w14:paraId="46F8970F" w14:textId="77777777" w:rsidR="00B21875" w:rsidRPr="00A06E27" w:rsidRDefault="00B21875" w:rsidP="00B21875">
      <w:pPr>
        <w:jc w:val="both"/>
        <w:rPr>
          <w:rFonts w:cs="Times New Roman"/>
          <w:sz w:val="28"/>
          <w:szCs w:val="28"/>
        </w:rPr>
      </w:pPr>
      <w:r w:rsidRPr="00A06E27">
        <w:rPr>
          <w:rFonts w:cs="Times New Roman"/>
          <w:b/>
          <w:sz w:val="28"/>
          <w:szCs w:val="28"/>
        </w:rPr>
        <w:t xml:space="preserve">d. Tổ chức thực hiện: </w:t>
      </w:r>
    </w:p>
    <w:p w14:paraId="49C7FF87" w14:textId="77777777" w:rsidR="00B21875" w:rsidRPr="00A06E27" w:rsidRDefault="00B21875" w:rsidP="00B21875">
      <w:pPr>
        <w:jc w:val="both"/>
        <w:rPr>
          <w:rFonts w:cs="Times New Roman"/>
          <w:sz w:val="28"/>
          <w:szCs w:val="28"/>
        </w:rPr>
      </w:pPr>
      <w:r w:rsidRPr="00A06E27">
        <w:rPr>
          <w:rFonts w:cs="Times New Roman"/>
          <w:sz w:val="28"/>
          <w:szCs w:val="28"/>
        </w:rPr>
        <w:t>- Nhiệm vụ 1. Theo kết quả một cuộc khảo sát năm 2021, nhiều người dân Nga vẫn mong muốn gìn giữ những giá trị của Liên Xô. Hãy viết đoạn văn khoảng 200 chữ giải thích vì sao một bộ phận người dân Nga vẫn trân trọng và mong muốn gìn giữ những giá trị đó.</w:t>
      </w:r>
    </w:p>
    <w:p w14:paraId="501A0CD9" w14:textId="18A2B929" w:rsidR="00885447" w:rsidRDefault="00B21875" w:rsidP="00B21875">
      <w:pPr>
        <w:rPr>
          <w:b/>
          <w:sz w:val="28"/>
          <w:szCs w:val="28"/>
          <w:lang w:val="vi-VN"/>
        </w:rPr>
      </w:pPr>
      <w:r w:rsidRPr="00A06E27">
        <w:rPr>
          <w:rFonts w:cs="Times New Roman"/>
          <w:sz w:val="28"/>
          <w:szCs w:val="28"/>
        </w:rPr>
        <w:t>- Nhiệm vụ 2. Thiết kế sơ đồ tư duy với chủ đề “Sự hình thành và ý nghĩa của Liên bang Cộng hòa xã hội chủ nghĩa Xô viết”,</w:t>
      </w:r>
    </w:p>
    <w:p w14:paraId="4B18BC51" w14:textId="77777777" w:rsidR="00885447" w:rsidRDefault="00885447" w:rsidP="00885447">
      <w:pPr>
        <w:rPr>
          <w:b/>
          <w:sz w:val="28"/>
          <w:szCs w:val="28"/>
          <w:lang w:val="vi-VN"/>
        </w:rPr>
      </w:pPr>
    </w:p>
    <w:p w14:paraId="62FDD376" w14:textId="59DAD81A" w:rsidR="00BA6E91" w:rsidRDefault="00BA6E91" w:rsidP="00BA6E91">
      <w:pPr>
        <w:rPr>
          <w:b/>
          <w:sz w:val="28"/>
          <w:szCs w:val="28"/>
          <w:lang w:val="vi-VN"/>
        </w:rPr>
      </w:pPr>
      <w:r>
        <w:rPr>
          <w:b/>
          <w:sz w:val="28"/>
          <w:szCs w:val="28"/>
          <w:lang w:val="vi-VN"/>
        </w:rPr>
        <w:t xml:space="preserve">Tuần 9- Tiết 9                                                            NS: </w:t>
      </w:r>
      <w:r w:rsidR="00383D2E">
        <w:rPr>
          <w:b/>
          <w:sz w:val="28"/>
          <w:szCs w:val="28"/>
          <w:lang w:val="vi-VN"/>
        </w:rPr>
        <w:t>21</w:t>
      </w:r>
      <w:r>
        <w:rPr>
          <w:b/>
          <w:sz w:val="28"/>
          <w:szCs w:val="28"/>
          <w:lang w:val="vi-VN"/>
        </w:rPr>
        <w:t>/10/2026</w:t>
      </w:r>
    </w:p>
    <w:p w14:paraId="28C7C6A8" w14:textId="77777777" w:rsidR="00885447" w:rsidRDefault="00885447" w:rsidP="00885447">
      <w:pPr>
        <w:rPr>
          <w:b/>
          <w:sz w:val="28"/>
          <w:szCs w:val="28"/>
          <w:lang w:val="vi-VN"/>
        </w:rPr>
      </w:pPr>
    </w:p>
    <w:p w14:paraId="57D40D3A" w14:textId="6B391C2D" w:rsidR="00885447" w:rsidRDefault="00383D2E" w:rsidP="00885447">
      <w:pPr>
        <w:rPr>
          <w:b/>
          <w:sz w:val="28"/>
          <w:szCs w:val="28"/>
          <w:lang w:val="vi-VN"/>
        </w:rPr>
      </w:pPr>
      <w:r>
        <w:rPr>
          <w:b/>
          <w:sz w:val="28"/>
          <w:szCs w:val="28"/>
          <w:lang w:val="vi-VN"/>
        </w:rPr>
        <w:t xml:space="preserve">                                        </w:t>
      </w:r>
      <w:r w:rsidR="00BA6E91">
        <w:rPr>
          <w:b/>
          <w:sz w:val="28"/>
          <w:szCs w:val="28"/>
          <w:lang w:val="vi-VN"/>
        </w:rPr>
        <w:t xml:space="preserve">KIỂM TRA GIỮA HK I </w:t>
      </w:r>
    </w:p>
    <w:p w14:paraId="5CB789FD" w14:textId="163CE240" w:rsidR="00383D2E" w:rsidRDefault="00383D2E" w:rsidP="00885447">
      <w:pPr>
        <w:rPr>
          <w:b/>
          <w:sz w:val="28"/>
          <w:szCs w:val="28"/>
          <w:lang w:val="vi-VN"/>
        </w:rPr>
      </w:pPr>
      <w:r>
        <w:rPr>
          <w:b/>
          <w:sz w:val="28"/>
          <w:szCs w:val="28"/>
          <w:lang w:val="vi-VN"/>
        </w:rPr>
        <w:t xml:space="preserve">                        (MA TRẬN, ĐẶC TẢ, ĐỀ, ĐÁP ÁN CHUNG)</w:t>
      </w:r>
    </w:p>
    <w:p w14:paraId="5CEED849" w14:textId="77777777" w:rsidR="00885447" w:rsidRDefault="00885447" w:rsidP="00885447">
      <w:pPr>
        <w:rPr>
          <w:b/>
          <w:sz w:val="28"/>
          <w:szCs w:val="28"/>
          <w:lang w:val="vi-VN"/>
        </w:rPr>
      </w:pPr>
    </w:p>
    <w:p w14:paraId="72D3F166" w14:textId="77777777" w:rsidR="00885447" w:rsidRDefault="00885447" w:rsidP="00885447">
      <w:pPr>
        <w:rPr>
          <w:b/>
          <w:sz w:val="28"/>
          <w:szCs w:val="28"/>
          <w:lang w:val="vi-VN"/>
        </w:rPr>
      </w:pPr>
    </w:p>
    <w:p w14:paraId="121E9B54" w14:textId="1932D157" w:rsidR="00885447" w:rsidRDefault="00885447" w:rsidP="00885447">
      <w:pPr>
        <w:rPr>
          <w:b/>
          <w:sz w:val="28"/>
          <w:szCs w:val="28"/>
          <w:lang w:val="vi-VN"/>
        </w:rPr>
      </w:pPr>
      <w:r>
        <w:rPr>
          <w:b/>
          <w:sz w:val="28"/>
          <w:szCs w:val="28"/>
          <w:lang w:val="vi-VN"/>
        </w:rPr>
        <w:t xml:space="preserve">Tuần 10,- Tiết 10                                                             NS: </w:t>
      </w:r>
      <w:r w:rsidR="00BA6E91">
        <w:rPr>
          <w:b/>
          <w:sz w:val="28"/>
          <w:szCs w:val="28"/>
          <w:lang w:val="vi-VN"/>
        </w:rPr>
        <w:t>27</w:t>
      </w:r>
      <w:r>
        <w:rPr>
          <w:b/>
          <w:sz w:val="28"/>
          <w:szCs w:val="28"/>
          <w:lang w:val="vi-VN"/>
        </w:rPr>
        <w:t>/10/2026</w:t>
      </w:r>
    </w:p>
    <w:p w14:paraId="3B39A222" w14:textId="77777777" w:rsidR="00885447" w:rsidRPr="00A06E27" w:rsidRDefault="00885447" w:rsidP="00885447">
      <w:pPr>
        <w:rPr>
          <w:rFonts w:cs="Times New Roman"/>
          <w:i/>
          <w:iCs/>
          <w:sz w:val="28"/>
          <w:szCs w:val="28"/>
        </w:rPr>
      </w:pPr>
    </w:p>
    <w:p w14:paraId="2D0DCA2B" w14:textId="316D79D2" w:rsidR="00885447" w:rsidRPr="00552FF2" w:rsidRDefault="00885447" w:rsidP="00885447">
      <w:pPr>
        <w:jc w:val="center"/>
        <w:rPr>
          <w:rFonts w:cs="Times New Roman"/>
          <w:sz w:val="28"/>
          <w:szCs w:val="28"/>
          <w:lang w:val="vi-VN"/>
        </w:rPr>
      </w:pPr>
      <w:r w:rsidRPr="00A06E27">
        <w:rPr>
          <w:rFonts w:cs="Times New Roman"/>
          <w:b/>
          <w:sz w:val="28"/>
          <w:szCs w:val="28"/>
        </w:rPr>
        <w:lastRenderedPageBreak/>
        <w:t xml:space="preserve">BÀI 3. SỰ HÌNH THÀNH LIÊN BANG CỘNG HÒA XÃ HỘI CHỦ NGHĨA XÔ </w:t>
      </w:r>
      <w:r w:rsidR="00552FF2">
        <w:rPr>
          <w:rFonts w:cs="Times New Roman"/>
          <w:b/>
          <w:sz w:val="28"/>
          <w:szCs w:val="28"/>
        </w:rPr>
        <w:t>VIẾT</w:t>
      </w:r>
      <w:r w:rsidR="00552FF2">
        <w:rPr>
          <w:rFonts w:cs="Times New Roman"/>
          <w:b/>
          <w:sz w:val="28"/>
          <w:szCs w:val="28"/>
          <w:lang w:val="vi-VN"/>
        </w:rPr>
        <w:t>(TT)</w:t>
      </w:r>
    </w:p>
    <w:p w14:paraId="0511A8F8" w14:textId="77777777" w:rsidR="00885447" w:rsidRPr="00A06E27" w:rsidRDefault="00885447" w:rsidP="00885447">
      <w:pPr>
        <w:pStyle w:val="GAHeading1"/>
        <w:keepNext/>
        <w:rPr>
          <w:rFonts w:cs="Times New Roman"/>
          <w:szCs w:val="28"/>
        </w:rPr>
      </w:pPr>
      <w:r w:rsidRPr="00A06E27">
        <w:rPr>
          <w:rFonts w:cs="Times New Roman"/>
          <w:szCs w:val="28"/>
        </w:rPr>
        <w:t>I. MỤC ĐÍCH, YÊU CẦU</w:t>
      </w:r>
    </w:p>
    <w:p w14:paraId="118BE14D" w14:textId="77777777" w:rsidR="00885447" w:rsidRPr="00A06E27" w:rsidRDefault="00885447" w:rsidP="00885447">
      <w:pPr>
        <w:pStyle w:val="GAHeading2"/>
        <w:keepNext/>
        <w:rPr>
          <w:rFonts w:cs="Times New Roman"/>
          <w:sz w:val="28"/>
          <w:szCs w:val="28"/>
        </w:rPr>
      </w:pPr>
      <w:r w:rsidRPr="00A06E27">
        <w:rPr>
          <w:rFonts w:cs="Times New Roman"/>
          <w:sz w:val="28"/>
          <w:szCs w:val="28"/>
        </w:rPr>
        <w:t>1. Về kiến thức</w:t>
      </w:r>
    </w:p>
    <w:p w14:paraId="3E4F0B15" w14:textId="77777777" w:rsidR="00885447" w:rsidRPr="00A06E27" w:rsidRDefault="00885447" w:rsidP="00885447">
      <w:pPr>
        <w:jc w:val="both"/>
        <w:rPr>
          <w:rFonts w:cs="Times New Roman"/>
          <w:sz w:val="28"/>
          <w:szCs w:val="28"/>
        </w:rPr>
      </w:pPr>
      <w:r w:rsidRPr="00A06E27">
        <w:rPr>
          <w:rFonts w:cs="Times New Roman"/>
          <w:sz w:val="28"/>
          <w:szCs w:val="28"/>
        </w:rPr>
        <w:t>- Trình bày được quá trình hình thành Liên bang Cộng hòa xã hội chủ nghĩa Xô viết.</w:t>
      </w:r>
    </w:p>
    <w:p w14:paraId="796902BC" w14:textId="77777777" w:rsidR="00885447" w:rsidRPr="00A06E27" w:rsidRDefault="00885447" w:rsidP="00885447">
      <w:pPr>
        <w:jc w:val="both"/>
        <w:rPr>
          <w:rFonts w:cs="Times New Roman"/>
          <w:sz w:val="28"/>
          <w:szCs w:val="28"/>
        </w:rPr>
      </w:pPr>
      <w:r w:rsidRPr="00A06E27">
        <w:rPr>
          <w:rFonts w:cs="Times New Roman"/>
          <w:sz w:val="28"/>
          <w:szCs w:val="28"/>
        </w:rPr>
        <w:t>- Phân tích được ý nghĩa trong nước và ý nghĩa quốc tế của sự ra đời Liên bang Cộng hòa xã hội chủ nghĩa Xô viết.</w:t>
      </w:r>
    </w:p>
    <w:p w14:paraId="4C9AEBE5" w14:textId="77777777" w:rsidR="00885447" w:rsidRPr="00A06E27" w:rsidRDefault="00885447" w:rsidP="00885447">
      <w:pPr>
        <w:jc w:val="both"/>
        <w:rPr>
          <w:rFonts w:cs="Times New Roman"/>
          <w:sz w:val="28"/>
          <w:szCs w:val="28"/>
        </w:rPr>
      </w:pPr>
      <w:r w:rsidRPr="00A06E27">
        <w:rPr>
          <w:rFonts w:cs="Times New Roman"/>
          <w:sz w:val="28"/>
          <w:szCs w:val="28"/>
        </w:rPr>
        <w:t>- Nêu được vai trò của V. I. Lê-nin, Chính quyền Xô viết và tinh thần đoàn kết giữa các dân tộc trong quá trình thành lập Liên Xô.</w:t>
      </w:r>
    </w:p>
    <w:p w14:paraId="6E5884EF" w14:textId="77777777" w:rsidR="00885447" w:rsidRPr="00A06E27" w:rsidRDefault="00885447" w:rsidP="00885447">
      <w:pPr>
        <w:jc w:val="both"/>
        <w:rPr>
          <w:rFonts w:cs="Times New Roman"/>
          <w:sz w:val="28"/>
          <w:szCs w:val="28"/>
        </w:rPr>
      </w:pPr>
      <w:r w:rsidRPr="00A06E27">
        <w:rPr>
          <w:rFonts w:cs="Times New Roman"/>
          <w:sz w:val="28"/>
          <w:szCs w:val="28"/>
        </w:rPr>
        <w:t>- Giải thích được vì sao sự ra đời Liên bang Cộng hòa xã hội chủ nghĩa Xô viết là một sự kiện có ý nghĩa lớn đối với lịch sử thế giới.</w:t>
      </w:r>
    </w:p>
    <w:p w14:paraId="54F0AF5F" w14:textId="77777777" w:rsidR="00885447" w:rsidRPr="00A06E27" w:rsidRDefault="00885447" w:rsidP="00885447">
      <w:pPr>
        <w:pStyle w:val="GAHeading2"/>
        <w:keepNext/>
        <w:rPr>
          <w:rFonts w:cs="Times New Roman"/>
          <w:sz w:val="28"/>
          <w:szCs w:val="28"/>
        </w:rPr>
      </w:pPr>
      <w:r w:rsidRPr="00A06E27">
        <w:rPr>
          <w:rFonts w:cs="Times New Roman"/>
          <w:sz w:val="28"/>
          <w:szCs w:val="28"/>
        </w:rPr>
        <w:t>2. Về kĩ năng, năng lực</w:t>
      </w:r>
    </w:p>
    <w:p w14:paraId="3084B4BE" w14:textId="77777777" w:rsidR="00885447" w:rsidRPr="00A06E27" w:rsidRDefault="00885447" w:rsidP="00885447">
      <w:pPr>
        <w:jc w:val="both"/>
        <w:rPr>
          <w:rFonts w:cs="Times New Roman"/>
          <w:sz w:val="28"/>
          <w:szCs w:val="28"/>
        </w:rPr>
      </w:pPr>
      <w:r w:rsidRPr="00A06E27">
        <w:rPr>
          <w:rFonts w:cs="Times New Roman"/>
          <w:sz w:val="28"/>
          <w:szCs w:val="28"/>
        </w:rPr>
        <w:t>- Nhận diện, sưu tầm và khai thác được tư liệu viết, tranh ảnh, biểu tượng quốc gia và thông tin lịch sử trong bài học.</w:t>
      </w:r>
    </w:p>
    <w:p w14:paraId="6E169FB5" w14:textId="77777777" w:rsidR="00885447" w:rsidRPr="00A06E27" w:rsidRDefault="00885447" w:rsidP="00885447">
      <w:pPr>
        <w:jc w:val="both"/>
        <w:rPr>
          <w:rFonts w:cs="Times New Roman"/>
          <w:sz w:val="28"/>
          <w:szCs w:val="28"/>
        </w:rPr>
      </w:pPr>
      <w:r w:rsidRPr="00A06E27">
        <w:rPr>
          <w:rFonts w:cs="Times New Roman"/>
          <w:sz w:val="28"/>
          <w:szCs w:val="28"/>
        </w:rPr>
        <w:t>- Phát triển năng lực tìm hiểu lịch sử qua việc xác định các mốc chính từ thắng lợi Cách mạng tháng Mười Nga đến khi hoàn thành quá trình thành lập Liên Xô.</w:t>
      </w:r>
    </w:p>
    <w:p w14:paraId="74F9D5EA" w14:textId="77777777" w:rsidR="00885447" w:rsidRPr="00A06E27" w:rsidRDefault="00885447" w:rsidP="00885447">
      <w:pPr>
        <w:jc w:val="both"/>
        <w:rPr>
          <w:rFonts w:cs="Times New Roman"/>
          <w:sz w:val="28"/>
          <w:szCs w:val="28"/>
        </w:rPr>
      </w:pPr>
      <w:r w:rsidRPr="00A06E27">
        <w:rPr>
          <w:rFonts w:cs="Times New Roman"/>
          <w:sz w:val="28"/>
          <w:szCs w:val="28"/>
        </w:rPr>
        <w:t>- Phát triển năng lực nhận thức và tư duy lịch sử qua việc phân tích mối quan hệ giữa nhu cầu đoàn kết các nước Cộng hòa Xô viết với sự hình thành nhà nước liên bang.</w:t>
      </w:r>
    </w:p>
    <w:p w14:paraId="2F907941" w14:textId="77777777" w:rsidR="00885447" w:rsidRPr="00A06E27" w:rsidRDefault="00885447" w:rsidP="00885447">
      <w:pPr>
        <w:jc w:val="both"/>
        <w:rPr>
          <w:rFonts w:cs="Times New Roman"/>
          <w:sz w:val="28"/>
          <w:szCs w:val="28"/>
        </w:rPr>
      </w:pPr>
      <w:r w:rsidRPr="00A06E27">
        <w:rPr>
          <w:rFonts w:cs="Times New Roman"/>
          <w:sz w:val="28"/>
          <w:szCs w:val="28"/>
        </w:rPr>
        <w:t>- Phát triển năng lực vận dụng kiến thức lịch sử để giải thích giá trị của tinh thần bình đẳng, hợp tác, đoàn kết giữa các dân tộc.</w:t>
      </w:r>
    </w:p>
    <w:p w14:paraId="54888735" w14:textId="77777777" w:rsidR="00885447" w:rsidRPr="00A06E27" w:rsidRDefault="00885447" w:rsidP="00885447">
      <w:pPr>
        <w:jc w:val="both"/>
        <w:rPr>
          <w:rFonts w:cs="Times New Roman"/>
          <w:sz w:val="28"/>
          <w:szCs w:val="28"/>
        </w:rPr>
      </w:pPr>
      <w:r w:rsidRPr="00A06E27">
        <w:rPr>
          <w:rFonts w:cs="Times New Roman"/>
          <w:sz w:val="28"/>
          <w:szCs w:val="28"/>
        </w:rPr>
        <w:t>- Rèn luyện năng lực tự học, giao tiếp, hợp tác, thuyết trình, phản biện và giải quyết vấn đề.</w:t>
      </w:r>
    </w:p>
    <w:p w14:paraId="14B7D8DE" w14:textId="77777777" w:rsidR="00885447" w:rsidRPr="00A06E27" w:rsidRDefault="00885447" w:rsidP="00885447">
      <w:pPr>
        <w:jc w:val="both"/>
        <w:rPr>
          <w:rFonts w:cs="Times New Roman"/>
          <w:color w:val="FF0000"/>
          <w:sz w:val="28"/>
          <w:szCs w:val="28"/>
        </w:rPr>
      </w:pPr>
      <w:r w:rsidRPr="00A06E27">
        <w:rPr>
          <w:rFonts w:cs="Times New Roman"/>
          <w:b/>
          <w:color w:val="FF0000"/>
          <w:sz w:val="28"/>
          <w:szCs w:val="28"/>
        </w:rPr>
        <w:t xml:space="preserve">- [1.1-NC1-b] - </w:t>
      </w:r>
      <w:r w:rsidRPr="00A06E27">
        <w:rPr>
          <w:rFonts w:cs="Times New Roman"/>
          <w:color w:val="FF0000"/>
          <w:sz w:val="28"/>
          <w:szCs w:val="28"/>
        </w:rPr>
        <w:t>Duyệt, tìm kiếm và lọc dữ liệu, thông tin và nội dung số: Áp dụng được kĩ thuật tìm kiếm để lấy được dữ liệu, thông tin và nội dung trong môi trường số.</w:t>
      </w:r>
    </w:p>
    <w:p w14:paraId="6C07839A" w14:textId="77777777" w:rsidR="00885447" w:rsidRPr="00A06E27" w:rsidRDefault="00885447" w:rsidP="00885447">
      <w:pPr>
        <w:jc w:val="both"/>
        <w:rPr>
          <w:rFonts w:cs="Times New Roman"/>
          <w:color w:val="FF0000"/>
          <w:sz w:val="28"/>
          <w:szCs w:val="28"/>
        </w:rPr>
      </w:pPr>
      <w:r w:rsidRPr="00A06E27">
        <w:rPr>
          <w:rFonts w:cs="Times New Roman"/>
          <w:b/>
          <w:color w:val="FF0000"/>
          <w:sz w:val="28"/>
          <w:szCs w:val="28"/>
        </w:rPr>
        <w:t xml:space="preserve">- [1.2-NC1-a/b] - </w:t>
      </w:r>
      <w:r w:rsidRPr="00A06E27">
        <w:rPr>
          <w:rFonts w:cs="Times New Roman"/>
          <w:color w:val="FF0000"/>
          <w:sz w:val="28"/>
          <w:szCs w:val="28"/>
        </w:rPr>
        <w:t>Đánh giá dữ liệu, thông tin và nội dung số: Thực hiện đánh giá độ tin cậy, tính xác thực của nguồn; tiến hành đánh giá các dữ liệu, thông tin và nội dung số khác nhau.</w:t>
      </w:r>
    </w:p>
    <w:p w14:paraId="7750ABAB" w14:textId="77777777" w:rsidR="00885447" w:rsidRPr="00A06E27" w:rsidRDefault="00885447" w:rsidP="00885447">
      <w:pPr>
        <w:jc w:val="both"/>
        <w:rPr>
          <w:rFonts w:cs="Times New Roman"/>
          <w:color w:val="FF0000"/>
          <w:sz w:val="28"/>
          <w:szCs w:val="28"/>
        </w:rPr>
      </w:pPr>
      <w:r w:rsidRPr="00A06E27">
        <w:rPr>
          <w:rFonts w:cs="Times New Roman"/>
          <w:b/>
          <w:color w:val="FF0000"/>
          <w:sz w:val="28"/>
          <w:szCs w:val="28"/>
        </w:rPr>
        <w:t xml:space="preserve">- [3.1-NC1-a] - </w:t>
      </w:r>
      <w:r w:rsidRPr="00A06E27">
        <w:rPr>
          <w:rFonts w:cs="Times New Roman"/>
          <w:color w:val="FF0000"/>
          <w:sz w:val="28"/>
          <w:szCs w:val="28"/>
        </w:rPr>
        <w:t>Phát triển nội dung số: Áp dụng được các cách tạo và chỉnh sửa nội dung ở các định dạng khác nhau.</w:t>
      </w:r>
    </w:p>
    <w:p w14:paraId="6CD6C1B8" w14:textId="77777777" w:rsidR="00885447" w:rsidRPr="00A06E27" w:rsidRDefault="00885447" w:rsidP="00885447">
      <w:pPr>
        <w:jc w:val="both"/>
        <w:rPr>
          <w:rFonts w:cs="Times New Roman"/>
          <w:color w:val="FF0000"/>
          <w:sz w:val="28"/>
          <w:szCs w:val="28"/>
        </w:rPr>
      </w:pPr>
      <w:r w:rsidRPr="00A06E27">
        <w:rPr>
          <w:rFonts w:cs="Times New Roman"/>
          <w:b/>
          <w:color w:val="FF0000"/>
          <w:sz w:val="28"/>
          <w:szCs w:val="28"/>
        </w:rPr>
        <w:t xml:space="preserve">- [5.2-NC1-b] - </w:t>
      </w:r>
      <w:r w:rsidRPr="00A06E27">
        <w:rPr>
          <w:rFonts w:cs="Times New Roman"/>
          <w:color w:val="FF0000"/>
          <w:sz w:val="28"/>
          <w:szCs w:val="28"/>
        </w:rPr>
        <w:t>Xác định nhu cầu và giải pháp công nghệ: Áp dụng được các công cụ số khác nhau và các giải pháp công nghệ có thể có để giải quyết nhu cầu học tập.</w:t>
      </w:r>
    </w:p>
    <w:p w14:paraId="05D2A0C4" w14:textId="77777777" w:rsidR="00885447" w:rsidRPr="00A06E27" w:rsidRDefault="00885447" w:rsidP="00885447">
      <w:pPr>
        <w:rPr>
          <w:rFonts w:cs="Times New Roman"/>
          <w:sz w:val="28"/>
          <w:szCs w:val="28"/>
        </w:rPr>
      </w:pPr>
      <w:r w:rsidRPr="00A06E27">
        <w:rPr>
          <w:rFonts w:cs="Times New Roman"/>
          <w:b/>
          <w:sz w:val="28"/>
          <w:szCs w:val="28"/>
        </w:rPr>
        <w:t>Bảng định hướng năng lực số tích hợp</w:t>
      </w:r>
    </w:p>
    <w:tbl>
      <w:tblPr>
        <w:tblStyle w:val="TableGrid"/>
        <w:tblW w:w="0" w:type="auto"/>
        <w:jc w:val="center"/>
        <w:tblLook w:val="04A0" w:firstRow="1" w:lastRow="0" w:firstColumn="1" w:lastColumn="0" w:noHBand="0" w:noVBand="1"/>
      </w:tblPr>
      <w:tblGrid>
        <w:gridCol w:w="2339"/>
        <w:gridCol w:w="2339"/>
        <w:gridCol w:w="2339"/>
        <w:gridCol w:w="2339"/>
      </w:tblGrid>
      <w:tr w:rsidR="00885447" w:rsidRPr="00A06E27" w14:paraId="608A1A59" w14:textId="77777777" w:rsidTr="00F77B64">
        <w:trPr>
          <w:cantSplit/>
          <w:tblHeader/>
          <w:jc w:val="center"/>
        </w:trPr>
        <w:tc>
          <w:tcPr>
            <w:tcW w:w="2339" w:type="dxa"/>
            <w:shd w:val="clear" w:color="auto" w:fill="D9EAF7"/>
            <w:vAlign w:val="center"/>
          </w:tcPr>
          <w:p w14:paraId="7C6E287C" w14:textId="77777777" w:rsidR="00885447" w:rsidRPr="00A06E27" w:rsidRDefault="00885447" w:rsidP="00F77B64">
            <w:pPr>
              <w:jc w:val="center"/>
              <w:rPr>
                <w:rFonts w:cs="Times New Roman"/>
                <w:sz w:val="28"/>
                <w:szCs w:val="28"/>
              </w:rPr>
            </w:pPr>
            <w:r w:rsidRPr="00A06E27">
              <w:rPr>
                <w:rFonts w:cs="Times New Roman"/>
                <w:b/>
                <w:sz w:val="28"/>
                <w:szCs w:val="28"/>
              </w:rPr>
              <w:lastRenderedPageBreak/>
              <w:t>Miền năng lực</w:t>
            </w:r>
          </w:p>
        </w:tc>
        <w:tc>
          <w:tcPr>
            <w:tcW w:w="2339" w:type="dxa"/>
            <w:shd w:val="clear" w:color="auto" w:fill="D9EAF7"/>
            <w:vAlign w:val="center"/>
          </w:tcPr>
          <w:p w14:paraId="29142079" w14:textId="77777777" w:rsidR="00885447" w:rsidRPr="00A06E27" w:rsidRDefault="00885447" w:rsidP="00F77B64">
            <w:pPr>
              <w:jc w:val="center"/>
              <w:rPr>
                <w:rFonts w:cs="Times New Roman"/>
                <w:sz w:val="28"/>
                <w:szCs w:val="28"/>
              </w:rPr>
            </w:pPr>
            <w:r w:rsidRPr="00A06E27">
              <w:rPr>
                <w:rFonts w:cs="Times New Roman"/>
                <w:b/>
                <w:sz w:val="28"/>
                <w:szCs w:val="28"/>
              </w:rPr>
              <w:t>Mã chỉ báo</w:t>
            </w:r>
          </w:p>
        </w:tc>
        <w:tc>
          <w:tcPr>
            <w:tcW w:w="2339" w:type="dxa"/>
            <w:shd w:val="clear" w:color="auto" w:fill="D9EAF7"/>
            <w:vAlign w:val="center"/>
          </w:tcPr>
          <w:p w14:paraId="042E8C84" w14:textId="77777777" w:rsidR="00885447" w:rsidRPr="00A06E27" w:rsidRDefault="00885447" w:rsidP="00F77B64">
            <w:pPr>
              <w:jc w:val="center"/>
              <w:rPr>
                <w:rFonts w:cs="Times New Roman"/>
                <w:sz w:val="28"/>
                <w:szCs w:val="28"/>
              </w:rPr>
            </w:pPr>
            <w:r w:rsidRPr="00A06E27">
              <w:rPr>
                <w:rFonts w:cs="Times New Roman"/>
                <w:b/>
                <w:sz w:val="28"/>
                <w:szCs w:val="28"/>
              </w:rPr>
              <w:t>Mô tả cụ thể trong bài học</w:t>
            </w:r>
          </w:p>
        </w:tc>
        <w:tc>
          <w:tcPr>
            <w:tcW w:w="2339" w:type="dxa"/>
            <w:shd w:val="clear" w:color="auto" w:fill="D9EAF7"/>
            <w:vAlign w:val="center"/>
          </w:tcPr>
          <w:p w14:paraId="08D14D2B" w14:textId="77777777" w:rsidR="00885447" w:rsidRPr="00A06E27" w:rsidRDefault="00885447" w:rsidP="00F77B64">
            <w:pPr>
              <w:jc w:val="center"/>
              <w:rPr>
                <w:rFonts w:cs="Times New Roman"/>
                <w:sz w:val="28"/>
                <w:szCs w:val="28"/>
              </w:rPr>
            </w:pPr>
            <w:r w:rsidRPr="00A06E27">
              <w:rPr>
                <w:rFonts w:cs="Times New Roman"/>
                <w:b/>
                <w:sz w:val="28"/>
                <w:szCs w:val="28"/>
              </w:rPr>
              <w:t>Hoạt động - công cụ - sản phẩm - đánh giá</w:t>
            </w:r>
          </w:p>
        </w:tc>
      </w:tr>
      <w:tr w:rsidR="00885447" w:rsidRPr="00A06E27" w14:paraId="555933D4" w14:textId="77777777" w:rsidTr="00F77B64">
        <w:trPr>
          <w:cantSplit/>
          <w:jc w:val="center"/>
        </w:trPr>
        <w:tc>
          <w:tcPr>
            <w:tcW w:w="2339" w:type="dxa"/>
            <w:vAlign w:val="center"/>
          </w:tcPr>
          <w:p w14:paraId="2D21BD39" w14:textId="77777777" w:rsidR="00885447" w:rsidRPr="00A06E27" w:rsidRDefault="00885447" w:rsidP="00F77B64">
            <w:pPr>
              <w:jc w:val="both"/>
              <w:rPr>
                <w:rFonts w:cs="Times New Roman"/>
                <w:sz w:val="28"/>
                <w:szCs w:val="28"/>
              </w:rPr>
            </w:pPr>
            <w:r w:rsidRPr="00A06E27">
              <w:rPr>
                <w:rFonts w:cs="Times New Roman"/>
                <w:sz w:val="28"/>
                <w:szCs w:val="28"/>
              </w:rPr>
              <w:t>Miền 1 - Khai thác dữ liệu và thông tin</w:t>
            </w:r>
          </w:p>
        </w:tc>
        <w:tc>
          <w:tcPr>
            <w:tcW w:w="2339" w:type="dxa"/>
            <w:vAlign w:val="center"/>
          </w:tcPr>
          <w:p w14:paraId="0264F4F9" w14:textId="77777777" w:rsidR="00885447" w:rsidRPr="00A06E27" w:rsidRDefault="00885447" w:rsidP="00F77B64">
            <w:pPr>
              <w:jc w:val="both"/>
              <w:rPr>
                <w:rFonts w:cs="Times New Roman"/>
                <w:sz w:val="28"/>
                <w:szCs w:val="28"/>
              </w:rPr>
            </w:pPr>
            <w:r w:rsidRPr="00A06E27">
              <w:rPr>
                <w:rFonts w:cs="Times New Roman"/>
                <w:sz w:val="28"/>
                <w:szCs w:val="28"/>
              </w:rPr>
              <w:t>[1.1-NC1-b]</w:t>
            </w:r>
            <w:r w:rsidRPr="00A06E27">
              <w:rPr>
                <w:rFonts w:cs="Times New Roman"/>
                <w:sz w:val="28"/>
                <w:szCs w:val="28"/>
              </w:rPr>
              <w:br/>
              <w:t>[1.2-NC1-a/b]</w:t>
            </w:r>
          </w:p>
        </w:tc>
        <w:tc>
          <w:tcPr>
            <w:tcW w:w="2339" w:type="dxa"/>
            <w:vAlign w:val="center"/>
          </w:tcPr>
          <w:p w14:paraId="7616AFF2" w14:textId="77777777" w:rsidR="00885447" w:rsidRPr="00A06E27" w:rsidRDefault="00885447" w:rsidP="00F77B64">
            <w:pPr>
              <w:jc w:val="both"/>
              <w:rPr>
                <w:rFonts w:cs="Times New Roman"/>
                <w:sz w:val="28"/>
                <w:szCs w:val="28"/>
              </w:rPr>
            </w:pPr>
            <w:r w:rsidRPr="00A06E27">
              <w:rPr>
                <w:rFonts w:cs="Times New Roman"/>
                <w:sz w:val="28"/>
                <w:szCs w:val="28"/>
              </w:rPr>
              <w:t>HS tìm một nguồn số để kiểm chứng mốc 30-12-1922 hoặc tháng 1-1924; đánh giá nguồn theo chủ thể công bố, thời điểm, bằng chứng và khả năng đối chiếu với SGK.</w:t>
            </w:r>
          </w:p>
        </w:tc>
        <w:tc>
          <w:tcPr>
            <w:tcW w:w="2339" w:type="dxa"/>
            <w:vAlign w:val="center"/>
          </w:tcPr>
          <w:p w14:paraId="5F68DFA9" w14:textId="77777777" w:rsidR="00885447" w:rsidRPr="00A06E27" w:rsidRDefault="00885447" w:rsidP="00F77B64">
            <w:pPr>
              <w:jc w:val="both"/>
              <w:rPr>
                <w:rFonts w:cs="Times New Roman"/>
                <w:sz w:val="28"/>
                <w:szCs w:val="28"/>
              </w:rPr>
            </w:pPr>
            <w:r w:rsidRPr="00A06E27">
              <w:rPr>
                <w:rFonts w:cs="Times New Roman"/>
                <w:sz w:val="28"/>
                <w:szCs w:val="28"/>
              </w:rPr>
              <w:t>Hoạt động 1; trình duyệt/Google Search hoặc đường dẫn GV cung cấp; Phiếu kiểm chứng nguồn; GV đánh giá từ khóa, căn cứ lựa chọn và kết quả đối chiếu.</w:t>
            </w:r>
          </w:p>
        </w:tc>
      </w:tr>
      <w:tr w:rsidR="00885447" w:rsidRPr="00A06E27" w14:paraId="784E380F" w14:textId="77777777" w:rsidTr="00F77B64">
        <w:trPr>
          <w:cantSplit/>
          <w:jc w:val="center"/>
        </w:trPr>
        <w:tc>
          <w:tcPr>
            <w:tcW w:w="2339" w:type="dxa"/>
            <w:vAlign w:val="center"/>
          </w:tcPr>
          <w:p w14:paraId="5A263943" w14:textId="77777777" w:rsidR="00885447" w:rsidRPr="00A06E27" w:rsidRDefault="00885447" w:rsidP="00F77B64">
            <w:pPr>
              <w:jc w:val="both"/>
              <w:rPr>
                <w:rFonts w:cs="Times New Roman"/>
                <w:sz w:val="28"/>
                <w:szCs w:val="28"/>
              </w:rPr>
            </w:pPr>
            <w:r w:rsidRPr="00A06E27">
              <w:rPr>
                <w:rFonts w:cs="Times New Roman"/>
                <w:sz w:val="28"/>
                <w:szCs w:val="28"/>
              </w:rPr>
              <w:t>Miền 3 - Sáng tạo nội dung số</w:t>
            </w:r>
          </w:p>
        </w:tc>
        <w:tc>
          <w:tcPr>
            <w:tcW w:w="2339" w:type="dxa"/>
            <w:vAlign w:val="center"/>
          </w:tcPr>
          <w:p w14:paraId="076F92BD" w14:textId="77777777" w:rsidR="00885447" w:rsidRPr="00A06E27" w:rsidRDefault="00885447" w:rsidP="00F77B64">
            <w:pPr>
              <w:jc w:val="both"/>
              <w:rPr>
                <w:rFonts w:cs="Times New Roman"/>
                <w:sz w:val="28"/>
                <w:szCs w:val="28"/>
              </w:rPr>
            </w:pPr>
            <w:r w:rsidRPr="00A06E27">
              <w:rPr>
                <w:rFonts w:cs="Times New Roman"/>
                <w:sz w:val="28"/>
                <w:szCs w:val="28"/>
              </w:rPr>
              <w:t>[3.1-NC1-a]</w:t>
            </w:r>
          </w:p>
        </w:tc>
        <w:tc>
          <w:tcPr>
            <w:tcW w:w="2339" w:type="dxa"/>
            <w:vAlign w:val="center"/>
          </w:tcPr>
          <w:p w14:paraId="5E5D1681" w14:textId="77777777" w:rsidR="00885447" w:rsidRPr="00A06E27" w:rsidRDefault="00885447" w:rsidP="00F77B64">
            <w:pPr>
              <w:jc w:val="both"/>
              <w:rPr>
                <w:rFonts w:cs="Times New Roman"/>
                <w:sz w:val="28"/>
                <w:szCs w:val="28"/>
              </w:rPr>
            </w:pPr>
            <w:r w:rsidRPr="00A06E27">
              <w:rPr>
                <w:rFonts w:cs="Times New Roman"/>
                <w:sz w:val="28"/>
                <w:szCs w:val="28"/>
              </w:rPr>
              <w:t>HS tạo và chỉnh sửa trục thời gian số gồm các mốc 1917, 1918-1921, 30-12-1922 và 1-1924; mỗi mốc có sự kiện, nội dung chính và ý nghĩa.</w:t>
            </w:r>
          </w:p>
        </w:tc>
        <w:tc>
          <w:tcPr>
            <w:tcW w:w="2339" w:type="dxa"/>
            <w:vAlign w:val="center"/>
          </w:tcPr>
          <w:p w14:paraId="34353565" w14:textId="77777777" w:rsidR="00885447" w:rsidRPr="00A06E27" w:rsidRDefault="00885447" w:rsidP="00F77B64">
            <w:pPr>
              <w:jc w:val="both"/>
              <w:rPr>
                <w:rFonts w:cs="Times New Roman"/>
                <w:sz w:val="28"/>
                <w:szCs w:val="28"/>
              </w:rPr>
            </w:pPr>
            <w:r w:rsidRPr="00A06E27">
              <w:rPr>
                <w:rFonts w:cs="Times New Roman"/>
                <w:sz w:val="28"/>
                <w:szCs w:val="28"/>
              </w:rPr>
              <w:t>Hoạt động 1; Word hoặc PowerPoint; sản phẩm là một trang trục thời gian; GV đánh giá độ chính xác, mạch lạc và khả năng chỉnh sửa.</w:t>
            </w:r>
          </w:p>
        </w:tc>
      </w:tr>
      <w:tr w:rsidR="00885447" w:rsidRPr="00A06E27" w14:paraId="59D471D5" w14:textId="77777777" w:rsidTr="00F77B64">
        <w:trPr>
          <w:cantSplit/>
          <w:jc w:val="center"/>
        </w:trPr>
        <w:tc>
          <w:tcPr>
            <w:tcW w:w="2339" w:type="dxa"/>
            <w:vAlign w:val="center"/>
          </w:tcPr>
          <w:p w14:paraId="6BC98584" w14:textId="77777777" w:rsidR="00885447" w:rsidRPr="00A06E27" w:rsidRDefault="00885447" w:rsidP="00F77B64">
            <w:pPr>
              <w:jc w:val="both"/>
              <w:rPr>
                <w:rFonts w:cs="Times New Roman"/>
                <w:sz w:val="28"/>
                <w:szCs w:val="28"/>
              </w:rPr>
            </w:pPr>
            <w:r w:rsidRPr="00A06E27">
              <w:rPr>
                <w:rFonts w:cs="Times New Roman"/>
                <w:sz w:val="28"/>
                <w:szCs w:val="28"/>
              </w:rPr>
              <w:t>Miền 5 - Giải quyết vấn đề</w:t>
            </w:r>
          </w:p>
        </w:tc>
        <w:tc>
          <w:tcPr>
            <w:tcW w:w="2339" w:type="dxa"/>
            <w:vAlign w:val="center"/>
          </w:tcPr>
          <w:p w14:paraId="2D1412B7" w14:textId="77777777" w:rsidR="00885447" w:rsidRPr="00A06E27" w:rsidRDefault="00885447" w:rsidP="00F77B64">
            <w:pPr>
              <w:jc w:val="both"/>
              <w:rPr>
                <w:rFonts w:cs="Times New Roman"/>
                <w:sz w:val="28"/>
                <w:szCs w:val="28"/>
              </w:rPr>
            </w:pPr>
            <w:r w:rsidRPr="00A06E27">
              <w:rPr>
                <w:rFonts w:cs="Times New Roman"/>
                <w:sz w:val="28"/>
                <w:szCs w:val="28"/>
              </w:rPr>
              <w:t>[5.2-NC1-b]</w:t>
            </w:r>
          </w:p>
        </w:tc>
        <w:tc>
          <w:tcPr>
            <w:tcW w:w="2339" w:type="dxa"/>
            <w:vAlign w:val="center"/>
          </w:tcPr>
          <w:p w14:paraId="761EB066" w14:textId="77777777" w:rsidR="00885447" w:rsidRPr="00A06E27" w:rsidRDefault="00885447" w:rsidP="00F77B64">
            <w:pPr>
              <w:jc w:val="both"/>
              <w:rPr>
                <w:rFonts w:cs="Times New Roman"/>
                <w:sz w:val="28"/>
                <w:szCs w:val="28"/>
              </w:rPr>
            </w:pPr>
            <w:r w:rsidRPr="00A06E27">
              <w:rPr>
                <w:rFonts w:cs="Times New Roman"/>
                <w:sz w:val="28"/>
                <w:szCs w:val="28"/>
              </w:rPr>
              <w:t>HS lựa chọn công cụ số phù hợp với nhu cầu trình bày: Word khi ưu tiên bảng; PowerPoint khi ưu tiên trục thời gian và hình ảnh; biết chuyển sang phiếu giấy khi thiếu thiết bị.</w:t>
            </w:r>
          </w:p>
        </w:tc>
        <w:tc>
          <w:tcPr>
            <w:tcW w:w="2339" w:type="dxa"/>
            <w:vAlign w:val="center"/>
          </w:tcPr>
          <w:p w14:paraId="1262228F" w14:textId="77777777" w:rsidR="00885447" w:rsidRPr="00A06E27" w:rsidRDefault="00885447" w:rsidP="00F77B64">
            <w:pPr>
              <w:jc w:val="both"/>
              <w:rPr>
                <w:rFonts w:cs="Times New Roman"/>
                <w:sz w:val="28"/>
                <w:szCs w:val="28"/>
              </w:rPr>
            </w:pPr>
            <w:r w:rsidRPr="00A06E27">
              <w:rPr>
                <w:rFonts w:cs="Times New Roman"/>
                <w:sz w:val="28"/>
                <w:szCs w:val="28"/>
              </w:rPr>
              <w:t>Hoạt động 1; Word/PowerPoint hoặc phiếu giấy; GV đánh giá sự phù hợp giữa công cụ, nhiệm vụ và điều kiện thực tế.</w:t>
            </w:r>
          </w:p>
        </w:tc>
      </w:tr>
    </w:tbl>
    <w:p w14:paraId="461FE6D3" w14:textId="77777777" w:rsidR="00885447" w:rsidRPr="00A06E27" w:rsidRDefault="00885447" w:rsidP="00885447">
      <w:pPr>
        <w:pStyle w:val="GAHeading2"/>
        <w:keepNext/>
        <w:rPr>
          <w:rFonts w:cs="Times New Roman"/>
          <w:sz w:val="28"/>
          <w:szCs w:val="28"/>
        </w:rPr>
      </w:pPr>
      <w:r w:rsidRPr="00A06E27">
        <w:rPr>
          <w:rFonts w:cs="Times New Roman"/>
          <w:sz w:val="28"/>
          <w:szCs w:val="28"/>
        </w:rPr>
        <w:t>3. Về phẩm chất</w:t>
      </w:r>
    </w:p>
    <w:p w14:paraId="50E6FC73" w14:textId="77777777" w:rsidR="00885447" w:rsidRPr="00A06E27" w:rsidRDefault="00885447" w:rsidP="00885447">
      <w:pPr>
        <w:jc w:val="both"/>
        <w:rPr>
          <w:rFonts w:cs="Times New Roman"/>
          <w:sz w:val="28"/>
          <w:szCs w:val="28"/>
        </w:rPr>
      </w:pPr>
      <w:r w:rsidRPr="00A06E27">
        <w:rPr>
          <w:rFonts w:cs="Times New Roman"/>
          <w:sz w:val="28"/>
          <w:szCs w:val="28"/>
        </w:rPr>
        <w:t>- Trân trọng giá trị lịch sử và ý nghĩa của sự ra đời Liên bang Cộng hòa xã hội chủ nghĩa Xô viết.</w:t>
      </w:r>
    </w:p>
    <w:p w14:paraId="486FB2C6" w14:textId="77777777" w:rsidR="00885447" w:rsidRPr="00A06E27" w:rsidRDefault="00885447" w:rsidP="00885447">
      <w:pPr>
        <w:jc w:val="both"/>
        <w:rPr>
          <w:rFonts w:cs="Times New Roman"/>
          <w:sz w:val="28"/>
          <w:szCs w:val="28"/>
        </w:rPr>
      </w:pPr>
      <w:r w:rsidRPr="00A06E27">
        <w:rPr>
          <w:rFonts w:cs="Times New Roman"/>
          <w:sz w:val="28"/>
          <w:szCs w:val="28"/>
        </w:rPr>
        <w:t>- Có thái độ khách quan, trung thực khi tìm hiểu và đánh giá sự kiện lịch sử.</w:t>
      </w:r>
    </w:p>
    <w:p w14:paraId="002A3E75" w14:textId="77777777" w:rsidR="00885447" w:rsidRPr="00A06E27" w:rsidRDefault="00885447" w:rsidP="00885447">
      <w:pPr>
        <w:jc w:val="both"/>
        <w:rPr>
          <w:rFonts w:cs="Times New Roman"/>
          <w:sz w:val="28"/>
          <w:szCs w:val="28"/>
        </w:rPr>
      </w:pPr>
      <w:r w:rsidRPr="00A06E27">
        <w:rPr>
          <w:rFonts w:cs="Times New Roman"/>
          <w:sz w:val="28"/>
          <w:szCs w:val="28"/>
        </w:rPr>
        <w:t>- Bồi dưỡng tinh thần đoàn kết, bình đẳng, hợp tác và tôn trọng quyền tự quyết của các dân tộc.</w:t>
      </w:r>
    </w:p>
    <w:p w14:paraId="6FAAD0E3" w14:textId="77777777" w:rsidR="00885447" w:rsidRPr="00A06E27" w:rsidRDefault="00885447" w:rsidP="00885447">
      <w:pPr>
        <w:jc w:val="both"/>
        <w:rPr>
          <w:rFonts w:cs="Times New Roman"/>
          <w:sz w:val="28"/>
          <w:szCs w:val="28"/>
        </w:rPr>
      </w:pPr>
      <w:r w:rsidRPr="00A06E27">
        <w:rPr>
          <w:rFonts w:cs="Times New Roman"/>
          <w:sz w:val="28"/>
          <w:szCs w:val="28"/>
        </w:rPr>
        <w:t>- Có ý thức chăm chỉ, chủ động tìm tòi, khám phá lịch sử và trách nhiệm trong hoạt động nhóm.</w:t>
      </w:r>
    </w:p>
    <w:p w14:paraId="071C9220" w14:textId="77777777" w:rsidR="00885447" w:rsidRPr="00A06E27" w:rsidRDefault="00885447" w:rsidP="00885447">
      <w:pPr>
        <w:pStyle w:val="GAHeading1"/>
        <w:keepNext/>
        <w:rPr>
          <w:rFonts w:cs="Times New Roman"/>
          <w:szCs w:val="28"/>
        </w:rPr>
      </w:pPr>
      <w:r w:rsidRPr="00A06E27">
        <w:rPr>
          <w:rFonts w:cs="Times New Roman"/>
          <w:szCs w:val="28"/>
        </w:rPr>
        <w:lastRenderedPageBreak/>
        <w:t>II. THIẾT BỊ DẠY HỌC VÀ HỌC LIỆU</w:t>
      </w:r>
    </w:p>
    <w:p w14:paraId="6E1E88A6" w14:textId="77777777" w:rsidR="00885447" w:rsidRPr="00A06E27" w:rsidRDefault="00885447" w:rsidP="00885447">
      <w:pPr>
        <w:pStyle w:val="GAHeading2"/>
        <w:keepNext/>
        <w:rPr>
          <w:rFonts w:cs="Times New Roman"/>
          <w:sz w:val="28"/>
          <w:szCs w:val="28"/>
        </w:rPr>
      </w:pPr>
      <w:r w:rsidRPr="00A06E27">
        <w:rPr>
          <w:rFonts w:cs="Times New Roman"/>
          <w:sz w:val="28"/>
          <w:szCs w:val="28"/>
        </w:rPr>
        <w:t>1. Giáo viên</w:t>
      </w:r>
    </w:p>
    <w:p w14:paraId="246D3CE5" w14:textId="77777777" w:rsidR="00885447" w:rsidRPr="00A06E27" w:rsidRDefault="00885447" w:rsidP="00885447">
      <w:pPr>
        <w:jc w:val="both"/>
        <w:rPr>
          <w:rFonts w:cs="Times New Roman"/>
          <w:sz w:val="28"/>
          <w:szCs w:val="28"/>
        </w:rPr>
      </w:pPr>
      <w:r w:rsidRPr="00A06E27">
        <w:rPr>
          <w:rFonts w:cs="Times New Roman"/>
          <w:sz w:val="28"/>
          <w:szCs w:val="28"/>
        </w:rPr>
        <w:t>- Giáo án biên soạn theo định hướng phát triển phẩm chất và năng lực; phiếu học tập dành cho HS.</w:t>
      </w:r>
    </w:p>
    <w:p w14:paraId="0DC5E8F3" w14:textId="77777777" w:rsidR="00885447" w:rsidRPr="00A06E27" w:rsidRDefault="00885447" w:rsidP="00885447">
      <w:pPr>
        <w:jc w:val="both"/>
        <w:rPr>
          <w:rFonts w:cs="Times New Roman"/>
          <w:sz w:val="28"/>
          <w:szCs w:val="28"/>
        </w:rPr>
      </w:pPr>
      <w:r w:rsidRPr="00A06E27">
        <w:rPr>
          <w:rFonts w:cs="Times New Roman"/>
          <w:sz w:val="28"/>
          <w:szCs w:val="28"/>
        </w:rPr>
        <w:t>- SGK, SGV Lịch sử 11 - Bộ sách Kết nối tri thức với cuộc sống; tài liệu tham khảo về Cách mạng tháng Mười Nga và sự hình thành Liên Xô.</w:t>
      </w:r>
    </w:p>
    <w:p w14:paraId="7C8657E3" w14:textId="77777777" w:rsidR="00885447" w:rsidRPr="00A06E27" w:rsidRDefault="00885447" w:rsidP="00885447">
      <w:pPr>
        <w:jc w:val="both"/>
        <w:rPr>
          <w:rFonts w:cs="Times New Roman"/>
          <w:sz w:val="28"/>
          <w:szCs w:val="28"/>
        </w:rPr>
      </w:pPr>
      <w:r w:rsidRPr="00A06E27">
        <w:rPr>
          <w:rFonts w:cs="Times New Roman"/>
          <w:sz w:val="28"/>
          <w:szCs w:val="28"/>
        </w:rPr>
        <w:t>- Tranh ảnh trong SGK: Lê-nin tuyên bố thành lập Chính quyền Xô viết năm 1917; Quốc huy đầu tiên của Liên Xô năm 1923; tượng Liên minh công - nông ở Mát-xcơ-va.</w:t>
      </w:r>
    </w:p>
    <w:p w14:paraId="48E6A6B6" w14:textId="77777777" w:rsidR="00885447" w:rsidRPr="00A06E27" w:rsidRDefault="00885447" w:rsidP="00885447">
      <w:pPr>
        <w:jc w:val="both"/>
        <w:rPr>
          <w:rFonts w:cs="Times New Roman"/>
          <w:sz w:val="28"/>
          <w:szCs w:val="28"/>
        </w:rPr>
      </w:pPr>
      <w:r w:rsidRPr="00A06E27">
        <w:rPr>
          <w:rFonts w:cs="Times New Roman"/>
          <w:sz w:val="28"/>
          <w:szCs w:val="28"/>
        </w:rPr>
        <w:t>- Máy tính, máy chiếu, bài trình chiếu; giấy A0/A3 hoặc bảng nhóm, bút dạ.</w:t>
      </w:r>
    </w:p>
    <w:p w14:paraId="539668B6" w14:textId="77777777" w:rsidR="00885447" w:rsidRPr="00A06E27" w:rsidRDefault="00885447" w:rsidP="00885447">
      <w:pPr>
        <w:jc w:val="both"/>
        <w:rPr>
          <w:rFonts w:cs="Times New Roman"/>
          <w:sz w:val="28"/>
          <w:szCs w:val="28"/>
        </w:rPr>
      </w:pPr>
      <w:r w:rsidRPr="00A06E27">
        <w:rPr>
          <w:rFonts w:cs="Times New Roman"/>
          <w:sz w:val="28"/>
          <w:szCs w:val="28"/>
        </w:rPr>
        <w:t>- Công cụ số tích hợp: trình duyệt/Google Search; Word hoặc PowerPoint; tệp lưu trên USB hoặc thư mục dùng chung. Không yêu cầu sử dụng công cụ AI, không bắt buộc HS đăng kí tài khoản mới.</w:t>
      </w:r>
    </w:p>
    <w:p w14:paraId="4C3BEABA" w14:textId="77777777" w:rsidR="00885447" w:rsidRPr="00A06E27" w:rsidRDefault="00885447" w:rsidP="00885447">
      <w:pPr>
        <w:jc w:val="both"/>
        <w:rPr>
          <w:rFonts w:cs="Times New Roman"/>
          <w:sz w:val="28"/>
          <w:szCs w:val="28"/>
        </w:rPr>
      </w:pPr>
      <w:r w:rsidRPr="00A06E27">
        <w:rPr>
          <w:rFonts w:cs="Times New Roman"/>
          <w:sz w:val="28"/>
          <w:szCs w:val="28"/>
        </w:rPr>
        <w:t>- GV chuẩn bị trước từ khóa gợi ý, đường dẫn hoặc mã QR tới nguồn tư liệu đáng tin cậy; mẫu trục thời gian trên Word/PowerPoint; ảnh chụp màn hình và bản in dự phòng khi mất mạng.</w:t>
      </w:r>
    </w:p>
    <w:p w14:paraId="31A8CEE4" w14:textId="77777777" w:rsidR="00885447" w:rsidRPr="00A06E27" w:rsidRDefault="00885447" w:rsidP="00885447">
      <w:pPr>
        <w:pStyle w:val="GAHeading2"/>
        <w:keepNext/>
        <w:rPr>
          <w:rFonts w:cs="Times New Roman"/>
          <w:sz w:val="28"/>
          <w:szCs w:val="28"/>
        </w:rPr>
      </w:pPr>
      <w:r w:rsidRPr="00A06E27">
        <w:rPr>
          <w:rFonts w:cs="Times New Roman"/>
          <w:sz w:val="28"/>
          <w:szCs w:val="28"/>
        </w:rPr>
        <w:t>2. Học sinh</w:t>
      </w:r>
    </w:p>
    <w:p w14:paraId="3415DB31" w14:textId="77777777" w:rsidR="00885447" w:rsidRPr="00A06E27" w:rsidRDefault="00885447" w:rsidP="00885447">
      <w:pPr>
        <w:jc w:val="both"/>
        <w:rPr>
          <w:rFonts w:cs="Times New Roman"/>
          <w:sz w:val="28"/>
          <w:szCs w:val="28"/>
        </w:rPr>
      </w:pPr>
      <w:r w:rsidRPr="00A06E27">
        <w:rPr>
          <w:rFonts w:cs="Times New Roman"/>
          <w:sz w:val="28"/>
          <w:szCs w:val="28"/>
        </w:rPr>
        <w:t>- SGK Lịch sử 11, vở ghi, bút, thước và dụng cụ học tập theo yêu cầu của GV.</w:t>
      </w:r>
    </w:p>
    <w:p w14:paraId="4586C2E3" w14:textId="77777777" w:rsidR="00885447" w:rsidRPr="00A06E27" w:rsidRDefault="00885447" w:rsidP="00885447">
      <w:pPr>
        <w:jc w:val="both"/>
        <w:rPr>
          <w:rFonts w:cs="Times New Roman"/>
          <w:sz w:val="28"/>
          <w:szCs w:val="28"/>
        </w:rPr>
      </w:pPr>
      <w:r w:rsidRPr="00A06E27">
        <w:rPr>
          <w:rFonts w:cs="Times New Roman"/>
          <w:sz w:val="28"/>
          <w:szCs w:val="28"/>
        </w:rPr>
        <w:t>- Đọc trước Bài 3; quan sát các Hình 1 - 3 và khai thác tư liệu trong SGK.</w:t>
      </w:r>
    </w:p>
    <w:p w14:paraId="5DEF615E" w14:textId="77777777" w:rsidR="00885447" w:rsidRPr="00A06E27" w:rsidRDefault="00885447" w:rsidP="00885447">
      <w:pPr>
        <w:jc w:val="both"/>
        <w:rPr>
          <w:rFonts w:cs="Times New Roman"/>
          <w:sz w:val="28"/>
          <w:szCs w:val="28"/>
        </w:rPr>
      </w:pPr>
      <w:r w:rsidRPr="00A06E27">
        <w:rPr>
          <w:rFonts w:cs="Times New Roman"/>
          <w:sz w:val="28"/>
          <w:szCs w:val="28"/>
        </w:rPr>
        <w:t>- Ôn lại kiến thức về Cách mạng tháng Mười Nga năm 1917 và sự ra đời Chính quyền Xô viết.</w:t>
      </w:r>
    </w:p>
    <w:p w14:paraId="43774A5C" w14:textId="77777777" w:rsidR="00885447" w:rsidRPr="00A06E27" w:rsidRDefault="00885447" w:rsidP="00885447">
      <w:pPr>
        <w:jc w:val="both"/>
        <w:rPr>
          <w:rFonts w:cs="Times New Roman"/>
          <w:sz w:val="28"/>
          <w:szCs w:val="28"/>
        </w:rPr>
      </w:pPr>
      <w:r w:rsidRPr="00A06E27">
        <w:rPr>
          <w:rFonts w:cs="Times New Roman"/>
          <w:sz w:val="28"/>
          <w:szCs w:val="28"/>
        </w:rPr>
        <w:t>- Sưu tầm một thông tin ngắn về V. I. Lê-nin hoặc một biểu tượng của Liên Xô.</w:t>
      </w:r>
    </w:p>
    <w:p w14:paraId="526C84E3" w14:textId="77777777" w:rsidR="00885447" w:rsidRPr="00A06E27" w:rsidRDefault="00885447" w:rsidP="00885447">
      <w:pPr>
        <w:jc w:val="both"/>
        <w:rPr>
          <w:rFonts w:cs="Times New Roman"/>
          <w:sz w:val="28"/>
          <w:szCs w:val="28"/>
        </w:rPr>
      </w:pPr>
      <w:r w:rsidRPr="00A06E27">
        <w:rPr>
          <w:rFonts w:cs="Times New Roman"/>
          <w:sz w:val="28"/>
          <w:szCs w:val="28"/>
        </w:rPr>
        <w:t>- Điện thoại thông minh, máy tính bảng hoặc máy tính xách tay theo nhóm nếu có; mỗi nhóm chỉ cần một thiết bị.</w:t>
      </w:r>
    </w:p>
    <w:p w14:paraId="2832CDA9" w14:textId="77777777" w:rsidR="00885447" w:rsidRPr="00A06E27" w:rsidRDefault="00885447" w:rsidP="00885447">
      <w:pPr>
        <w:jc w:val="both"/>
        <w:rPr>
          <w:rFonts w:cs="Times New Roman"/>
          <w:sz w:val="28"/>
          <w:szCs w:val="28"/>
        </w:rPr>
      </w:pPr>
      <w:r w:rsidRPr="00A06E27">
        <w:rPr>
          <w:rFonts w:cs="Times New Roman"/>
          <w:sz w:val="28"/>
          <w:szCs w:val="28"/>
        </w:rPr>
        <w:t>- Nếu thiếu thiết bị hoặc không có kết nối mạng, HS sử dụng SGK, tư liệu in, phiếu học tập và bảng nhóm; nhiệm vụ kiến thức và tiêu chí đánh giá không thay đổi.</w:t>
      </w:r>
    </w:p>
    <w:p w14:paraId="40089407" w14:textId="77777777" w:rsidR="00885447" w:rsidRPr="00A06E27" w:rsidRDefault="00885447" w:rsidP="00885447">
      <w:pPr>
        <w:rPr>
          <w:rFonts w:cs="Times New Roman"/>
          <w:sz w:val="28"/>
          <w:szCs w:val="28"/>
        </w:rPr>
      </w:pPr>
      <w:r w:rsidRPr="00A06E27">
        <w:rPr>
          <w:rFonts w:cs="Times New Roman"/>
          <w:b/>
          <w:sz w:val="28"/>
          <w:szCs w:val="28"/>
        </w:rPr>
        <w:t>Bảng thiết bị và học liệu số bổ sung</w:t>
      </w:r>
    </w:p>
    <w:tbl>
      <w:tblPr>
        <w:tblStyle w:val="TableGrid"/>
        <w:tblW w:w="0" w:type="auto"/>
        <w:jc w:val="center"/>
        <w:tblLook w:val="04A0" w:firstRow="1" w:lastRow="0" w:firstColumn="1" w:lastColumn="0" w:noHBand="0" w:noVBand="1"/>
      </w:tblPr>
      <w:tblGrid>
        <w:gridCol w:w="3118"/>
        <w:gridCol w:w="3118"/>
        <w:gridCol w:w="3118"/>
      </w:tblGrid>
      <w:tr w:rsidR="00885447" w:rsidRPr="00A06E27" w14:paraId="1D19BB05" w14:textId="77777777" w:rsidTr="00F77B64">
        <w:trPr>
          <w:cantSplit/>
          <w:tblHeader/>
          <w:jc w:val="center"/>
        </w:trPr>
        <w:tc>
          <w:tcPr>
            <w:tcW w:w="3118" w:type="dxa"/>
            <w:shd w:val="clear" w:color="auto" w:fill="D9EAF7"/>
            <w:vAlign w:val="center"/>
          </w:tcPr>
          <w:p w14:paraId="24239CE6" w14:textId="77777777" w:rsidR="00885447" w:rsidRPr="00A06E27" w:rsidRDefault="00885447" w:rsidP="00F77B64">
            <w:pPr>
              <w:jc w:val="center"/>
              <w:rPr>
                <w:rFonts w:cs="Times New Roman"/>
                <w:sz w:val="28"/>
                <w:szCs w:val="28"/>
              </w:rPr>
            </w:pPr>
            <w:r w:rsidRPr="00A06E27">
              <w:rPr>
                <w:rFonts w:cs="Times New Roman"/>
                <w:b/>
                <w:sz w:val="28"/>
                <w:szCs w:val="28"/>
              </w:rPr>
              <w:t>Đối tượng</w:t>
            </w:r>
          </w:p>
        </w:tc>
        <w:tc>
          <w:tcPr>
            <w:tcW w:w="3118" w:type="dxa"/>
            <w:shd w:val="clear" w:color="auto" w:fill="D9EAF7"/>
            <w:vAlign w:val="center"/>
          </w:tcPr>
          <w:p w14:paraId="0546DA8E" w14:textId="77777777" w:rsidR="00885447" w:rsidRPr="00A06E27" w:rsidRDefault="00885447" w:rsidP="00F77B64">
            <w:pPr>
              <w:jc w:val="center"/>
              <w:rPr>
                <w:rFonts w:cs="Times New Roman"/>
                <w:sz w:val="28"/>
                <w:szCs w:val="28"/>
              </w:rPr>
            </w:pPr>
            <w:r w:rsidRPr="00A06E27">
              <w:rPr>
                <w:rFonts w:cs="Times New Roman"/>
                <w:b/>
                <w:sz w:val="28"/>
                <w:szCs w:val="28"/>
              </w:rPr>
              <w:t>Thiết bị/Học liệu</w:t>
            </w:r>
          </w:p>
        </w:tc>
        <w:tc>
          <w:tcPr>
            <w:tcW w:w="3118" w:type="dxa"/>
            <w:shd w:val="clear" w:color="auto" w:fill="D9EAF7"/>
            <w:vAlign w:val="center"/>
          </w:tcPr>
          <w:p w14:paraId="0A3B3981" w14:textId="77777777" w:rsidR="00885447" w:rsidRPr="00A06E27" w:rsidRDefault="00885447" w:rsidP="00F77B64">
            <w:pPr>
              <w:jc w:val="center"/>
              <w:rPr>
                <w:rFonts w:cs="Times New Roman"/>
                <w:sz w:val="28"/>
                <w:szCs w:val="28"/>
              </w:rPr>
            </w:pPr>
            <w:r w:rsidRPr="00A06E27">
              <w:rPr>
                <w:rFonts w:cs="Times New Roman"/>
                <w:b/>
                <w:sz w:val="28"/>
                <w:szCs w:val="28"/>
              </w:rPr>
              <w:t>Mô tả chi tiết</w:t>
            </w:r>
          </w:p>
        </w:tc>
      </w:tr>
      <w:tr w:rsidR="00885447" w:rsidRPr="00A06E27" w14:paraId="6E718F06" w14:textId="77777777" w:rsidTr="00F77B64">
        <w:trPr>
          <w:cantSplit/>
          <w:jc w:val="center"/>
        </w:trPr>
        <w:tc>
          <w:tcPr>
            <w:tcW w:w="3118" w:type="dxa"/>
            <w:vAlign w:val="center"/>
          </w:tcPr>
          <w:p w14:paraId="7F286848" w14:textId="77777777" w:rsidR="00885447" w:rsidRPr="00A06E27" w:rsidRDefault="00885447" w:rsidP="00F77B64">
            <w:pPr>
              <w:jc w:val="both"/>
              <w:rPr>
                <w:rFonts w:cs="Times New Roman"/>
                <w:sz w:val="28"/>
                <w:szCs w:val="28"/>
              </w:rPr>
            </w:pPr>
            <w:r w:rsidRPr="00A06E27">
              <w:rPr>
                <w:rFonts w:cs="Times New Roman"/>
                <w:sz w:val="28"/>
                <w:szCs w:val="28"/>
              </w:rPr>
              <w:t>Giáo viên</w:t>
            </w:r>
          </w:p>
        </w:tc>
        <w:tc>
          <w:tcPr>
            <w:tcW w:w="3118" w:type="dxa"/>
            <w:vAlign w:val="center"/>
          </w:tcPr>
          <w:p w14:paraId="4C359E92" w14:textId="77777777" w:rsidR="00885447" w:rsidRPr="00A06E27" w:rsidRDefault="00885447" w:rsidP="00F77B64">
            <w:pPr>
              <w:jc w:val="both"/>
              <w:rPr>
                <w:rFonts w:cs="Times New Roman"/>
                <w:sz w:val="28"/>
                <w:szCs w:val="28"/>
              </w:rPr>
            </w:pPr>
            <w:r w:rsidRPr="00A06E27">
              <w:rPr>
                <w:rFonts w:cs="Times New Roman"/>
                <w:sz w:val="28"/>
                <w:szCs w:val="28"/>
              </w:rPr>
              <w:t>Máy tính, máy chiếu; trình duyệt; Word/PowerPoint; nguồn số đã kiểm tra</w:t>
            </w:r>
          </w:p>
        </w:tc>
        <w:tc>
          <w:tcPr>
            <w:tcW w:w="3118" w:type="dxa"/>
            <w:vAlign w:val="center"/>
          </w:tcPr>
          <w:p w14:paraId="4011302A" w14:textId="77777777" w:rsidR="00885447" w:rsidRPr="00A06E27" w:rsidRDefault="00885447" w:rsidP="00F77B64">
            <w:pPr>
              <w:jc w:val="both"/>
              <w:rPr>
                <w:rFonts w:cs="Times New Roman"/>
                <w:sz w:val="28"/>
                <w:szCs w:val="28"/>
              </w:rPr>
            </w:pPr>
            <w:r w:rsidRPr="00A06E27">
              <w:rPr>
                <w:rFonts w:cs="Times New Roman"/>
                <w:sz w:val="28"/>
                <w:szCs w:val="28"/>
              </w:rPr>
              <w:t>Trình chiếu hình ảnh; cung cấp từ khóa/đường dẫn; phát mẫu trục thời gian và phiếu kiểm chứng; lưu bản ngoại tuyến.</w:t>
            </w:r>
          </w:p>
        </w:tc>
      </w:tr>
      <w:tr w:rsidR="00885447" w:rsidRPr="00A06E27" w14:paraId="5B0E5C1C" w14:textId="77777777" w:rsidTr="00F77B64">
        <w:trPr>
          <w:cantSplit/>
          <w:jc w:val="center"/>
        </w:trPr>
        <w:tc>
          <w:tcPr>
            <w:tcW w:w="3118" w:type="dxa"/>
            <w:vAlign w:val="center"/>
          </w:tcPr>
          <w:p w14:paraId="1588DC3B" w14:textId="77777777" w:rsidR="00885447" w:rsidRPr="00A06E27" w:rsidRDefault="00885447" w:rsidP="00F77B64">
            <w:pPr>
              <w:jc w:val="both"/>
              <w:rPr>
                <w:rFonts w:cs="Times New Roman"/>
                <w:sz w:val="28"/>
                <w:szCs w:val="28"/>
              </w:rPr>
            </w:pPr>
            <w:r w:rsidRPr="00A06E27">
              <w:rPr>
                <w:rFonts w:cs="Times New Roman"/>
                <w:sz w:val="28"/>
                <w:szCs w:val="28"/>
              </w:rPr>
              <w:t>Học sinh</w:t>
            </w:r>
          </w:p>
        </w:tc>
        <w:tc>
          <w:tcPr>
            <w:tcW w:w="3118" w:type="dxa"/>
            <w:vAlign w:val="center"/>
          </w:tcPr>
          <w:p w14:paraId="3E75916F" w14:textId="77777777" w:rsidR="00885447" w:rsidRPr="00A06E27" w:rsidRDefault="00885447" w:rsidP="00F77B64">
            <w:pPr>
              <w:jc w:val="both"/>
              <w:rPr>
                <w:rFonts w:cs="Times New Roman"/>
                <w:sz w:val="28"/>
                <w:szCs w:val="28"/>
              </w:rPr>
            </w:pPr>
            <w:r w:rsidRPr="00A06E27">
              <w:rPr>
                <w:rFonts w:cs="Times New Roman"/>
                <w:sz w:val="28"/>
                <w:szCs w:val="28"/>
              </w:rPr>
              <w:t>Một thiết bị số theo nhóm nếu có; SGK; phiếu học tập</w:t>
            </w:r>
          </w:p>
        </w:tc>
        <w:tc>
          <w:tcPr>
            <w:tcW w:w="3118" w:type="dxa"/>
            <w:vAlign w:val="center"/>
          </w:tcPr>
          <w:p w14:paraId="3F592C89" w14:textId="77777777" w:rsidR="00885447" w:rsidRPr="00A06E27" w:rsidRDefault="00885447" w:rsidP="00F77B64">
            <w:pPr>
              <w:jc w:val="both"/>
              <w:rPr>
                <w:rFonts w:cs="Times New Roman"/>
                <w:sz w:val="28"/>
                <w:szCs w:val="28"/>
              </w:rPr>
            </w:pPr>
            <w:r w:rsidRPr="00A06E27">
              <w:rPr>
                <w:rFonts w:cs="Times New Roman"/>
                <w:sz w:val="28"/>
                <w:szCs w:val="28"/>
              </w:rPr>
              <w:t>Tìm và đối chiếu thông tin; tạo trục thời gian một trang; không cài phần mềm phức tạp.</w:t>
            </w:r>
          </w:p>
        </w:tc>
      </w:tr>
      <w:tr w:rsidR="00885447" w:rsidRPr="00A06E27" w14:paraId="5BA7ABAD" w14:textId="77777777" w:rsidTr="00F77B64">
        <w:trPr>
          <w:cantSplit/>
          <w:jc w:val="center"/>
        </w:trPr>
        <w:tc>
          <w:tcPr>
            <w:tcW w:w="3118" w:type="dxa"/>
            <w:vAlign w:val="center"/>
          </w:tcPr>
          <w:p w14:paraId="50F07DEE" w14:textId="77777777" w:rsidR="00885447" w:rsidRPr="00A06E27" w:rsidRDefault="00885447" w:rsidP="00F77B64">
            <w:pPr>
              <w:jc w:val="both"/>
              <w:rPr>
                <w:rFonts w:cs="Times New Roman"/>
                <w:sz w:val="28"/>
                <w:szCs w:val="28"/>
              </w:rPr>
            </w:pPr>
            <w:r w:rsidRPr="00A06E27">
              <w:rPr>
                <w:rFonts w:cs="Times New Roman"/>
                <w:sz w:val="28"/>
                <w:szCs w:val="28"/>
              </w:rPr>
              <w:lastRenderedPageBreak/>
              <w:t>Phương án dự phòng</w:t>
            </w:r>
          </w:p>
        </w:tc>
        <w:tc>
          <w:tcPr>
            <w:tcW w:w="3118" w:type="dxa"/>
            <w:vAlign w:val="center"/>
          </w:tcPr>
          <w:p w14:paraId="351BF28C" w14:textId="77777777" w:rsidR="00885447" w:rsidRPr="00A06E27" w:rsidRDefault="00885447" w:rsidP="00F77B64">
            <w:pPr>
              <w:jc w:val="both"/>
              <w:rPr>
                <w:rFonts w:cs="Times New Roman"/>
                <w:sz w:val="28"/>
                <w:szCs w:val="28"/>
              </w:rPr>
            </w:pPr>
            <w:r w:rsidRPr="00A06E27">
              <w:rPr>
                <w:rFonts w:cs="Times New Roman"/>
                <w:sz w:val="28"/>
                <w:szCs w:val="28"/>
              </w:rPr>
              <w:t>Tư liệu in, ảnh chụp màn hình, bảng nhóm, USB</w:t>
            </w:r>
          </w:p>
        </w:tc>
        <w:tc>
          <w:tcPr>
            <w:tcW w:w="3118" w:type="dxa"/>
            <w:vAlign w:val="center"/>
          </w:tcPr>
          <w:p w14:paraId="0C34AB98" w14:textId="77777777" w:rsidR="00885447" w:rsidRPr="00A06E27" w:rsidRDefault="00885447" w:rsidP="00F77B64">
            <w:pPr>
              <w:jc w:val="both"/>
              <w:rPr>
                <w:rFonts w:cs="Times New Roman"/>
                <w:sz w:val="28"/>
                <w:szCs w:val="28"/>
              </w:rPr>
            </w:pPr>
            <w:r w:rsidRPr="00A06E27">
              <w:rPr>
                <w:rFonts w:cs="Times New Roman"/>
                <w:sz w:val="28"/>
                <w:szCs w:val="28"/>
              </w:rPr>
              <w:t>Tổ chức nhiệm vụ tương đương khi mất mạng, thiếu thiết bị hoặc HS chưa thành thạo thao tác số.</w:t>
            </w:r>
          </w:p>
        </w:tc>
      </w:tr>
    </w:tbl>
    <w:p w14:paraId="0915639A" w14:textId="77777777" w:rsidR="00885447" w:rsidRDefault="00885447" w:rsidP="00885447">
      <w:pPr>
        <w:pStyle w:val="GAHeading1"/>
        <w:keepNext/>
        <w:rPr>
          <w:rFonts w:cs="Times New Roman"/>
          <w:szCs w:val="28"/>
          <w:lang w:val="vi-VN"/>
        </w:rPr>
      </w:pPr>
    </w:p>
    <w:p w14:paraId="4A71F44C" w14:textId="0CED5CFF" w:rsidR="00885447" w:rsidRPr="00A06E27" w:rsidRDefault="00885447" w:rsidP="00885447">
      <w:pPr>
        <w:pStyle w:val="GAHeading1"/>
        <w:keepNext/>
        <w:rPr>
          <w:rFonts w:cs="Times New Roman"/>
          <w:szCs w:val="28"/>
        </w:rPr>
      </w:pPr>
      <w:r w:rsidRPr="00A06E27">
        <w:rPr>
          <w:rFonts w:cs="Times New Roman"/>
          <w:szCs w:val="28"/>
        </w:rPr>
        <w:t>III. TIẾN TRÌNH DẠY HỌC</w:t>
      </w:r>
    </w:p>
    <w:p w14:paraId="6DD0A804" w14:textId="3A7EC20D" w:rsidR="00937565" w:rsidRPr="003622B0" w:rsidRDefault="00885447" w:rsidP="003622B0">
      <w:pPr>
        <w:pStyle w:val="GAHeading1"/>
        <w:keepNext/>
        <w:rPr>
          <w:rFonts w:cs="Times New Roman"/>
          <w:szCs w:val="28"/>
          <w:lang w:val="vi-VN"/>
        </w:rPr>
      </w:pPr>
      <w:r w:rsidRPr="00A06E27">
        <w:rPr>
          <w:rFonts w:cs="Times New Roman"/>
          <w:szCs w:val="28"/>
        </w:rPr>
        <w:t>A. KHỞI ĐỘNG</w:t>
      </w:r>
    </w:p>
    <w:p w14:paraId="78CA9E95" w14:textId="77777777" w:rsidR="00937565" w:rsidRPr="00A06E27" w:rsidRDefault="006E6AAD">
      <w:pPr>
        <w:pStyle w:val="GAActivity"/>
        <w:rPr>
          <w:rFonts w:cs="Times New Roman"/>
          <w:sz w:val="28"/>
          <w:szCs w:val="28"/>
        </w:rPr>
      </w:pPr>
      <w:r w:rsidRPr="00A06E27">
        <w:rPr>
          <w:rFonts w:cs="Times New Roman"/>
          <w:sz w:val="28"/>
          <w:szCs w:val="28"/>
        </w:rPr>
        <w:t>Hoạt động 2. Tìm hiểu ý nghĩa của sự ra đời Liên bang Cộng hòa xã hội chủ nghĩa Xô viết</w:t>
      </w:r>
    </w:p>
    <w:p w14:paraId="1032A129" w14:textId="77777777" w:rsidR="00937565" w:rsidRPr="00A06E27" w:rsidRDefault="006E6AAD">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HS phân tích được ý nghĩa trong nước và ý nghĩa quốc tế của sự ra đời Liên Xô; vận dụng kiến thức lịch sử để giải thích giá trị của tinh thần đoàn kết dân tộc.</w:t>
      </w:r>
    </w:p>
    <w:p w14:paraId="015D4C15" w14:textId="77777777" w:rsidR="00937565" w:rsidRPr="00A06E27" w:rsidRDefault="006E6AAD">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khai thác mục 2, Hình 3, thảo luận nhóm và hoàn thành Phiếu học tập số 2.</w:t>
      </w:r>
    </w:p>
    <w:p w14:paraId="733C7F38" w14:textId="77777777" w:rsidR="00937565" w:rsidRPr="00A06E27" w:rsidRDefault="006E6AAD">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Bảng phân tích ý nghĩa trong nước và quốc tế; phần trình bày có dẫn chứng.</w:t>
      </w:r>
    </w:p>
    <w:p w14:paraId="72E96D05" w14:textId="77777777" w:rsidR="00937565" w:rsidRPr="00A06E27" w:rsidRDefault="006E6AAD">
      <w:pPr>
        <w:jc w:val="both"/>
        <w:rPr>
          <w:rFonts w:cs="Times New Roman"/>
          <w:sz w:val="28"/>
          <w:szCs w:val="28"/>
        </w:rPr>
      </w:pPr>
      <w:r w:rsidRPr="00A06E27">
        <w:rPr>
          <w:rFonts w:cs="Times New Roman"/>
          <w:b/>
          <w:sz w:val="28"/>
          <w:szCs w:val="28"/>
        </w:rPr>
        <w:t xml:space="preserve">d. Tổ chức thực hiện: </w:t>
      </w:r>
    </w:p>
    <w:tbl>
      <w:tblPr>
        <w:tblStyle w:val="TableGrid"/>
        <w:tblW w:w="5000" w:type="pct"/>
        <w:tblLook w:val="04A0" w:firstRow="1" w:lastRow="0" w:firstColumn="1" w:lastColumn="0" w:noHBand="0" w:noVBand="1"/>
      </w:tblPr>
      <w:tblGrid>
        <w:gridCol w:w="4222"/>
        <w:gridCol w:w="2675"/>
        <w:gridCol w:w="2674"/>
      </w:tblGrid>
      <w:tr w:rsidR="00937565" w:rsidRPr="00A06E27" w14:paraId="01168255" w14:textId="77777777" w:rsidTr="00A06E27">
        <w:tc>
          <w:tcPr>
            <w:tcW w:w="2205" w:type="pct"/>
          </w:tcPr>
          <w:p w14:paraId="000850EE" w14:textId="77777777" w:rsidR="00937565" w:rsidRPr="00A06E27" w:rsidRDefault="006E6AAD">
            <w:pPr>
              <w:jc w:val="center"/>
              <w:rPr>
                <w:rFonts w:cs="Times New Roman"/>
                <w:sz w:val="28"/>
                <w:szCs w:val="28"/>
              </w:rPr>
            </w:pPr>
            <w:r w:rsidRPr="00A06E27">
              <w:rPr>
                <w:rFonts w:cs="Times New Roman"/>
                <w:b/>
                <w:sz w:val="28"/>
                <w:szCs w:val="28"/>
              </w:rPr>
              <w:t>HOẠT ĐỘNG CỦA GV-HS</w:t>
            </w:r>
          </w:p>
        </w:tc>
        <w:tc>
          <w:tcPr>
            <w:tcW w:w="1397" w:type="pct"/>
          </w:tcPr>
          <w:p w14:paraId="5A157487" w14:textId="77777777" w:rsidR="00937565" w:rsidRPr="00A06E27" w:rsidRDefault="006E6AAD">
            <w:pPr>
              <w:jc w:val="center"/>
              <w:rPr>
                <w:rFonts w:cs="Times New Roman"/>
                <w:sz w:val="28"/>
                <w:szCs w:val="28"/>
              </w:rPr>
            </w:pPr>
            <w:r w:rsidRPr="00A06E27">
              <w:rPr>
                <w:rFonts w:cs="Times New Roman"/>
                <w:b/>
                <w:sz w:val="28"/>
                <w:szCs w:val="28"/>
              </w:rPr>
              <w:t>DỰ KIẾN SẢN PHẨM</w:t>
            </w:r>
          </w:p>
        </w:tc>
        <w:tc>
          <w:tcPr>
            <w:tcW w:w="1397" w:type="pct"/>
          </w:tcPr>
          <w:p w14:paraId="0424567C" w14:textId="77777777" w:rsidR="004474A1" w:rsidRPr="00A06E27" w:rsidRDefault="006E6AAD">
            <w:pPr>
              <w:jc w:val="center"/>
              <w:rPr>
                <w:rFonts w:cs="Times New Roman"/>
                <w:sz w:val="28"/>
                <w:szCs w:val="28"/>
              </w:rPr>
            </w:pPr>
            <w:r w:rsidRPr="00A06E27">
              <w:rPr>
                <w:rFonts w:cs="Times New Roman"/>
                <w:b/>
                <w:sz w:val="28"/>
                <w:szCs w:val="28"/>
              </w:rPr>
              <w:t>NLS</w:t>
            </w:r>
          </w:p>
        </w:tc>
      </w:tr>
      <w:tr w:rsidR="00937565" w:rsidRPr="00A06E27" w14:paraId="41960B4E" w14:textId="77777777" w:rsidTr="00A06E27">
        <w:tc>
          <w:tcPr>
            <w:tcW w:w="2205" w:type="pct"/>
          </w:tcPr>
          <w:p w14:paraId="57929B98" w14:textId="77777777" w:rsidR="00937565" w:rsidRPr="00A06E27" w:rsidRDefault="00937565">
            <w:pPr>
              <w:jc w:val="both"/>
              <w:rPr>
                <w:rFonts w:cs="Times New Roman"/>
                <w:sz w:val="28"/>
                <w:szCs w:val="28"/>
              </w:rPr>
            </w:pPr>
          </w:p>
          <w:p w14:paraId="2E67F036" w14:textId="77777777" w:rsidR="00937565" w:rsidRPr="00A06E27" w:rsidRDefault="006E6AAD">
            <w:pPr>
              <w:jc w:val="both"/>
              <w:rPr>
                <w:rFonts w:cs="Times New Roman"/>
                <w:sz w:val="28"/>
                <w:szCs w:val="28"/>
              </w:rPr>
            </w:pPr>
            <w:r w:rsidRPr="00A06E27">
              <w:rPr>
                <w:rFonts w:cs="Times New Roman"/>
                <w:b/>
                <w:sz w:val="28"/>
                <w:szCs w:val="28"/>
              </w:rPr>
              <w:t>Bước 1: Chuyển giao nhiệm vụ</w:t>
            </w:r>
          </w:p>
          <w:p w14:paraId="64770C53" w14:textId="77777777" w:rsidR="00937565" w:rsidRPr="00A06E27" w:rsidRDefault="006E6AAD">
            <w:pPr>
              <w:jc w:val="both"/>
              <w:rPr>
                <w:rFonts w:cs="Times New Roman"/>
                <w:sz w:val="28"/>
                <w:szCs w:val="28"/>
              </w:rPr>
            </w:pPr>
            <w:r w:rsidRPr="00A06E27">
              <w:rPr>
                <w:rFonts w:cs="Times New Roman"/>
                <w:sz w:val="28"/>
                <w:szCs w:val="28"/>
              </w:rPr>
              <w:t>- GV yêu cầu HS đọc mục 2 SGK, quan sát Hình 3 và thực hiện hai nhiệm vụ:</w:t>
            </w:r>
          </w:p>
          <w:p w14:paraId="4620BBA5" w14:textId="77777777" w:rsidR="00937565" w:rsidRPr="00A06E27" w:rsidRDefault="006E6AAD">
            <w:pPr>
              <w:jc w:val="both"/>
              <w:rPr>
                <w:rFonts w:cs="Times New Roman"/>
                <w:sz w:val="28"/>
                <w:szCs w:val="28"/>
              </w:rPr>
            </w:pPr>
            <w:r w:rsidRPr="00A06E27">
              <w:rPr>
                <w:rFonts w:cs="Times New Roman"/>
                <w:sz w:val="28"/>
                <w:szCs w:val="28"/>
              </w:rPr>
              <w:t>- Nhóm 1, 2: Phân tích ý nghĩa trong nước của việc thành lập Liên Xô.</w:t>
            </w:r>
          </w:p>
          <w:p w14:paraId="70CB8D91" w14:textId="77777777" w:rsidR="00937565" w:rsidRPr="00A06E27" w:rsidRDefault="006E6AAD">
            <w:pPr>
              <w:jc w:val="both"/>
              <w:rPr>
                <w:rFonts w:cs="Times New Roman"/>
                <w:sz w:val="28"/>
                <w:szCs w:val="28"/>
              </w:rPr>
            </w:pPr>
            <w:r w:rsidRPr="00A06E27">
              <w:rPr>
                <w:rFonts w:cs="Times New Roman"/>
                <w:sz w:val="28"/>
                <w:szCs w:val="28"/>
              </w:rPr>
              <w:t>- Nhóm 3, 4: Phân tích ý nghĩa quốc tế của việc thành lập Liên Xô.</w:t>
            </w:r>
          </w:p>
          <w:p w14:paraId="4C02F1B4" w14:textId="77777777" w:rsidR="00937565" w:rsidRPr="00A06E27" w:rsidRDefault="006E6AAD">
            <w:pPr>
              <w:jc w:val="both"/>
              <w:rPr>
                <w:rFonts w:cs="Times New Roman"/>
                <w:sz w:val="28"/>
                <w:szCs w:val="28"/>
              </w:rPr>
            </w:pPr>
            <w:r w:rsidRPr="00A06E27">
              <w:rPr>
                <w:rFonts w:cs="Times New Roman"/>
                <w:sz w:val="28"/>
                <w:szCs w:val="28"/>
              </w:rPr>
              <w:t>- GV yêu cầu mỗi nhóm lựa chọn ít nhất một dẫn chứng từ nội dung bài học để làm rõ nhận định.</w:t>
            </w:r>
          </w:p>
          <w:p w14:paraId="27FF7450" w14:textId="77777777" w:rsidR="00937565" w:rsidRPr="00A06E27" w:rsidRDefault="006E6AAD">
            <w:pPr>
              <w:jc w:val="both"/>
              <w:rPr>
                <w:rFonts w:cs="Times New Roman"/>
                <w:sz w:val="28"/>
                <w:szCs w:val="28"/>
              </w:rPr>
            </w:pPr>
            <w:r w:rsidRPr="00A06E27">
              <w:rPr>
                <w:rFonts w:cs="Times New Roman"/>
                <w:b/>
                <w:sz w:val="28"/>
                <w:szCs w:val="28"/>
              </w:rPr>
              <w:t>Bước 2: Thực hiện nhiệm vụ</w:t>
            </w:r>
          </w:p>
          <w:p w14:paraId="0E1DE673" w14:textId="77777777" w:rsidR="00937565" w:rsidRPr="00A06E27" w:rsidRDefault="006E6AAD">
            <w:pPr>
              <w:jc w:val="both"/>
              <w:rPr>
                <w:rFonts w:cs="Times New Roman"/>
                <w:sz w:val="28"/>
                <w:szCs w:val="28"/>
              </w:rPr>
            </w:pPr>
            <w:r w:rsidRPr="00A06E27">
              <w:rPr>
                <w:rFonts w:cs="Times New Roman"/>
                <w:sz w:val="28"/>
                <w:szCs w:val="28"/>
              </w:rPr>
              <w:t>- HS khai thác thông tin, thảo luận, ghi ý kiến vào Phiếu học tập số 2.</w:t>
            </w:r>
          </w:p>
          <w:p w14:paraId="2C1E84E6" w14:textId="77777777" w:rsidR="00937565" w:rsidRPr="00A06E27" w:rsidRDefault="006E6AAD">
            <w:pPr>
              <w:jc w:val="both"/>
              <w:rPr>
                <w:rFonts w:cs="Times New Roman"/>
                <w:sz w:val="28"/>
                <w:szCs w:val="28"/>
              </w:rPr>
            </w:pPr>
            <w:r w:rsidRPr="00A06E27">
              <w:rPr>
                <w:rFonts w:cs="Times New Roman"/>
                <w:sz w:val="28"/>
                <w:szCs w:val="28"/>
              </w:rPr>
              <w:t xml:space="preserve">- GV gợi ý HS chú ý đến lợi ích chung của các dân tộc, sức mạnh đoàn kết, khả năng phát triển kinh tế - xã hội, giải quyết vấn đề dân </w:t>
            </w:r>
            <w:r w:rsidRPr="00A06E27">
              <w:rPr>
                <w:rFonts w:cs="Times New Roman"/>
                <w:sz w:val="28"/>
                <w:szCs w:val="28"/>
              </w:rPr>
              <w:lastRenderedPageBreak/>
              <w:t>tộc và ảnh hưởng đối với phong trào cách mạng thế giới.</w:t>
            </w:r>
          </w:p>
          <w:p w14:paraId="29DD2B18" w14:textId="77777777" w:rsidR="00937565" w:rsidRPr="00A06E27" w:rsidRDefault="006E6AAD">
            <w:pPr>
              <w:jc w:val="both"/>
              <w:rPr>
                <w:rFonts w:cs="Times New Roman"/>
                <w:sz w:val="28"/>
                <w:szCs w:val="28"/>
              </w:rPr>
            </w:pPr>
            <w:r w:rsidRPr="00A06E27">
              <w:rPr>
                <w:rFonts w:cs="Times New Roman"/>
                <w:b/>
                <w:sz w:val="28"/>
                <w:szCs w:val="28"/>
              </w:rPr>
              <w:t>Bước 3: Báo cáo, thảo luận</w:t>
            </w:r>
          </w:p>
          <w:p w14:paraId="24CB12C2" w14:textId="77777777" w:rsidR="00937565" w:rsidRPr="00A06E27" w:rsidRDefault="006E6AAD">
            <w:pPr>
              <w:jc w:val="both"/>
              <w:rPr>
                <w:rFonts w:cs="Times New Roman"/>
                <w:sz w:val="28"/>
                <w:szCs w:val="28"/>
              </w:rPr>
            </w:pPr>
            <w:r w:rsidRPr="00A06E27">
              <w:rPr>
                <w:rFonts w:cs="Times New Roman"/>
                <w:sz w:val="28"/>
                <w:szCs w:val="28"/>
              </w:rPr>
              <w:t>- Đại diện nhóm trình bày; nhóm khác nhận xét, bổ sung và đặt câu hỏi.</w:t>
            </w:r>
          </w:p>
          <w:p w14:paraId="1D9B6A8E" w14:textId="77777777" w:rsidR="00937565" w:rsidRPr="00A06E27" w:rsidRDefault="006E6AAD">
            <w:pPr>
              <w:jc w:val="both"/>
              <w:rPr>
                <w:rFonts w:cs="Times New Roman"/>
                <w:sz w:val="28"/>
                <w:szCs w:val="28"/>
              </w:rPr>
            </w:pPr>
            <w:r w:rsidRPr="00A06E27">
              <w:rPr>
                <w:rFonts w:cs="Times New Roman"/>
                <w:sz w:val="28"/>
                <w:szCs w:val="28"/>
              </w:rPr>
              <w:t>- GV khai thác Hình 3 để làm rõ biểu tượng công - nông, sức mạnh đoàn kết và lí tưởng của nhà nước Xô viết.</w:t>
            </w:r>
          </w:p>
          <w:p w14:paraId="6E538766" w14:textId="77777777" w:rsidR="00937565" w:rsidRPr="00A06E27" w:rsidRDefault="006E6AAD">
            <w:pPr>
              <w:jc w:val="both"/>
              <w:rPr>
                <w:rFonts w:cs="Times New Roman"/>
                <w:sz w:val="28"/>
                <w:szCs w:val="28"/>
              </w:rPr>
            </w:pPr>
            <w:r w:rsidRPr="00A06E27">
              <w:rPr>
                <w:rFonts w:cs="Times New Roman"/>
                <w:b/>
                <w:sz w:val="28"/>
                <w:szCs w:val="28"/>
              </w:rPr>
              <w:t>Bước 4: Kết luận, nhận định</w:t>
            </w:r>
          </w:p>
          <w:p w14:paraId="157E4EA4" w14:textId="77777777" w:rsidR="00937565" w:rsidRPr="00A06E27" w:rsidRDefault="006E6AAD">
            <w:pPr>
              <w:jc w:val="both"/>
              <w:rPr>
                <w:rFonts w:cs="Times New Roman"/>
                <w:sz w:val="28"/>
                <w:szCs w:val="28"/>
              </w:rPr>
            </w:pPr>
            <w:r w:rsidRPr="00A06E27">
              <w:rPr>
                <w:rFonts w:cs="Times New Roman"/>
                <w:sz w:val="28"/>
                <w:szCs w:val="28"/>
              </w:rPr>
              <w:t>- GV chuẩn xác kiến thức; nhấn mạnh Liên Xô là nhà nước xã hội chủ nghĩa đầu tiên, tạo ảnh hưởng sâu rộng nhưng cần được nhìn nhận trong bối cảnh lịch sử cụ thể.</w:t>
            </w:r>
          </w:p>
          <w:p w14:paraId="299BA359" w14:textId="77777777" w:rsidR="00937565" w:rsidRPr="00A06E27" w:rsidRDefault="006E6AAD">
            <w:pPr>
              <w:jc w:val="both"/>
              <w:rPr>
                <w:rFonts w:cs="Times New Roman"/>
                <w:sz w:val="28"/>
                <w:szCs w:val="28"/>
              </w:rPr>
            </w:pPr>
            <w:r w:rsidRPr="00A06E27">
              <w:rPr>
                <w:rFonts w:cs="Times New Roman"/>
                <w:noProof/>
                <w:sz w:val="28"/>
                <w:szCs w:val="28"/>
              </w:rPr>
              <w:drawing>
                <wp:inline distT="0" distB="0" distL="0" distR="0" wp14:anchorId="0D84C6B2" wp14:editId="39C741C7">
                  <wp:extent cx="2088000" cy="30067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nh3_tuong_lien_minh_cong_nong.jpg"/>
                          <pic:cNvPicPr/>
                        </pic:nvPicPr>
                        <pic:blipFill>
                          <a:blip r:embed="rId10"/>
                          <a:stretch>
                            <a:fillRect/>
                          </a:stretch>
                        </pic:blipFill>
                        <pic:spPr>
                          <a:xfrm>
                            <a:off x="0" y="0"/>
                            <a:ext cx="2088000" cy="3006720"/>
                          </a:xfrm>
                          <a:prstGeom prst="rect">
                            <a:avLst/>
                          </a:prstGeom>
                        </pic:spPr>
                      </pic:pic>
                    </a:graphicData>
                  </a:graphic>
                </wp:inline>
              </w:drawing>
            </w:r>
          </w:p>
          <w:p w14:paraId="52D668E5" w14:textId="77777777" w:rsidR="00937565" w:rsidRPr="00A06E27" w:rsidRDefault="006E6AAD">
            <w:pPr>
              <w:pStyle w:val="GACaption"/>
              <w:jc w:val="both"/>
              <w:rPr>
                <w:rFonts w:cs="Times New Roman"/>
                <w:sz w:val="28"/>
                <w:szCs w:val="28"/>
              </w:rPr>
            </w:pPr>
            <w:r w:rsidRPr="00A06E27">
              <w:rPr>
                <w:rFonts w:cs="Times New Roman"/>
                <w:sz w:val="28"/>
                <w:szCs w:val="28"/>
              </w:rPr>
              <w:t>Hình 3. Tượng Liên minh công - nông, biểu tượng của Nhà nước Xô viết ở ngoại ô Mát-xcơ-va</w:t>
            </w:r>
          </w:p>
        </w:tc>
        <w:tc>
          <w:tcPr>
            <w:tcW w:w="1397" w:type="pct"/>
          </w:tcPr>
          <w:p w14:paraId="0682F1B0" w14:textId="77777777" w:rsidR="00937565" w:rsidRPr="00A06E27" w:rsidRDefault="00937565">
            <w:pPr>
              <w:jc w:val="both"/>
              <w:rPr>
                <w:rFonts w:cs="Times New Roman"/>
                <w:sz w:val="28"/>
                <w:szCs w:val="28"/>
              </w:rPr>
            </w:pPr>
          </w:p>
          <w:p w14:paraId="687E8DE7" w14:textId="77777777" w:rsidR="00937565" w:rsidRPr="00A06E27" w:rsidRDefault="006E6AAD">
            <w:pPr>
              <w:jc w:val="both"/>
              <w:rPr>
                <w:rFonts w:cs="Times New Roman"/>
                <w:sz w:val="28"/>
                <w:szCs w:val="28"/>
              </w:rPr>
            </w:pPr>
            <w:r w:rsidRPr="00A06E27">
              <w:rPr>
                <w:rFonts w:cs="Times New Roman"/>
                <w:b/>
                <w:sz w:val="28"/>
                <w:szCs w:val="28"/>
              </w:rPr>
              <w:t>- Ý nghĩa trong nước:</w:t>
            </w:r>
          </w:p>
          <w:p w14:paraId="5A16D41F" w14:textId="77777777" w:rsidR="00937565" w:rsidRPr="00A06E27" w:rsidRDefault="006E6AAD">
            <w:pPr>
              <w:jc w:val="both"/>
              <w:rPr>
                <w:rFonts w:cs="Times New Roman"/>
                <w:sz w:val="28"/>
                <w:szCs w:val="28"/>
              </w:rPr>
            </w:pPr>
            <w:r w:rsidRPr="00A06E27">
              <w:rPr>
                <w:rFonts w:cs="Times New Roman"/>
                <w:sz w:val="28"/>
                <w:szCs w:val="28"/>
              </w:rPr>
              <w:t>- Phù hợp với lợi ích chung của các dân tộc trên lãnh thổ Xô viết.</w:t>
            </w:r>
          </w:p>
          <w:p w14:paraId="38D4971B" w14:textId="77777777" w:rsidR="00937565" w:rsidRPr="00A06E27" w:rsidRDefault="006E6AAD">
            <w:pPr>
              <w:jc w:val="both"/>
              <w:rPr>
                <w:rFonts w:cs="Times New Roman"/>
                <w:sz w:val="28"/>
                <w:szCs w:val="28"/>
              </w:rPr>
            </w:pPr>
            <w:r w:rsidRPr="00A06E27">
              <w:rPr>
                <w:rFonts w:cs="Times New Roman"/>
                <w:sz w:val="28"/>
                <w:szCs w:val="28"/>
              </w:rPr>
              <w:t>- Tạo sức mạnh đoàn kết và hợp tác, giúp các dân tộc hỗ trợ nhau phát triển kinh tế, xã hội.</w:t>
            </w:r>
          </w:p>
          <w:p w14:paraId="4EB5CB96" w14:textId="77777777" w:rsidR="00937565" w:rsidRPr="00A06E27" w:rsidRDefault="006E6AAD">
            <w:pPr>
              <w:jc w:val="both"/>
              <w:rPr>
                <w:rFonts w:cs="Times New Roman"/>
                <w:sz w:val="28"/>
                <w:szCs w:val="28"/>
              </w:rPr>
            </w:pPr>
            <w:r w:rsidRPr="00A06E27">
              <w:rPr>
                <w:rFonts w:cs="Times New Roman"/>
                <w:sz w:val="28"/>
                <w:szCs w:val="28"/>
              </w:rPr>
              <w:t>- Tăng cường khả năng bảo vệ thành quả cách mạng, giữ vững độc lập và chủ quyền.</w:t>
            </w:r>
          </w:p>
          <w:p w14:paraId="2F501F19" w14:textId="77777777" w:rsidR="00937565" w:rsidRPr="00A06E27" w:rsidRDefault="006E6AAD">
            <w:pPr>
              <w:jc w:val="both"/>
              <w:rPr>
                <w:rFonts w:cs="Times New Roman"/>
                <w:sz w:val="28"/>
                <w:szCs w:val="28"/>
              </w:rPr>
            </w:pPr>
            <w:r w:rsidRPr="00A06E27">
              <w:rPr>
                <w:rFonts w:cs="Times New Roman"/>
                <w:sz w:val="28"/>
                <w:szCs w:val="28"/>
              </w:rPr>
              <w:t xml:space="preserve">- Mở ra phương thức giải quyết vấn đề dân tộc trên cơ sở tự </w:t>
            </w:r>
            <w:r w:rsidRPr="00A06E27">
              <w:rPr>
                <w:rFonts w:cs="Times New Roman"/>
                <w:sz w:val="28"/>
                <w:szCs w:val="28"/>
              </w:rPr>
              <w:lastRenderedPageBreak/>
              <w:t>nguyện, bình đẳng và tôn trọng lẫn nhau.</w:t>
            </w:r>
          </w:p>
          <w:p w14:paraId="2FC5C13F" w14:textId="77777777" w:rsidR="00937565" w:rsidRPr="00A06E27" w:rsidRDefault="006E6AAD">
            <w:pPr>
              <w:jc w:val="both"/>
              <w:rPr>
                <w:rFonts w:cs="Times New Roman"/>
                <w:sz w:val="28"/>
                <w:szCs w:val="28"/>
              </w:rPr>
            </w:pPr>
            <w:r w:rsidRPr="00A06E27">
              <w:rPr>
                <w:rFonts w:cs="Times New Roman"/>
                <w:b/>
                <w:sz w:val="28"/>
                <w:szCs w:val="28"/>
              </w:rPr>
              <w:t>- Ý nghĩa quốc tế:</w:t>
            </w:r>
          </w:p>
          <w:p w14:paraId="50936C72" w14:textId="77777777" w:rsidR="00937565" w:rsidRPr="00A06E27" w:rsidRDefault="006E6AAD">
            <w:pPr>
              <w:jc w:val="both"/>
              <w:rPr>
                <w:rFonts w:cs="Times New Roman"/>
                <w:sz w:val="28"/>
                <w:szCs w:val="28"/>
              </w:rPr>
            </w:pPr>
            <w:r w:rsidRPr="00A06E27">
              <w:rPr>
                <w:rFonts w:cs="Times New Roman"/>
                <w:sz w:val="28"/>
                <w:szCs w:val="28"/>
              </w:rPr>
              <w:t>- Liên Xô trở thành biểu tượng và chỗ dựa tinh thần, vật chất to lớn cho phong trào cách mạng thế giới.</w:t>
            </w:r>
          </w:p>
          <w:p w14:paraId="42B43418" w14:textId="77777777" w:rsidR="00937565" w:rsidRPr="00A06E27" w:rsidRDefault="006E6AAD">
            <w:pPr>
              <w:jc w:val="both"/>
              <w:rPr>
                <w:rFonts w:cs="Times New Roman"/>
                <w:sz w:val="28"/>
                <w:szCs w:val="28"/>
              </w:rPr>
            </w:pPr>
            <w:r w:rsidRPr="00A06E27">
              <w:rPr>
                <w:rFonts w:cs="Times New Roman"/>
                <w:sz w:val="28"/>
                <w:szCs w:val="28"/>
              </w:rPr>
              <w:t>- Cổ vũ phong trào giải phóng dân tộc ở châu Á, châu Phi và Mỹ La-tinh.</w:t>
            </w:r>
          </w:p>
          <w:p w14:paraId="163F5F07" w14:textId="77777777" w:rsidR="00937565" w:rsidRPr="00A06E27" w:rsidRDefault="006E6AAD">
            <w:pPr>
              <w:jc w:val="both"/>
              <w:rPr>
                <w:rFonts w:cs="Times New Roman"/>
                <w:sz w:val="28"/>
                <w:szCs w:val="28"/>
              </w:rPr>
            </w:pPr>
            <w:r w:rsidRPr="00A06E27">
              <w:rPr>
                <w:rFonts w:cs="Times New Roman"/>
                <w:sz w:val="28"/>
                <w:szCs w:val="28"/>
              </w:rPr>
              <w:t>- Tạo tiền đề cho sự ra đời của hệ thống xã hội chủ nghĩa sau Chiến tranh thế giới thứ hai.</w:t>
            </w:r>
          </w:p>
          <w:p w14:paraId="182D4F03" w14:textId="77777777" w:rsidR="00937565" w:rsidRPr="00A06E27" w:rsidRDefault="006E6AAD">
            <w:pPr>
              <w:jc w:val="both"/>
              <w:rPr>
                <w:rFonts w:cs="Times New Roman"/>
                <w:sz w:val="28"/>
                <w:szCs w:val="28"/>
              </w:rPr>
            </w:pPr>
            <w:r w:rsidRPr="00A06E27">
              <w:rPr>
                <w:rFonts w:cs="Times New Roman"/>
                <w:sz w:val="28"/>
                <w:szCs w:val="28"/>
              </w:rPr>
              <w:t>- Đóng góp vào cuộc đấu tranh vì hòa bình, độc lập dân tộc và tiến bộ xã hội.</w:t>
            </w:r>
          </w:p>
        </w:tc>
        <w:tc>
          <w:tcPr>
            <w:tcW w:w="1397" w:type="pct"/>
          </w:tcPr>
          <w:p w14:paraId="1D3CD3CC" w14:textId="77777777" w:rsidR="004474A1" w:rsidRPr="00A06E27" w:rsidRDefault="004474A1">
            <w:pPr>
              <w:spacing w:after="40"/>
              <w:jc w:val="both"/>
              <w:rPr>
                <w:rFonts w:cs="Times New Roman"/>
                <w:sz w:val="28"/>
                <w:szCs w:val="28"/>
              </w:rPr>
            </w:pPr>
          </w:p>
        </w:tc>
      </w:tr>
    </w:tbl>
    <w:p w14:paraId="343C9324" w14:textId="77777777" w:rsidR="00937565" w:rsidRPr="00A06E27" w:rsidRDefault="00937565">
      <w:pPr>
        <w:rPr>
          <w:rFonts w:cs="Times New Roman"/>
          <w:sz w:val="28"/>
          <w:szCs w:val="28"/>
        </w:rPr>
      </w:pPr>
    </w:p>
    <w:p w14:paraId="73882BB4" w14:textId="77777777" w:rsidR="00A06E27" w:rsidRDefault="00A06E27">
      <w:pPr>
        <w:jc w:val="center"/>
        <w:rPr>
          <w:rFonts w:cs="Times New Roman"/>
          <w:b/>
          <w:sz w:val="28"/>
          <w:szCs w:val="28"/>
        </w:rPr>
      </w:pPr>
    </w:p>
    <w:p w14:paraId="12E5A3D2" w14:textId="15E0FE4A" w:rsidR="00937565" w:rsidRPr="00A06E27" w:rsidRDefault="006E6AAD">
      <w:pPr>
        <w:jc w:val="center"/>
        <w:rPr>
          <w:rFonts w:cs="Times New Roman"/>
          <w:sz w:val="28"/>
          <w:szCs w:val="28"/>
        </w:rPr>
      </w:pPr>
      <w:r w:rsidRPr="00A06E27">
        <w:rPr>
          <w:rFonts w:cs="Times New Roman"/>
          <w:b/>
          <w:sz w:val="28"/>
          <w:szCs w:val="28"/>
        </w:rPr>
        <w:t>PHIẾU HỌC TẬP SỐ 2</w:t>
      </w:r>
    </w:p>
    <w:tbl>
      <w:tblPr>
        <w:tblStyle w:val="TableGrid"/>
        <w:tblW w:w="5000" w:type="pct"/>
        <w:tblLook w:val="04A0" w:firstRow="1" w:lastRow="0" w:firstColumn="1" w:lastColumn="0" w:noHBand="0" w:noVBand="1"/>
      </w:tblPr>
      <w:tblGrid>
        <w:gridCol w:w="3191"/>
        <w:gridCol w:w="3191"/>
        <w:gridCol w:w="3189"/>
      </w:tblGrid>
      <w:tr w:rsidR="00937565" w:rsidRPr="00A06E27" w14:paraId="74DAC238" w14:textId="77777777" w:rsidTr="009E4E33">
        <w:trPr>
          <w:cantSplit/>
        </w:trPr>
        <w:tc>
          <w:tcPr>
            <w:tcW w:w="1667" w:type="pct"/>
          </w:tcPr>
          <w:p w14:paraId="0ECA7DAB" w14:textId="77777777" w:rsidR="00937565" w:rsidRPr="00A06E27" w:rsidRDefault="006E6AAD">
            <w:pPr>
              <w:jc w:val="center"/>
              <w:rPr>
                <w:rFonts w:cs="Times New Roman"/>
                <w:sz w:val="28"/>
                <w:szCs w:val="28"/>
              </w:rPr>
            </w:pPr>
            <w:r w:rsidRPr="00A06E27">
              <w:rPr>
                <w:rFonts w:cs="Times New Roman"/>
                <w:b/>
                <w:sz w:val="28"/>
                <w:szCs w:val="28"/>
              </w:rPr>
              <w:t>Phương diện</w:t>
            </w:r>
          </w:p>
        </w:tc>
        <w:tc>
          <w:tcPr>
            <w:tcW w:w="1667" w:type="pct"/>
          </w:tcPr>
          <w:p w14:paraId="0943BC73" w14:textId="77777777" w:rsidR="00937565" w:rsidRPr="00A06E27" w:rsidRDefault="006E6AAD">
            <w:pPr>
              <w:jc w:val="center"/>
              <w:rPr>
                <w:rFonts w:cs="Times New Roman"/>
                <w:sz w:val="28"/>
                <w:szCs w:val="28"/>
              </w:rPr>
            </w:pPr>
            <w:r w:rsidRPr="00A06E27">
              <w:rPr>
                <w:rFonts w:cs="Times New Roman"/>
                <w:b/>
                <w:sz w:val="28"/>
                <w:szCs w:val="28"/>
              </w:rPr>
              <w:t>Biểu hiện</w:t>
            </w:r>
          </w:p>
        </w:tc>
        <w:tc>
          <w:tcPr>
            <w:tcW w:w="1667" w:type="pct"/>
          </w:tcPr>
          <w:p w14:paraId="06A14B84" w14:textId="77777777" w:rsidR="00937565" w:rsidRPr="00A06E27" w:rsidRDefault="006E6AAD">
            <w:pPr>
              <w:jc w:val="center"/>
              <w:rPr>
                <w:rFonts w:cs="Times New Roman"/>
                <w:sz w:val="28"/>
                <w:szCs w:val="28"/>
              </w:rPr>
            </w:pPr>
            <w:r w:rsidRPr="00A06E27">
              <w:rPr>
                <w:rFonts w:cs="Times New Roman"/>
                <w:b/>
                <w:sz w:val="28"/>
                <w:szCs w:val="28"/>
              </w:rPr>
              <w:t>Dẫn chứng/ý nghĩa</w:t>
            </w:r>
          </w:p>
        </w:tc>
      </w:tr>
      <w:tr w:rsidR="00937565" w:rsidRPr="00A06E27" w14:paraId="6A8D16A8" w14:textId="77777777" w:rsidTr="009E4E33">
        <w:trPr>
          <w:cantSplit/>
        </w:trPr>
        <w:tc>
          <w:tcPr>
            <w:tcW w:w="1667" w:type="pct"/>
          </w:tcPr>
          <w:p w14:paraId="0759D230" w14:textId="77777777" w:rsidR="00937565" w:rsidRPr="00A06E27" w:rsidRDefault="006E6AAD">
            <w:pPr>
              <w:jc w:val="both"/>
              <w:rPr>
                <w:rFonts w:cs="Times New Roman"/>
                <w:sz w:val="28"/>
                <w:szCs w:val="28"/>
              </w:rPr>
            </w:pPr>
            <w:r w:rsidRPr="00A06E27">
              <w:rPr>
                <w:rFonts w:cs="Times New Roman"/>
                <w:sz w:val="28"/>
                <w:szCs w:val="28"/>
              </w:rPr>
              <w:t>Trong nước</w:t>
            </w:r>
          </w:p>
        </w:tc>
        <w:tc>
          <w:tcPr>
            <w:tcW w:w="1667" w:type="pct"/>
          </w:tcPr>
          <w:p w14:paraId="1BE12806" w14:textId="77777777" w:rsidR="00937565" w:rsidRPr="00A06E27" w:rsidRDefault="006E6AAD">
            <w:pPr>
              <w:jc w:val="both"/>
              <w:rPr>
                <w:rFonts w:cs="Times New Roman"/>
                <w:sz w:val="28"/>
                <w:szCs w:val="28"/>
              </w:rPr>
            </w:pPr>
            <w:r w:rsidRPr="00A06E27">
              <w:rPr>
                <w:rFonts w:cs="Times New Roman"/>
                <w:sz w:val="28"/>
                <w:szCs w:val="28"/>
              </w:rPr>
              <w:t>Đoàn kết các dân tộc, hợp tác phát triển và bảo vệ thành quả cách mạng</w:t>
            </w:r>
          </w:p>
        </w:tc>
        <w:tc>
          <w:tcPr>
            <w:tcW w:w="1667" w:type="pct"/>
          </w:tcPr>
          <w:p w14:paraId="27C92494" w14:textId="77777777" w:rsidR="00937565" w:rsidRPr="00A06E27" w:rsidRDefault="006E6AAD">
            <w:pPr>
              <w:jc w:val="both"/>
              <w:rPr>
                <w:rFonts w:cs="Times New Roman"/>
                <w:sz w:val="28"/>
                <w:szCs w:val="28"/>
              </w:rPr>
            </w:pPr>
            <w:r w:rsidRPr="00A06E27">
              <w:rPr>
                <w:rFonts w:cs="Times New Roman"/>
                <w:sz w:val="28"/>
                <w:szCs w:val="28"/>
              </w:rPr>
              <w:t>Củng cố sức mạnh của nhà nước liên bang; giải quyết vấn đề dân tộc theo nguyên tắc bình đẳng</w:t>
            </w:r>
          </w:p>
        </w:tc>
      </w:tr>
      <w:tr w:rsidR="00937565" w:rsidRPr="00A06E27" w14:paraId="770BAEE2" w14:textId="77777777" w:rsidTr="009E4E33">
        <w:trPr>
          <w:cantSplit/>
        </w:trPr>
        <w:tc>
          <w:tcPr>
            <w:tcW w:w="1667" w:type="pct"/>
          </w:tcPr>
          <w:p w14:paraId="41AB2384" w14:textId="77777777" w:rsidR="00937565" w:rsidRPr="00A06E27" w:rsidRDefault="006E6AAD">
            <w:pPr>
              <w:jc w:val="both"/>
              <w:rPr>
                <w:rFonts w:cs="Times New Roman"/>
                <w:sz w:val="28"/>
                <w:szCs w:val="28"/>
              </w:rPr>
            </w:pPr>
            <w:r w:rsidRPr="00A06E27">
              <w:rPr>
                <w:rFonts w:cs="Times New Roman"/>
                <w:sz w:val="28"/>
                <w:szCs w:val="28"/>
              </w:rPr>
              <w:lastRenderedPageBreak/>
              <w:t>Quốc tế</w:t>
            </w:r>
          </w:p>
        </w:tc>
        <w:tc>
          <w:tcPr>
            <w:tcW w:w="1667" w:type="pct"/>
          </w:tcPr>
          <w:p w14:paraId="5D7E5BCA" w14:textId="77777777" w:rsidR="00937565" w:rsidRPr="00A06E27" w:rsidRDefault="006E6AAD">
            <w:pPr>
              <w:jc w:val="both"/>
              <w:rPr>
                <w:rFonts w:cs="Times New Roman"/>
                <w:sz w:val="28"/>
                <w:szCs w:val="28"/>
              </w:rPr>
            </w:pPr>
            <w:r w:rsidRPr="00A06E27">
              <w:rPr>
                <w:rFonts w:cs="Times New Roman"/>
                <w:sz w:val="28"/>
                <w:szCs w:val="28"/>
              </w:rPr>
              <w:t>Tạo biểu tượng, chỗ dựa và nguồn cổ vũ cho phong trào cách mạng</w:t>
            </w:r>
          </w:p>
        </w:tc>
        <w:tc>
          <w:tcPr>
            <w:tcW w:w="1667" w:type="pct"/>
          </w:tcPr>
          <w:p w14:paraId="5394303E" w14:textId="77777777" w:rsidR="00937565" w:rsidRPr="00A06E27" w:rsidRDefault="006E6AAD">
            <w:pPr>
              <w:jc w:val="both"/>
              <w:rPr>
                <w:rFonts w:cs="Times New Roman"/>
                <w:sz w:val="28"/>
                <w:szCs w:val="28"/>
              </w:rPr>
            </w:pPr>
            <w:r w:rsidRPr="00A06E27">
              <w:rPr>
                <w:rFonts w:cs="Times New Roman"/>
                <w:sz w:val="28"/>
                <w:szCs w:val="28"/>
              </w:rPr>
              <w:t>Cổ vũ giải phóng dân tộc; tạo tiền đề cho hệ thống xã hội chủ nghĩa</w:t>
            </w:r>
          </w:p>
        </w:tc>
      </w:tr>
    </w:tbl>
    <w:p w14:paraId="164117AE" w14:textId="77777777" w:rsidR="00937565" w:rsidRPr="00A06E27" w:rsidRDefault="00937565">
      <w:pPr>
        <w:rPr>
          <w:rFonts w:cs="Times New Roman"/>
          <w:sz w:val="28"/>
          <w:szCs w:val="28"/>
        </w:rPr>
      </w:pPr>
    </w:p>
    <w:p w14:paraId="5A362030" w14:textId="77777777" w:rsidR="00937565" w:rsidRPr="00A06E27" w:rsidRDefault="006E6AAD">
      <w:pPr>
        <w:pStyle w:val="GAHeading1"/>
        <w:keepNext/>
        <w:rPr>
          <w:rFonts w:cs="Times New Roman"/>
          <w:szCs w:val="28"/>
        </w:rPr>
      </w:pPr>
      <w:r w:rsidRPr="00A06E27">
        <w:rPr>
          <w:rFonts w:cs="Times New Roman"/>
          <w:szCs w:val="28"/>
        </w:rPr>
        <w:t>C. HOẠT ĐỘNG LUYỆN TẬP</w:t>
      </w:r>
    </w:p>
    <w:p w14:paraId="697DB132" w14:textId="77777777" w:rsidR="00937565" w:rsidRPr="00A06E27" w:rsidRDefault="006E6AAD">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Củng cố và hệ thống hóa kiến thức về quá trình hình thành, vai trò của V. I. Lê-nin và ý nghĩa của sự ra đời Liên Xô.</w:t>
      </w:r>
    </w:p>
    <w:p w14:paraId="1603AA40" w14:textId="77777777" w:rsidR="00937565" w:rsidRPr="00A06E27" w:rsidRDefault="006E6AAD">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hoàn thành bảng tóm tắt và trả lời câu hỏi.</w:t>
      </w:r>
    </w:p>
    <w:p w14:paraId="25A71FFC" w14:textId="77777777" w:rsidR="00937565" w:rsidRPr="00A06E27" w:rsidRDefault="006E6AAD">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Bảng kiến thức và phần giải thích của HS.</w:t>
      </w:r>
    </w:p>
    <w:p w14:paraId="1782CC02" w14:textId="77777777" w:rsidR="00937565" w:rsidRPr="00A06E27" w:rsidRDefault="006E6AAD">
      <w:pPr>
        <w:jc w:val="both"/>
        <w:rPr>
          <w:rFonts w:cs="Times New Roman"/>
          <w:sz w:val="28"/>
          <w:szCs w:val="28"/>
        </w:rPr>
      </w:pPr>
      <w:r w:rsidRPr="00A06E27">
        <w:rPr>
          <w:rFonts w:cs="Times New Roman"/>
          <w:b/>
          <w:sz w:val="28"/>
          <w:szCs w:val="28"/>
        </w:rPr>
        <w:t xml:space="preserve">d. Tổ chức thực hiện: </w:t>
      </w:r>
    </w:p>
    <w:p w14:paraId="0FD92AD1" w14:textId="77777777" w:rsidR="00937565" w:rsidRPr="00A06E27" w:rsidRDefault="006E6AAD">
      <w:pPr>
        <w:jc w:val="both"/>
        <w:rPr>
          <w:rFonts w:cs="Times New Roman"/>
          <w:sz w:val="28"/>
          <w:szCs w:val="28"/>
        </w:rPr>
      </w:pPr>
      <w:r w:rsidRPr="00A06E27">
        <w:rPr>
          <w:rFonts w:cs="Times New Roman"/>
          <w:sz w:val="28"/>
          <w:szCs w:val="28"/>
        </w:rPr>
        <w:t>- Câu 1. Lập bảng tóm tắt quá trình hình thành Liên bang Cộng hòa xã hội chủ nghĩa Xô viết.</w:t>
      </w:r>
    </w:p>
    <w:tbl>
      <w:tblPr>
        <w:tblStyle w:val="TableGrid"/>
        <w:tblW w:w="5000" w:type="pct"/>
        <w:tblLook w:val="04A0" w:firstRow="1" w:lastRow="0" w:firstColumn="1" w:lastColumn="0" w:noHBand="0" w:noVBand="1"/>
      </w:tblPr>
      <w:tblGrid>
        <w:gridCol w:w="2392"/>
        <w:gridCol w:w="2393"/>
        <w:gridCol w:w="2393"/>
        <w:gridCol w:w="2393"/>
      </w:tblGrid>
      <w:tr w:rsidR="00937565" w:rsidRPr="00A06E27" w14:paraId="7F4E380C" w14:textId="77777777" w:rsidTr="009E4E33">
        <w:trPr>
          <w:cantSplit/>
        </w:trPr>
        <w:tc>
          <w:tcPr>
            <w:tcW w:w="1250" w:type="pct"/>
          </w:tcPr>
          <w:p w14:paraId="194C4F59" w14:textId="77777777" w:rsidR="00937565" w:rsidRPr="00A06E27" w:rsidRDefault="006E6AAD">
            <w:pPr>
              <w:jc w:val="center"/>
              <w:rPr>
                <w:rFonts w:cs="Times New Roman"/>
                <w:sz w:val="28"/>
                <w:szCs w:val="28"/>
              </w:rPr>
            </w:pPr>
            <w:r w:rsidRPr="00A06E27">
              <w:rPr>
                <w:rFonts w:cs="Times New Roman"/>
                <w:b/>
                <w:sz w:val="28"/>
                <w:szCs w:val="28"/>
              </w:rPr>
              <w:t>Thời gian</w:t>
            </w:r>
          </w:p>
        </w:tc>
        <w:tc>
          <w:tcPr>
            <w:tcW w:w="1250" w:type="pct"/>
          </w:tcPr>
          <w:p w14:paraId="1F8CBE62" w14:textId="77777777" w:rsidR="00937565" w:rsidRPr="00A06E27" w:rsidRDefault="006E6AAD">
            <w:pPr>
              <w:jc w:val="center"/>
              <w:rPr>
                <w:rFonts w:cs="Times New Roman"/>
                <w:sz w:val="28"/>
                <w:szCs w:val="28"/>
              </w:rPr>
            </w:pPr>
            <w:r w:rsidRPr="00A06E27">
              <w:rPr>
                <w:rFonts w:cs="Times New Roman"/>
                <w:b/>
                <w:sz w:val="28"/>
                <w:szCs w:val="28"/>
              </w:rPr>
              <w:t>Sự kiện</w:t>
            </w:r>
          </w:p>
        </w:tc>
        <w:tc>
          <w:tcPr>
            <w:tcW w:w="1250" w:type="pct"/>
          </w:tcPr>
          <w:p w14:paraId="75708027" w14:textId="77777777" w:rsidR="00937565" w:rsidRPr="00A06E27" w:rsidRDefault="006E6AAD">
            <w:pPr>
              <w:jc w:val="center"/>
              <w:rPr>
                <w:rFonts w:cs="Times New Roman"/>
                <w:sz w:val="28"/>
                <w:szCs w:val="28"/>
              </w:rPr>
            </w:pPr>
            <w:r w:rsidRPr="00A06E27">
              <w:rPr>
                <w:rFonts w:cs="Times New Roman"/>
                <w:b/>
                <w:sz w:val="28"/>
                <w:szCs w:val="28"/>
              </w:rPr>
              <w:t>Nội dung chính</w:t>
            </w:r>
          </w:p>
        </w:tc>
        <w:tc>
          <w:tcPr>
            <w:tcW w:w="1250" w:type="pct"/>
          </w:tcPr>
          <w:p w14:paraId="77F14E1A" w14:textId="77777777" w:rsidR="00937565" w:rsidRPr="00A06E27" w:rsidRDefault="006E6AAD">
            <w:pPr>
              <w:jc w:val="center"/>
              <w:rPr>
                <w:rFonts w:cs="Times New Roman"/>
                <w:sz w:val="28"/>
                <w:szCs w:val="28"/>
              </w:rPr>
            </w:pPr>
            <w:r w:rsidRPr="00A06E27">
              <w:rPr>
                <w:rFonts w:cs="Times New Roman"/>
                <w:b/>
                <w:sz w:val="28"/>
                <w:szCs w:val="28"/>
              </w:rPr>
              <w:t>Kết quả</w:t>
            </w:r>
          </w:p>
        </w:tc>
      </w:tr>
      <w:tr w:rsidR="00937565" w:rsidRPr="00A06E27" w14:paraId="42721BA3" w14:textId="77777777" w:rsidTr="009E4E33">
        <w:trPr>
          <w:cantSplit/>
        </w:trPr>
        <w:tc>
          <w:tcPr>
            <w:tcW w:w="1250" w:type="pct"/>
          </w:tcPr>
          <w:p w14:paraId="76C92742" w14:textId="77777777" w:rsidR="00937565" w:rsidRPr="00A06E27" w:rsidRDefault="006E6AAD">
            <w:pPr>
              <w:jc w:val="both"/>
              <w:rPr>
                <w:rFonts w:cs="Times New Roman"/>
                <w:sz w:val="28"/>
                <w:szCs w:val="28"/>
              </w:rPr>
            </w:pPr>
            <w:r w:rsidRPr="00A06E27">
              <w:rPr>
                <w:rFonts w:cs="Times New Roman"/>
                <w:sz w:val="28"/>
                <w:szCs w:val="28"/>
              </w:rPr>
              <w:t>1917</w:t>
            </w:r>
          </w:p>
        </w:tc>
        <w:tc>
          <w:tcPr>
            <w:tcW w:w="1250" w:type="pct"/>
          </w:tcPr>
          <w:p w14:paraId="1DF3F568" w14:textId="77777777" w:rsidR="00937565" w:rsidRPr="00A06E27" w:rsidRDefault="006E6AAD">
            <w:pPr>
              <w:jc w:val="both"/>
              <w:rPr>
                <w:rFonts w:cs="Times New Roman"/>
                <w:sz w:val="28"/>
                <w:szCs w:val="28"/>
              </w:rPr>
            </w:pPr>
            <w:r w:rsidRPr="00A06E27">
              <w:rPr>
                <w:rFonts w:cs="Times New Roman"/>
                <w:sz w:val="28"/>
                <w:szCs w:val="28"/>
              </w:rPr>
              <w:t>Thành lập Chính quyền Xô viết</w:t>
            </w:r>
          </w:p>
        </w:tc>
        <w:tc>
          <w:tcPr>
            <w:tcW w:w="1250" w:type="pct"/>
          </w:tcPr>
          <w:p w14:paraId="331A55F2" w14:textId="77777777" w:rsidR="00937565" w:rsidRPr="00A06E27" w:rsidRDefault="006E6AAD">
            <w:pPr>
              <w:jc w:val="both"/>
              <w:rPr>
                <w:rFonts w:cs="Times New Roman"/>
                <w:sz w:val="28"/>
                <w:szCs w:val="28"/>
              </w:rPr>
            </w:pPr>
            <w:r w:rsidRPr="00A06E27">
              <w:rPr>
                <w:rFonts w:cs="Times New Roman"/>
                <w:sz w:val="28"/>
                <w:szCs w:val="28"/>
              </w:rPr>
              <w:t>Xây dựng nhà nước mới của người lao động</w:t>
            </w:r>
          </w:p>
        </w:tc>
        <w:tc>
          <w:tcPr>
            <w:tcW w:w="1250" w:type="pct"/>
          </w:tcPr>
          <w:p w14:paraId="1460037A" w14:textId="77777777" w:rsidR="00937565" w:rsidRPr="00A06E27" w:rsidRDefault="006E6AAD">
            <w:pPr>
              <w:jc w:val="both"/>
              <w:rPr>
                <w:rFonts w:cs="Times New Roman"/>
                <w:sz w:val="28"/>
                <w:szCs w:val="28"/>
              </w:rPr>
            </w:pPr>
            <w:r w:rsidRPr="00A06E27">
              <w:rPr>
                <w:rFonts w:cs="Times New Roman"/>
                <w:sz w:val="28"/>
                <w:szCs w:val="28"/>
              </w:rPr>
              <w:t>Đặt nền tảng cho chế độ mới</w:t>
            </w:r>
          </w:p>
        </w:tc>
      </w:tr>
      <w:tr w:rsidR="00937565" w:rsidRPr="00A06E27" w14:paraId="189002D4" w14:textId="77777777" w:rsidTr="009E4E33">
        <w:trPr>
          <w:cantSplit/>
        </w:trPr>
        <w:tc>
          <w:tcPr>
            <w:tcW w:w="1250" w:type="pct"/>
          </w:tcPr>
          <w:p w14:paraId="2E9B1E86" w14:textId="77777777" w:rsidR="00937565" w:rsidRPr="00A06E27" w:rsidRDefault="006E6AAD">
            <w:pPr>
              <w:jc w:val="both"/>
              <w:rPr>
                <w:rFonts w:cs="Times New Roman"/>
                <w:sz w:val="28"/>
                <w:szCs w:val="28"/>
              </w:rPr>
            </w:pPr>
            <w:r w:rsidRPr="00A06E27">
              <w:rPr>
                <w:rFonts w:cs="Times New Roman"/>
                <w:sz w:val="28"/>
                <w:szCs w:val="28"/>
              </w:rPr>
              <w:t>1918 - 1921</w:t>
            </w:r>
          </w:p>
        </w:tc>
        <w:tc>
          <w:tcPr>
            <w:tcW w:w="1250" w:type="pct"/>
          </w:tcPr>
          <w:p w14:paraId="0FEEBA26" w14:textId="77777777" w:rsidR="00937565" w:rsidRPr="00A06E27" w:rsidRDefault="006E6AAD">
            <w:pPr>
              <w:jc w:val="both"/>
              <w:rPr>
                <w:rFonts w:cs="Times New Roman"/>
                <w:sz w:val="28"/>
                <w:szCs w:val="28"/>
              </w:rPr>
            </w:pPr>
            <w:r w:rsidRPr="00A06E27">
              <w:rPr>
                <w:rFonts w:cs="Times New Roman"/>
                <w:sz w:val="28"/>
                <w:szCs w:val="28"/>
              </w:rPr>
              <w:t>Bảo vệ chính quyền</w:t>
            </w:r>
          </w:p>
        </w:tc>
        <w:tc>
          <w:tcPr>
            <w:tcW w:w="1250" w:type="pct"/>
          </w:tcPr>
          <w:p w14:paraId="5467F183" w14:textId="77777777" w:rsidR="00937565" w:rsidRPr="00A06E27" w:rsidRDefault="006E6AAD">
            <w:pPr>
              <w:jc w:val="both"/>
              <w:rPr>
                <w:rFonts w:cs="Times New Roman"/>
                <w:sz w:val="28"/>
                <w:szCs w:val="28"/>
              </w:rPr>
            </w:pPr>
            <w:r w:rsidRPr="00A06E27">
              <w:rPr>
                <w:rFonts w:cs="Times New Roman"/>
                <w:sz w:val="28"/>
                <w:szCs w:val="28"/>
              </w:rPr>
              <w:t>Chống thù trong, giặc ngoài; khôi phục kinh tế</w:t>
            </w:r>
          </w:p>
        </w:tc>
        <w:tc>
          <w:tcPr>
            <w:tcW w:w="1250" w:type="pct"/>
          </w:tcPr>
          <w:p w14:paraId="32A900CA" w14:textId="77777777" w:rsidR="00937565" w:rsidRPr="00A06E27" w:rsidRDefault="006E6AAD">
            <w:pPr>
              <w:jc w:val="both"/>
              <w:rPr>
                <w:rFonts w:cs="Times New Roman"/>
                <w:sz w:val="28"/>
                <w:szCs w:val="28"/>
              </w:rPr>
            </w:pPr>
            <w:r w:rsidRPr="00A06E27">
              <w:rPr>
                <w:rFonts w:cs="Times New Roman"/>
                <w:sz w:val="28"/>
                <w:szCs w:val="28"/>
              </w:rPr>
              <w:t>Tăng nhu cầu đoàn kết các nước Cộng hòa</w:t>
            </w:r>
          </w:p>
        </w:tc>
      </w:tr>
      <w:tr w:rsidR="00937565" w:rsidRPr="00A06E27" w14:paraId="740FAB3B" w14:textId="77777777" w:rsidTr="009E4E33">
        <w:trPr>
          <w:cantSplit/>
        </w:trPr>
        <w:tc>
          <w:tcPr>
            <w:tcW w:w="1250" w:type="pct"/>
          </w:tcPr>
          <w:p w14:paraId="67C93064" w14:textId="77777777" w:rsidR="00937565" w:rsidRPr="00A06E27" w:rsidRDefault="006E6AAD">
            <w:pPr>
              <w:jc w:val="both"/>
              <w:rPr>
                <w:rFonts w:cs="Times New Roman"/>
                <w:sz w:val="28"/>
                <w:szCs w:val="28"/>
              </w:rPr>
            </w:pPr>
            <w:r w:rsidRPr="00A06E27">
              <w:rPr>
                <w:rFonts w:cs="Times New Roman"/>
                <w:sz w:val="28"/>
                <w:szCs w:val="28"/>
              </w:rPr>
              <w:t>30 - 12 - 1922</w:t>
            </w:r>
          </w:p>
        </w:tc>
        <w:tc>
          <w:tcPr>
            <w:tcW w:w="1250" w:type="pct"/>
          </w:tcPr>
          <w:p w14:paraId="2C526111" w14:textId="77777777" w:rsidR="00937565" w:rsidRPr="00A06E27" w:rsidRDefault="006E6AAD">
            <w:pPr>
              <w:jc w:val="both"/>
              <w:rPr>
                <w:rFonts w:cs="Times New Roman"/>
                <w:sz w:val="28"/>
                <w:szCs w:val="28"/>
              </w:rPr>
            </w:pPr>
            <w:r w:rsidRPr="00A06E27">
              <w:rPr>
                <w:rFonts w:cs="Times New Roman"/>
                <w:sz w:val="28"/>
                <w:szCs w:val="28"/>
              </w:rPr>
              <w:t>Thành lập Liên Xô</w:t>
            </w:r>
          </w:p>
        </w:tc>
        <w:tc>
          <w:tcPr>
            <w:tcW w:w="1250" w:type="pct"/>
          </w:tcPr>
          <w:p w14:paraId="6F62A2DD" w14:textId="77777777" w:rsidR="00937565" w:rsidRPr="00A06E27" w:rsidRDefault="006E6AAD">
            <w:pPr>
              <w:jc w:val="both"/>
              <w:rPr>
                <w:rFonts w:cs="Times New Roman"/>
                <w:sz w:val="28"/>
                <w:szCs w:val="28"/>
              </w:rPr>
            </w:pPr>
            <w:r w:rsidRPr="00A06E27">
              <w:rPr>
                <w:rFonts w:cs="Times New Roman"/>
                <w:sz w:val="28"/>
                <w:szCs w:val="28"/>
              </w:rPr>
              <w:t>Thông qua Tuyên ngôn và Hiệp ước Liên bang</w:t>
            </w:r>
          </w:p>
        </w:tc>
        <w:tc>
          <w:tcPr>
            <w:tcW w:w="1250" w:type="pct"/>
          </w:tcPr>
          <w:p w14:paraId="360EE262" w14:textId="77777777" w:rsidR="00937565" w:rsidRPr="00A06E27" w:rsidRDefault="006E6AAD">
            <w:pPr>
              <w:jc w:val="both"/>
              <w:rPr>
                <w:rFonts w:cs="Times New Roman"/>
                <w:sz w:val="28"/>
                <w:szCs w:val="28"/>
              </w:rPr>
            </w:pPr>
            <w:r w:rsidRPr="00A06E27">
              <w:rPr>
                <w:rFonts w:cs="Times New Roman"/>
                <w:sz w:val="28"/>
                <w:szCs w:val="28"/>
              </w:rPr>
              <w:t>Ra đời nhà nước liên bang</w:t>
            </w:r>
          </w:p>
        </w:tc>
      </w:tr>
      <w:tr w:rsidR="00937565" w:rsidRPr="00A06E27" w14:paraId="03D4CF0A" w14:textId="77777777" w:rsidTr="009E4E33">
        <w:trPr>
          <w:cantSplit/>
        </w:trPr>
        <w:tc>
          <w:tcPr>
            <w:tcW w:w="1250" w:type="pct"/>
          </w:tcPr>
          <w:p w14:paraId="1828EA47" w14:textId="77777777" w:rsidR="00937565" w:rsidRPr="00A06E27" w:rsidRDefault="006E6AAD">
            <w:pPr>
              <w:jc w:val="both"/>
              <w:rPr>
                <w:rFonts w:cs="Times New Roman"/>
                <w:sz w:val="28"/>
                <w:szCs w:val="28"/>
              </w:rPr>
            </w:pPr>
            <w:r w:rsidRPr="00A06E27">
              <w:rPr>
                <w:rFonts w:cs="Times New Roman"/>
                <w:sz w:val="28"/>
                <w:szCs w:val="28"/>
              </w:rPr>
              <w:t>1 - 1924</w:t>
            </w:r>
          </w:p>
        </w:tc>
        <w:tc>
          <w:tcPr>
            <w:tcW w:w="1250" w:type="pct"/>
          </w:tcPr>
          <w:p w14:paraId="74B0525F" w14:textId="77777777" w:rsidR="00937565" w:rsidRPr="00A06E27" w:rsidRDefault="006E6AAD">
            <w:pPr>
              <w:jc w:val="both"/>
              <w:rPr>
                <w:rFonts w:cs="Times New Roman"/>
                <w:sz w:val="28"/>
                <w:szCs w:val="28"/>
              </w:rPr>
            </w:pPr>
            <w:r w:rsidRPr="00A06E27">
              <w:rPr>
                <w:rFonts w:cs="Times New Roman"/>
                <w:sz w:val="28"/>
                <w:szCs w:val="28"/>
              </w:rPr>
              <w:t>Thông qua Hiến pháp</w:t>
            </w:r>
          </w:p>
        </w:tc>
        <w:tc>
          <w:tcPr>
            <w:tcW w:w="1250" w:type="pct"/>
          </w:tcPr>
          <w:p w14:paraId="2B5509A3" w14:textId="77777777" w:rsidR="00937565" w:rsidRPr="00A06E27" w:rsidRDefault="006E6AAD">
            <w:pPr>
              <w:jc w:val="both"/>
              <w:rPr>
                <w:rFonts w:cs="Times New Roman"/>
                <w:sz w:val="28"/>
                <w:szCs w:val="28"/>
              </w:rPr>
            </w:pPr>
            <w:r w:rsidRPr="00A06E27">
              <w:rPr>
                <w:rFonts w:cs="Times New Roman"/>
                <w:sz w:val="28"/>
                <w:szCs w:val="28"/>
              </w:rPr>
              <w:t>Xác định nguyên tắc, quyền hạn và tổ chức</w:t>
            </w:r>
          </w:p>
        </w:tc>
        <w:tc>
          <w:tcPr>
            <w:tcW w:w="1250" w:type="pct"/>
          </w:tcPr>
          <w:p w14:paraId="785F8741" w14:textId="77777777" w:rsidR="00937565" w:rsidRPr="00A06E27" w:rsidRDefault="006E6AAD">
            <w:pPr>
              <w:jc w:val="both"/>
              <w:rPr>
                <w:rFonts w:cs="Times New Roman"/>
                <w:sz w:val="28"/>
                <w:szCs w:val="28"/>
              </w:rPr>
            </w:pPr>
            <w:r w:rsidRPr="00A06E27">
              <w:rPr>
                <w:rFonts w:cs="Times New Roman"/>
                <w:sz w:val="28"/>
                <w:szCs w:val="28"/>
              </w:rPr>
              <w:t>Hoàn tất quá trình thành lập</w:t>
            </w:r>
          </w:p>
        </w:tc>
      </w:tr>
    </w:tbl>
    <w:p w14:paraId="16176104" w14:textId="77777777" w:rsidR="00937565" w:rsidRPr="00A06E27" w:rsidRDefault="00937565">
      <w:pPr>
        <w:rPr>
          <w:rFonts w:cs="Times New Roman"/>
          <w:sz w:val="28"/>
          <w:szCs w:val="28"/>
        </w:rPr>
      </w:pPr>
    </w:p>
    <w:p w14:paraId="19F19AA4" w14:textId="77777777" w:rsidR="00937565" w:rsidRPr="00A06E27" w:rsidRDefault="006E6AAD">
      <w:pPr>
        <w:jc w:val="both"/>
        <w:rPr>
          <w:rFonts w:cs="Times New Roman"/>
          <w:sz w:val="28"/>
          <w:szCs w:val="28"/>
        </w:rPr>
      </w:pPr>
      <w:r w:rsidRPr="00A06E27">
        <w:rPr>
          <w:rFonts w:cs="Times New Roman"/>
          <w:sz w:val="28"/>
          <w:szCs w:val="28"/>
        </w:rPr>
        <w:t>- Câu 2. Vì sao nói Liên Xô trở thành chỗ dựa tinh thần và vật chất cho phong trào cách mạng thế giới?</w:t>
      </w:r>
    </w:p>
    <w:p w14:paraId="64C6444B" w14:textId="77777777" w:rsidR="00937565" w:rsidRPr="00A06E27" w:rsidRDefault="006E6AAD">
      <w:pPr>
        <w:jc w:val="both"/>
        <w:rPr>
          <w:rFonts w:cs="Times New Roman"/>
          <w:sz w:val="28"/>
          <w:szCs w:val="28"/>
        </w:rPr>
      </w:pPr>
      <w:r w:rsidRPr="00A06E27">
        <w:rPr>
          <w:rFonts w:cs="Times New Roman"/>
          <w:sz w:val="28"/>
          <w:szCs w:val="28"/>
        </w:rPr>
        <w:t>- Câu 3. Tư tưởng của V. I. Lê-nin về bình đẳng, tự nguyện và quyền tự quyết của các dân tộc được thể hiện như thế nào trong quá trình thành lập Liên Xô?</w:t>
      </w:r>
    </w:p>
    <w:p w14:paraId="2536CC5C" w14:textId="77777777" w:rsidR="00937565" w:rsidRPr="00A06E27" w:rsidRDefault="006E6AAD">
      <w:pPr>
        <w:jc w:val="both"/>
        <w:rPr>
          <w:rFonts w:cs="Times New Roman"/>
          <w:sz w:val="28"/>
          <w:szCs w:val="28"/>
        </w:rPr>
      </w:pPr>
      <w:r w:rsidRPr="00A06E27">
        <w:rPr>
          <w:rFonts w:cs="Times New Roman"/>
          <w:sz w:val="28"/>
          <w:szCs w:val="28"/>
        </w:rPr>
        <w:t>- GV nhận xét, chuẩn xác kiến thức và yêu cầu HS sử dụng đúng mốc thời gian, thuật ngữ lịch sử.</w:t>
      </w:r>
    </w:p>
    <w:p w14:paraId="424ABA77" w14:textId="77777777" w:rsidR="00937565" w:rsidRPr="00A06E27" w:rsidRDefault="006E6AAD">
      <w:pPr>
        <w:pStyle w:val="GAHeading1"/>
        <w:keepNext/>
        <w:rPr>
          <w:rFonts w:cs="Times New Roman"/>
          <w:szCs w:val="28"/>
        </w:rPr>
      </w:pPr>
      <w:r w:rsidRPr="00A06E27">
        <w:rPr>
          <w:rFonts w:cs="Times New Roman"/>
          <w:szCs w:val="28"/>
        </w:rPr>
        <w:t>D. HOẠT ĐỘNG VẬN DỤNG</w:t>
      </w:r>
    </w:p>
    <w:p w14:paraId="47E0474A" w14:textId="77777777" w:rsidR="00937565" w:rsidRPr="00A06E27" w:rsidRDefault="006E6AAD">
      <w:pPr>
        <w:jc w:val="both"/>
        <w:rPr>
          <w:rFonts w:cs="Times New Roman"/>
          <w:sz w:val="28"/>
          <w:szCs w:val="28"/>
        </w:rPr>
      </w:pPr>
      <w:r w:rsidRPr="00A06E27">
        <w:rPr>
          <w:rFonts w:cs="Times New Roman"/>
          <w:b/>
          <w:sz w:val="28"/>
          <w:szCs w:val="28"/>
        </w:rPr>
        <w:t xml:space="preserve">a. Mục tiêu: </w:t>
      </w:r>
      <w:r w:rsidRPr="00A06E27">
        <w:rPr>
          <w:rFonts w:cs="Times New Roman"/>
          <w:sz w:val="28"/>
          <w:szCs w:val="28"/>
        </w:rPr>
        <w:t>Giúp HS vận dụng kiến thức để liên hệ giá trị của tinh thần đoàn kết, bình đẳng giữa các dân tộc với đời sống hiện nay.</w:t>
      </w:r>
    </w:p>
    <w:p w14:paraId="021BB67B" w14:textId="77777777" w:rsidR="00937565" w:rsidRPr="00A06E27" w:rsidRDefault="006E6AAD">
      <w:pPr>
        <w:jc w:val="both"/>
        <w:rPr>
          <w:rFonts w:cs="Times New Roman"/>
          <w:sz w:val="28"/>
          <w:szCs w:val="28"/>
        </w:rPr>
      </w:pPr>
      <w:r w:rsidRPr="00A06E27">
        <w:rPr>
          <w:rFonts w:cs="Times New Roman"/>
          <w:b/>
          <w:sz w:val="28"/>
          <w:szCs w:val="28"/>
        </w:rPr>
        <w:t xml:space="preserve">b. Nội dung: </w:t>
      </w:r>
      <w:r w:rsidRPr="00A06E27">
        <w:rPr>
          <w:rFonts w:cs="Times New Roman"/>
          <w:sz w:val="28"/>
          <w:szCs w:val="28"/>
        </w:rPr>
        <w:t>HS thực hiện nhiệm vụ cá nhân hoặc nhóm ngoài giờ học.</w:t>
      </w:r>
    </w:p>
    <w:p w14:paraId="7C3442EE" w14:textId="77777777" w:rsidR="00937565" w:rsidRPr="00A06E27" w:rsidRDefault="006E6AAD">
      <w:pPr>
        <w:jc w:val="both"/>
        <w:rPr>
          <w:rFonts w:cs="Times New Roman"/>
          <w:sz w:val="28"/>
          <w:szCs w:val="28"/>
        </w:rPr>
      </w:pPr>
      <w:r w:rsidRPr="00A06E27">
        <w:rPr>
          <w:rFonts w:cs="Times New Roman"/>
          <w:b/>
          <w:sz w:val="28"/>
          <w:szCs w:val="28"/>
        </w:rPr>
        <w:t xml:space="preserve">c. Sản phẩm học tập: </w:t>
      </w:r>
      <w:r w:rsidRPr="00A06E27">
        <w:rPr>
          <w:rFonts w:cs="Times New Roman"/>
          <w:sz w:val="28"/>
          <w:szCs w:val="28"/>
        </w:rPr>
        <w:t>Đoạn văn, áp phích, sơ đồ tư duy hoặc báo cáo ngắn có dẫn nguồn.</w:t>
      </w:r>
    </w:p>
    <w:p w14:paraId="7BF891C8" w14:textId="77777777" w:rsidR="00937565" w:rsidRPr="00A06E27" w:rsidRDefault="006E6AAD">
      <w:pPr>
        <w:jc w:val="both"/>
        <w:rPr>
          <w:rFonts w:cs="Times New Roman"/>
          <w:sz w:val="28"/>
          <w:szCs w:val="28"/>
        </w:rPr>
      </w:pPr>
      <w:r w:rsidRPr="00A06E27">
        <w:rPr>
          <w:rFonts w:cs="Times New Roman"/>
          <w:b/>
          <w:sz w:val="28"/>
          <w:szCs w:val="28"/>
        </w:rPr>
        <w:t xml:space="preserve">d. Tổ chức thực hiện: </w:t>
      </w:r>
    </w:p>
    <w:p w14:paraId="09FD9707" w14:textId="77777777" w:rsidR="00937565" w:rsidRPr="00A06E27" w:rsidRDefault="006E6AAD">
      <w:pPr>
        <w:jc w:val="both"/>
        <w:rPr>
          <w:rFonts w:cs="Times New Roman"/>
          <w:sz w:val="28"/>
          <w:szCs w:val="28"/>
        </w:rPr>
      </w:pPr>
      <w:r w:rsidRPr="00A06E27">
        <w:rPr>
          <w:rFonts w:cs="Times New Roman"/>
          <w:sz w:val="28"/>
          <w:szCs w:val="28"/>
        </w:rPr>
        <w:lastRenderedPageBreak/>
        <w:t>- Nhiệm vụ 1. Theo kết quả một cuộc khảo sát năm 2021, nhiều người dân Nga vẫn mong muốn gìn giữ những giá trị của Liên Xô. Hãy viết đoạn văn khoảng 200 chữ giải thích vì sao một bộ phận người dân Nga vẫn trân trọng và mong muốn gìn giữ những giá trị đó.</w:t>
      </w:r>
    </w:p>
    <w:p w14:paraId="60979446" w14:textId="77777777" w:rsidR="00937565" w:rsidRPr="00A06E27" w:rsidRDefault="006E6AAD">
      <w:pPr>
        <w:jc w:val="both"/>
        <w:rPr>
          <w:rFonts w:cs="Times New Roman"/>
          <w:sz w:val="28"/>
          <w:szCs w:val="28"/>
        </w:rPr>
      </w:pPr>
      <w:r w:rsidRPr="00A06E27">
        <w:rPr>
          <w:rFonts w:cs="Times New Roman"/>
          <w:sz w:val="28"/>
          <w:szCs w:val="28"/>
        </w:rPr>
        <w:t>- Nhiệm vụ 2. Thiết kế sơ đồ tư duy với chủ đề “Sự hình thành và ý nghĩa của Liên bang Cộng hòa xã hội chủ nghĩa Xô viết”, gồm các nhánh: bối cảnh - quá trình - nguyên tắc - ý nghĩa trong nước - ý nghĩa quốc tế.</w:t>
      </w:r>
    </w:p>
    <w:p w14:paraId="32202C21" w14:textId="77777777" w:rsidR="00937565" w:rsidRPr="00A06E27" w:rsidRDefault="006E6AAD">
      <w:pPr>
        <w:jc w:val="both"/>
        <w:rPr>
          <w:rFonts w:cs="Times New Roman"/>
          <w:sz w:val="28"/>
          <w:szCs w:val="28"/>
        </w:rPr>
      </w:pPr>
      <w:r w:rsidRPr="00A06E27">
        <w:rPr>
          <w:rFonts w:cs="Times New Roman"/>
          <w:sz w:val="28"/>
          <w:szCs w:val="28"/>
        </w:rPr>
        <w:t>- Nhiệm vụ 3. Liên hệ tinh thần đoàn kết và bình đẳng dân tộc với việc xây dựng khối đại đoàn kết toàn dân tộc ở Việt Nam hiện nay.</w:t>
      </w:r>
    </w:p>
    <w:p w14:paraId="1749BAA5" w14:textId="77777777" w:rsidR="00937565" w:rsidRPr="00A06E27" w:rsidRDefault="006E6AAD">
      <w:pPr>
        <w:jc w:val="both"/>
        <w:rPr>
          <w:rFonts w:cs="Times New Roman"/>
          <w:sz w:val="28"/>
          <w:szCs w:val="28"/>
        </w:rPr>
      </w:pPr>
      <w:r w:rsidRPr="00A06E27">
        <w:rPr>
          <w:rFonts w:cs="Times New Roman"/>
          <w:sz w:val="28"/>
          <w:szCs w:val="28"/>
        </w:rPr>
        <w:t>- GV hướng dẫn HS lựa chọn nguồn tin phù hợp, ghi rõ nguồn và trình bày bằng lời của mình.</w:t>
      </w:r>
    </w:p>
    <w:p w14:paraId="08E2C4D6" w14:textId="4A019BE4" w:rsidR="004474A1" w:rsidRPr="00A06E27" w:rsidRDefault="006E6AAD">
      <w:pPr>
        <w:rPr>
          <w:rFonts w:cs="Times New Roman"/>
          <w:sz w:val="28"/>
          <w:szCs w:val="28"/>
        </w:rPr>
      </w:pPr>
      <w:r w:rsidRPr="00A06E27">
        <w:rPr>
          <w:rFonts w:cs="Times New Roman"/>
          <w:b/>
          <w:sz w:val="28"/>
          <w:szCs w:val="28"/>
        </w:rPr>
        <w:t>IV. PHỤ LỤC</w:t>
      </w:r>
    </w:p>
    <w:p w14:paraId="7EA5EF06" w14:textId="77777777" w:rsidR="004474A1" w:rsidRPr="00A06E27" w:rsidRDefault="006E6AAD">
      <w:pPr>
        <w:rPr>
          <w:rFonts w:cs="Times New Roman"/>
          <w:sz w:val="28"/>
          <w:szCs w:val="28"/>
        </w:rPr>
      </w:pPr>
      <w:r w:rsidRPr="00A06E27">
        <w:rPr>
          <w:rFonts w:cs="Times New Roman"/>
          <w:b/>
          <w:sz w:val="28"/>
          <w:szCs w:val="28"/>
        </w:rPr>
        <w:t>1. Phiếu kiểm chứng nguồn số</w:t>
      </w:r>
    </w:p>
    <w:tbl>
      <w:tblPr>
        <w:tblStyle w:val="TableGrid"/>
        <w:tblW w:w="0" w:type="auto"/>
        <w:jc w:val="center"/>
        <w:tblLook w:val="04A0" w:firstRow="1" w:lastRow="0" w:firstColumn="1" w:lastColumn="0" w:noHBand="0" w:noVBand="1"/>
      </w:tblPr>
      <w:tblGrid>
        <w:gridCol w:w="1897"/>
        <w:gridCol w:w="1896"/>
        <w:gridCol w:w="1896"/>
        <w:gridCol w:w="1896"/>
        <w:gridCol w:w="993"/>
        <w:gridCol w:w="993"/>
      </w:tblGrid>
      <w:tr w:rsidR="004474A1" w:rsidRPr="00A06E27" w14:paraId="39EE8F45" w14:textId="77777777">
        <w:trPr>
          <w:cantSplit/>
          <w:tblHeader/>
          <w:jc w:val="center"/>
        </w:trPr>
        <w:tc>
          <w:tcPr>
            <w:tcW w:w="1559" w:type="dxa"/>
            <w:shd w:val="clear" w:color="auto" w:fill="D9EAF7"/>
            <w:vAlign w:val="center"/>
          </w:tcPr>
          <w:p w14:paraId="3ECFBC9B" w14:textId="77777777" w:rsidR="004474A1" w:rsidRPr="00A06E27" w:rsidRDefault="006E6AAD">
            <w:pPr>
              <w:jc w:val="center"/>
              <w:rPr>
                <w:rFonts w:cs="Times New Roman"/>
                <w:sz w:val="28"/>
                <w:szCs w:val="28"/>
              </w:rPr>
            </w:pPr>
            <w:r w:rsidRPr="00A06E27">
              <w:rPr>
                <w:rFonts w:cs="Times New Roman"/>
                <w:b/>
                <w:sz w:val="28"/>
                <w:szCs w:val="28"/>
              </w:rPr>
              <w:t>Mốc cần kiểm chứng</w:t>
            </w:r>
          </w:p>
        </w:tc>
        <w:tc>
          <w:tcPr>
            <w:tcW w:w="1559" w:type="dxa"/>
            <w:shd w:val="clear" w:color="auto" w:fill="D9EAF7"/>
            <w:vAlign w:val="center"/>
          </w:tcPr>
          <w:p w14:paraId="428350DD" w14:textId="77777777" w:rsidR="004474A1" w:rsidRPr="00A06E27" w:rsidRDefault="006E6AAD">
            <w:pPr>
              <w:jc w:val="center"/>
              <w:rPr>
                <w:rFonts w:cs="Times New Roman"/>
                <w:sz w:val="28"/>
                <w:szCs w:val="28"/>
              </w:rPr>
            </w:pPr>
            <w:r w:rsidRPr="00A06E27">
              <w:rPr>
                <w:rFonts w:cs="Times New Roman"/>
                <w:b/>
                <w:sz w:val="28"/>
                <w:szCs w:val="28"/>
              </w:rPr>
              <w:t>Từ khóa</w:t>
            </w:r>
          </w:p>
        </w:tc>
        <w:tc>
          <w:tcPr>
            <w:tcW w:w="1559" w:type="dxa"/>
            <w:shd w:val="clear" w:color="auto" w:fill="D9EAF7"/>
            <w:vAlign w:val="center"/>
          </w:tcPr>
          <w:p w14:paraId="42C1FDDC" w14:textId="77777777" w:rsidR="004474A1" w:rsidRPr="00A06E27" w:rsidRDefault="006E6AAD">
            <w:pPr>
              <w:jc w:val="center"/>
              <w:rPr>
                <w:rFonts w:cs="Times New Roman"/>
                <w:sz w:val="28"/>
                <w:szCs w:val="28"/>
              </w:rPr>
            </w:pPr>
            <w:r w:rsidRPr="00A06E27">
              <w:rPr>
                <w:rFonts w:cs="Times New Roman"/>
                <w:b/>
                <w:sz w:val="28"/>
                <w:szCs w:val="28"/>
              </w:rPr>
              <w:t>Tên nguồn/đường dẫn</w:t>
            </w:r>
          </w:p>
        </w:tc>
        <w:tc>
          <w:tcPr>
            <w:tcW w:w="1559" w:type="dxa"/>
            <w:shd w:val="clear" w:color="auto" w:fill="D9EAF7"/>
            <w:vAlign w:val="center"/>
          </w:tcPr>
          <w:p w14:paraId="2734B704" w14:textId="77777777" w:rsidR="004474A1" w:rsidRPr="00A06E27" w:rsidRDefault="006E6AAD">
            <w:pPr>
              <w:jc w:val="center"/>
              <w:rPr>
                <w:rFonts w:cs="Times New Roman"/>
                <w:sz w:val="28"/>
                <w:szCs w:val="28"/>
              </w:rPr>
            </w:pPr>
            <w:r w:rsidRPr="00A06E27">
              <w:rPr>
                <w:rFonts w:cs="Times New Roman"/>
                <w:b/>
                <w:sz w:val="28"/>
                <w:szCs w:val="28"/>
              </w:rPr>
              <w:t>Chủ thể công bố</w:t>
            </w:r>
          </w:p>
        </w:tc>
        <w:tc>
          <w:tcPr>
            <w:tcW w:w="1559" w:type="dxa"/>
            <w:shd w:val="clear" w:color="auto" w:fill="D9EAF7"/>
            <w:vAlign w:val="center"/>
          </w:tcPr>
          <w:p w14:paraId="2C5DE2FB" w14:textId="77777777" w:rsidR="004474A1" w:rsidRPr="00A06E27" w:rsidRDefault="006E6AAD">
            <w:pPr>
              <w:jc w:val="center"/>
              <w:rPr>
                <w:rFonts w:cs="Times New Roman"/>
                <w:sz w:val="28"/>
                <w:szCs w:val="28"/>
              </w:rPr>
            </w:pPr>
            <w:r w:rsidRPr="00A06E27">
              <w:rPr>
                <w:rFonts w:cs="Times New Roman"/>
                <w:b/>
                <w:sz w:val="28"/>
                <w:szCs w:val="28"/>
              </w:rPr>
              <w:t>Căn cứ đối chiếu</w:t>
            </w:r>
          </w:p>
        </w:tc>
        <w:tc>
          <w:tcPr>
            <w:tcW w:w="1559" w:type="dxa"/>
            <w:shd w:val="clear" w:color="auto" w:fill="D9EAF7"/>
            <w:vAlign w:val="center"/>
          </w:tcPr>
          <w:p w14:paraId="28D97873" w14:textId="77777777" w:rsidR="004474A1" w:rsidRPr="00A06E27" w:rsidRDefault="006E6AAD">
            <w:pPr>
              <w:jc w:val="center"/>
              <w:rPr>
                <w:rFonts w:cs="Times New Roman"/>
                <w:sz w:val="28"/>
                <w:szCs w:val="28"/>
              </w:rPr>
            </w:pPr>
            <w:r w:rsidRPr="00A06E27">
              <w:rPr>
                <w:rFonts w:cs="Times New Roman"/>
                <w:b/>
                <w:sz w:val="28"/>
                <w:szCs w:val="28"/>
              </w:rPr>
              <w:t>Kết luận</w:t>
            </w:r>
          </w:p>
        </w:tc>
      </w:tr>
      <w:tr w:rsidR="004474A1" w:rsidRPr="00A06E27" w14:paraId="1F4B9B83" w14:textId="77777777">
        <w:trPr>
          <w:cantSplit/>
          <w:jc w:val="center"/>
        </w:trPr>
        <w:tc>
          <w:tcPr>
            <w:tcW w:w="1559" w:type="dxa"/>
            <w:vAlign w:val="center"/>
          </w:tcPr>
          <w:p w14:paraId="0FFB2C73"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31E4FE36"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38F92D91"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4A55E63F"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5C6EDF2B" w14:textId="77777777" w:rsidR="004474A1" w:rsidRPr="00A06E27" w:rsidRDefault="006E6AAD">
            <w:pPr>
              <w:rPr>
                <w:rFonts w:cs="Times New Roman"/>
                <w:sz w:val="28"/>
                <w:szCs w:val="28"/>
              </w:rPr>
            </w:pPr>
            <w:r w:rsidRPr="00A06E27">
              <w:rPr>
                <w:rFonts w:cs="Times New Roman"/>
                <w:sz w:val="28"/>
                <w:szCs w:val="28"/>
              </w:rPr>
              <w:t>- SGK</w:t>
            </w:r>
            <w:r w:rsidRPr="00A06E27">
              <w:rPr>
                <w:rFonts w:cs="Times New Roman"/>
                <w:sz w:val="28"/>
                <w:szCs w:val="28"/>
              </w:rPr>
              <w:br/>
              <w:t>- Thời điểm</w:t>
            </w:r>
            <w:r w:rsidRPr="00A06E27">
              <w:rPr>
                <w:rFonts w:cs="Times New Roman"/>
                <w:sz w:val="28"/>
                <w:szCs w:val="28"/>
              </w:rPr>
              <w:br/>
              <w:t>- Bằng chứng</w:t>
            </w:r>
          </w:p>
        </w:tc>
        <w:tc>
          <w:tcPr>
            <w:tcW w:w="1559" w:type="dxa"/>
            <w:vAlign w:val="center"/>
          </w:tcPr>
          <w:p w14:paraId="24745E1F" w14:textId="77777777" w:rsidR="004474A1" w:rsidRPr="00A06E27" w:rsidRDefault="006E6AAD">
            <w:pPr>
              <w:rPr>
                <w:rFonts w:cs="Times New Roman"/>
                <w:sz w:val="28"/>
                <w:szCs w:val="28"/>
              </w:rPr>
            </w:pPr>
            <w:r w:rsidRPr="00A06E27">
              <w:rPr>
                <w:rFonts w:cs="Times New Roman"/>
                <w:sz w:val="28"/>
                <w:szCs w:val="28"/>
              </w:rPr>
              <w:t>Phù hợp / Cần kiểm chứng</w:t>
            </w:r>
          </w:p>
        </w:tc>
      </w:tr>
      <w:tr w:rsidR="004474A1" w:rsidRPr="00A06E27" w14:paraId="7247081F" w14:textId="77777777">
        <w:trPr>
          <w:cantSplit/>
          <w:jc w:val="center"/>
        </w:trPr>
        <w:tc>
          <w:tcPr>
            <w:tcW w:w="1559" w:type="dxa"/>
            <w:vAlign w:val="center"/>
          </w:tcPr>
          <w:p w14:paraId="3299B8AC"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4E4E6E48"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31E9AB28"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6C57DFB1"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022D720E" w14:textId="77777777" w:rsidR="004474A1" w:rsidRPr="00A06E27" w:rsidRDefault="006E6AAD">
            <w:pPr>
              <w:rPr>
                <w:rFonts w:cs="Times New Roman"/>
                <w:sz w:val="28"/>
                <w:szCs w:val="28"/>
              </w:rPr>
            </w:pPr>
            <w:r w:rsidRPr="00A06E27">
              <w:rPr>
                <w:rFonts w:cs="Times New Roman"/>
                <w:sz w:val="28"/>
                <w:szCs w:val="28"/>
              </w:rPr>
              <w:t>- SGK</w:t>
            </w:r>
            <w:r w:rsidRPr="00A06E27">
              <w:rPr>
                <w:rFonts w:cs="Times New Roman"/>
                <w:sz w:val="28"/>
                <w:szCs w:val="28"/>
              </w:rPr>
              <w:br/>
              <w:t>- Thời điểm</w:t>
            </w:r>
            <w:r w:rsidRPr="00A06E27">
              <w:rPr>
                <w:rFonts w:cs="Times New Roman"/>
                <w:sz w:val="28"/>
                <w:szCs w:val="28"/>
              </w:rPr>
              <w:br/>
              <w:t>- Bằng chứng</w:t>
            </w:r>
          </w:p>
        </w:tc>
        <w:tc>
          <w:tcPr>
            <w:tcW w:w="1559" w:type="dxa"/>
            <w:vAlign w:val="center"/>
          </w:tcPr>
          <w:p w14:paraId="247D342A" w14:textId="77777777" w:rsidR="004474A1" w:rsidRPr="00A06E27" w:rsidRDefault="006E6AAD">
            <w:pPr>
              <w:rPr>
                <w:rFonts w:cs="Times New Roman"/>
                <w:sz w:val="28"/>
                <w:szCs w:val="28"/>
              </w:rPr>
            </w:pPr>
            <w:r w:rsidRPr="00A06E27">
              <w:rPr>
                <w:rFonts w:cs="Times New Roman"/>
                <w:sz w:val="28"/>
                <w:szCs w:val="28"/>
              </w:rPr>
              <w:t>Phù hợp / Cần kiểm chứng</w:t>
            </w:r>
          </w:p>
        </w:tc>
      </w:tr>
      <w:tr w:rsidR="004474A1" w:rsidRPr="00A06E27" w14:paraId="7D294ADF" w14:textId="77777777">
        <w:trPr>
          <w:cantSplit/>
          <w:jc w:val="center"/>
        </w:trPr>
        <w:tc>
          <w:tcPr>
            <w:tcW w:w="1559" w:type="dxa"/>
            <w:vAlign w:val="center"/>
          </w:tcPr>
          <w:p w14:paraId="2A0F8E71"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31D83E39"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4FD7DAE3"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26F50990"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217C9DA6" w14:textId="77777777" w:rsidR="004474A1" w:rsidRPr="00A06E27" w:rsidRDefault="006E6AAD">
            <w:pPr>
              <w:rPr>
                <w:rFonts w:cs="Times New Roman"/>
                <w:sz w:val="28"/>
                <w:szCs w:val="28"/>
              </w:rPr>
            </w:pPr>
            <w:r w:rsidRPr="00A06E27">
              <w:rPr>
                <w:rFonts w:cs="Times New Roman"/>
                <w:sz w:val="28"/>
                <w:szCs w:val="28"/>
              </w:rPr>
              <w:t>- SGK</w:t>
            </w:r>
            <w:r w:rsidRPr="00A06E27">
              <w:rPr>
                <w:rFonts w:cs="Times New Roman"/>
                <w:sz w:val="28"/>
                <w:szCs w:val="28"/>
              </w:rPr>
              <w:br/>
              <w:t>- Thời điểm</w:t>
            </w:r>
            <w:r w:rsidRPr="00A06E27">
              <w:rPr>
                <w:rFonts w:cs="Times New Roman"/>
                <w:sz w:val="28"/>
                <w:szCs w:val="28"/>
              </w:rPr>
              <w:br/>
              <w:t>- Bằng chứng</w:t>
            </w:r>
          </w:p>
        </w:tc>
        <w:tc>
          <w:tcPr>
            <w:tcW w:w="1559" w:type="dxa"/>
            <w:vAlign w:val="center"/>
          </w:tcPr>
          <w:p w14:paraId="44B8B5F5" w14:textId="77777777" w:rsidR="004474A1" w:rsidRPr="00A06E27" w:rsidRDefault="006E6AAD">
            <w:pPr>
              <w:rPr>
                <w:rFonts w:cs="Times New Roman"/>
                <w:sz w:val="28"/>
                <w:szCs w:val="28"/>
              </w:rPr>
            </w:pPr>
            <w:r w:rsidRPr="00A06E27">
              <w:rPr>
                <w:rFonts w:cs="Times New Roman"/>
                <w:sz w:val="28"/>
                <w:szCs w:val="28"/>
              </w:rPr>
              <w:t>Phù hợp / Cần kiểm chứng</w:t>
            </w:r>
          </w:p>
        </w:tc>
      </w:tr>
      <w:tr w:rsidR="004474A1" w:rsidRPr="00A06E27" w14:paraId="54906712" w14:textId="77777777">
        <w:trPr>
          <w:cantSplit/>
          <w:jc w:val="center"/>
        </w:trPr>
        <w:tc>
          <w:tcPr>
            <w:tcW w:w="1559" w:type="dxa"/>
            <w:vAlign w:val="center"/>
          </w:tcPr>
          <w:p w14:paraId="342A492B"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5545CFB6"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723E51D4"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5BD6349D" w14:textId="77777777" w:rsidR="004474A1" w:rsidRPr="00A06E27" w:rsidRDefault="006E6AAD">
            <w:pPr>
              <w:rPr>
                <w:rFonts w:cs="Times New Roman"/>
                <w:sz w:val="28"/>
                <w:szCs w:val="28"/>
              </w:rPr>
            </w:pPr>
            <w:r w:rsidRPr="00A06E27">
              <w:rPr>
                <w:rFonts w:cs="Times New Roman"/>
                <w:sz w:val="28"/>
                <w:szCs w:val="28"/>
              </w:rPr>
              <w:t>........................</w:t>
            </w:r>
          </w:p>
        </w:tc>
        <w:tc>
          <w:tcPr>
            <w:tcW w:w="1559" w:type="dxa"/>
            <w:vAlign w:val="center"/>
          </w:tcPr>
          <w:p w14:paraId="43AD5BF4" w14:textId="77777777" w:rsidR="004474A1" w:rsidRPr="00A06E27" w:rsidRDefault="006E6AAD">
            <w:pPr>
              <w:rPr>
                <w:rFonts w:cs="Times New Roman"/>
                <w:sz w:val="28"/>
                <w:szCs w:val="28"/>
              </w:rPr>
            </w:pPr>
            <w:r w:rsidRPr="00A06E27">
              <w:rPr>
                <w:rFonts w:cs="Times New Roman"/>
                <w:sz w:val="28"/>
                <w:szCs w:val="28"/>
              </w:rPr>
              <w:t>- SGK</w:t>
            </w:r>
            <w:r w:rsidRPr="00A06E27">
              <w:rPr>
                <w:rFonts w:cs="Times New Roman"/>
                <w:sz w:val="28"/>
                <w:szCs w:val="28"/>
              </w:rPr>
              <w:br/>
              <w:t>- Thời điểm</w:t>
            </w:r>
            <w:r w:rsidRPr="00A06E27">
              <w:rPr>
                <w:rFonts w:cs="Times New Roman"/>
                <w:sz w:val="28"/>
                <w:szCs w:val="28"/>
              </w:rPr>
              <w:br/>
              <w:t>- Bằng chứng</w:t>
            </w:r>
          </w:p>
        </w:tc>
        <w:tc>
          <w:tcPr>
            <w:tcW w:w="1559" w:type="dxa"/>
            <w:vAlign w:val="center"/>
          </w:tcPr>
          <w:p w14:paraId="6CAD6F36" w14:textId="77777777" w:rsidR="004474A1" w:rsidRPr="00A06E27" w:rsidRDefault="006E6AAD">
            <w:pPr>
              <w:rPr>
                <w:rFonts w:cs="Times New Roman"/>
                <w:sz w:val="28"/>
                <w:szCs w:val="28"/>
              </w:rPr>
            </w:pPr>
            <w:r w:rsidRPr="00A06E27">
              <w:rPr>
                <w:rFonts w:cs="Times New Roman"/>
                <w:sz w:val="28"/>
                <w:szCs w:val="28"/>
              </w:rPr>
              <w:t>Phù hợp / Cần kiểm chứng</w:t>
            </w:r>
          </w:p>
        </w:tc>
      </w:tr>
    </w:tbl>
    <w:p w14:paraId="42CF1281" w14:textId="77777777" w:rsidR="004474A1" w:rsidRPr="00A06E27" w:rsidRDefault="006E6AAD">
      <w:pPr>
        <w:rPr>
          <w:rFonts w:cs="Times New Roman"/>
          <w:sz w:val="28"/>
          <w:szCs w:val="28"/>
        </w:rPr>
      </w:pPr>
      <w:r w:rsidRPr="00A06E27">
        <w:rPr>
          <w:rFonts w:cs="Times New Roman"/>
          <w:b/>
          <w:sz w:val="28"/>
          <w:szCs w:val="28"/>
        </w:rPr>
        <w:t>2. Mẫu nội dung trục thời gian số</w:t>
      </w:r>
    </w:p>
    <w:tbl>
      <w:tblPr>
        <w:tblStyle w:val="TableGrid"/>
        <w:tblW w:w="0" w:type="auto"/>
        <w:jc w:val="center"/>
        <w:tblLook w:val="04A0" w:firstRow="1" w:lastRow="0" w:firstColumn="1" w:lastColumn="0" w:noHBand="0" w:noVBand="1"/>
      </w:tblPr>
      <w:tblGrid>
        <w:gridCol w:w="2203"/>
        <w:gridCol w:w="2456"/>
        <w:gridCol w:w="2456"/>
        <w:gridCol w:w="2456"/>
      </w:tblGrid>
      <w:tr w:rsidR="004474A1" w:rsidRPr="00A06E27" w14:paraId="5A3091C1" w14:textId="77777777">
        <w:trPr>
          <w:cantSplit/>
          <w:tblHeader/>
          <w:jc w:val="center"/>
        </w:trPr>
        <w:tc>
          <w:tcPr>
            <w:tcW w:w="2339" w:type="dxa"/>
            <w:shd w:val="clear" w:color="auto" w:fill="D9EAF7"/>
            <w:vAlign w:val="center"/>
          </w:tcPr>
          <w:p w14:paraId="1D05A719" w14:textId="77777777" w:rsidR="004474A1" w:rsidRPr="00A06E27" w:rsidRDefault="006E6AAD">
            <w:pPr>
              <w:jc w:val="center"/>
              <w:rPr>
                <w:rFonts w:cs="Times New Roman"/>
                <w:sz w:val="28"/>
                <w:szCs w:val="28"/>
              </w:rPr>
            </w:pPr>
            <w:r w:rsidRPr="00A06E27">
              <w:rPr>
                <w:rFonts w:cs="Times New Roman"/>
                <w:b/>
                <w:sz w:val="28"/>
                <w:szCs w:val="28"/>
              </w:rPr>
              <w:t>Thời gian</w:t>
            </w:r>
          </w:p>
        </w:tc>
        <w:tc>
          <w:tcPr>
            <w:tcW w:w="2339" w:type="dxa"/>
            <w:shd w:val="clear" w:color="auto" w:fill="D9EAF7"/>
            <w:vAlign w:val="center"/>
          </w:tcPr>
          <w:p w14:paraId="7CE82173" w14:textId="77777777" w:rsidR="004474A1" w:rsidRPr="00A06E27" w:rsidRDefault="006E6AAD">
            <w:pPr>
              <w:jc w:val="center"/>
              <w:rPr>
                <w:rFonts w:cs="Times New Roman"/>
                <w:sz w:val="28"/>
                <w:szCs w:val="28"/>
              </w:rPr>
            </w:pPr>
            <w:r w:rsidRPr="00A06E27">
              <w:rPr>
                <w:rFonts w:cs="Times New Roman"/>
                <w:b/>
                <w:sz w:val="28"/>
                <w:szCs w:val="28"/>
              </w:rPr>
              <w:t>Sự kiện</w:t>
            </w:r>
          </w:p>
        </w:tc>
        <w:tc>
          <w:tcPr>
            <w:tcW w:w="2339" w:type="dxa"/>
            <w:shd w:val="clear" w:color="auto" w:fill="D9EAF7"/>
            <w:vAlign w:val="center"/>
          </w:tcPr>
          <w:p w14:paraId="705841E5" w14:textId="77777777" w:rsidR="004474A1" w:rsidRPr="00A06E27" w:rsidRDefault="006E6AAD">
            <w:pPr>
              <w:jc w:val="center"/>
              <w:rPr>
                <w:rFonts w:cs="Times New Roman"/>
                <w:sz w:val="28"/>
                <w:szCs w:val="28"/>
              </w:rPr>
            </w:pPr>
            <w:r w:rsidRPr="00A06E27">
              <w:rPr>
                <w:rFonts w:cs="Times New Roman"/>
                <w:b/>
                <w:sz w:val="28"/>
                <w:szCs w:val="28"/>
              </w:rPr>
              <w:t>Nội dung chính</w:t>
            </w:r>
          </w:p>
        </w:tc>
        <w:tc>
          <w:tcPr>
            <w:tcW w:w="2339" w:type="dxa"/>
            <w:shd w:val="clear" w:color="auto" w:fill="D9EAF7"/>
            <w:vAlign w:val="center"/>
          </w:tcPr>
          <w:p w14:paraId="04E4D79F" w14:textId="77777777" w:rsidR="004474A1" w:rsidRPr="00A06E27" w:rsidRDefault="006E6AAD">
            <w:pPr>
              <w:jc w:val="center"/>
              <w:rPr>
                <w:rFonts w:cs="Times New Roman"/>
                <w:sz w:val="28"/>
                <w:szCs w:val="28"/>
              </w:rPr>
            </w:pPr>
            <w:r w:rsidRPr="00A06E27">
              <w:rPr>
                <w:rFonts w:cs="Times New Roman"/>
                <w:b/>
                <w:sz w:val="28"/>
                <w:szCs w:val="28"/>
              </w:rPr>
              <w:t>Ý nghĩa</w:t>
            </w:r>
          </w:p>
        </w:tc>
      </w:tr>
      <w:tr w:rsidR="004474A1" w:rsidRPr="00A06E27" w14:paraId="1E1B7410" w14:textId="77777777">
        <w:trPr>
          <w:cantSplit/>
          <w:jc w:val="center"/>
        </w:trPr>
        <w:tc>
          <w:tcPr>
            <w:tcW w:w="2339" w:type="dxa"/>
            <w:vAlign w:val="center"/>
          </w:tcPr>
          <w:p w14:paraId="14546C49" w14:textId="77777777" w:rsidR="004474A1" w:rsidRPr="00A06E27" w:rsidRDefault="006E6AAD">
            <w:pPr>
              <w:rPr>
                <w:rFonts w:cs="Times New Roman"/>
                <w:sz w:val="28"/>
                <w:szCs w:val="28"/>
              </w:rPr>
            </w:pPr>
            <w:r w:rsidRPr="00A06E27">
              <w:rPr>
                <w:rFonts w:cs="Times New Roman"/>
                <w:sz w:val="28"/>
                <w:szCs w:val="28"/>
              </w:rPr>
              <w:t>25-10-1917</w:t>
            </w:r>
          </w:p>
        </w:tc>
        <w:tc>
          <w:tcPr>
            <w:tcW w:w="2339" w:type="dxa"/>
            <w:vAlign w:val="center"/>
          </w:tcPr>
          <w:p w14:paraId="05CAF7D4"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5692222F"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3F363852" w14:textId="77777777" w:rsidR="004474A1" w:rsidRPr="00A06E27" w:rsidRDefault="006E6AAD">
            <w:pPr>
              <w:rPr>
                <w:rFonts w:cs="Times New Roman"/>
                <w:sz w:val="28"/>
                <w:szCs w:val="28"/>
              </w:rPr>
            </w:pPr>
            <w:r w:rsidRPr="00A06E27">
              <w:rPr>
                <w:rFonts w:cs="Times New Roman"/>
                <w:sz w:val="28"/>
                <w:szCs w:val="28"/>
              </w:rPr>
              <w:t>................................</w:t>
            </w:r>
          </w:p>
        </w:tc>
      </w:tr>
      <w:tr w:rsidR="004474A1" w:rsidRPr="00A06E27" w14:paraId="43AD3F81" w14:textId="77777777">
        <w:trPr>
          <w:cantSplit/>
          <w:jc w:val="center"/>
        </w:trPr>
        <w:tc>
          <w:tcPr>
            <w:tcW w:w="2339" w:type="dxa"/>
            <w:vAlign w:val="center"/>
          </w:tcPr>
          <w:p w14:paraId="1E404E39" w14:textId="77777777" w:rsidR="004474A1" w:rsidRPr="00A06E27" w:rsidRDefault="006E6AAD">
            <w:pPr>
              <w:rPr>
                <w:rFonts w:cs="Times New Roman"/>
                <w:sz w:val="28"/>
                <w:szCs w:val="28"/>
              </w:rPr>
            </w:pPr>
            <w:r w:rsidRPr="00A06E27">
              <w:rPr>
                <w:rFonts w:cs="Times New Roman"/>
                <w:sz w:val="28"/>
                <w:szCs w:val="28"/>
              </w:rPr>
              <w:t>1918-1921</w:t>
            </w:r>
          </w:p>
        </w:tc>
        <w:tc>
          <w:tcPr>
            <w:tcW w:w="2339" w:type="dxa"/>
            <w:vAlign w:val="center"/>
          </w:tcPr>
          <w:p w14:paraId="2405B454"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09E3C945"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02AD0BE0" w14:textId="77777777" w:rsidR="004474A1" w:rsidRPr="00A06E27" w:rsidRDefault="006E6AAD">
            <w:pPr>
              <w:rPr>
                <w:rFonts w:cs="Times New Roman"/>
                <w:sz w:val="28"/>
                <w:szCs w:val="28"/>
              </w:rPr>
            </w:pPr>
            <w:r w:rsidRPr="00A06E27">
              <w:rPr>
                <w:rFonts w:cs="Times New Roman"/>
                <w:sz w:val="28"/>
                <w:szCs w:val="28"/>
              </w:rPr>
              <w:t>................................</w:t>
            </w:r>
          </w:p>
        </w:tc>
      </w:tr>
      <w:tr w:rsidR="004474A1" w:rsidRPr="00A06E27" w14:paraId="481CE380" w14:textId="77777777">
        <w:trPr>
          <w:cantSplit/>
          <w:jc w:val="center"/>
        </w:trPr>
        <w:tc>
          <w:tcPr>
            <w:tcW w:w="2339" w:type="dxa"/>
            <w:vAlign w:val="center"/>
          </w:tcPr>
          <w:p w14:paraId="686A1B5E" w14:textId="77777777" w:rsidR="004474A1" w:rsidRPr="00A06E27" w:rsidRDefault="006E6AAD">
            <w:pPr>
              <w:rPr>
                <w:rFonts w:cs="Times New Roman"/>
                <w:sz w:val="28"/>
                <w:szCs w:val="28"/>
              </w:rPr>
            </w:pPr>
            <w:r w:rsidRPr="00A06E27">
              <w:rPr>
                <w:rFonts w:cs="Times New Roman"/>
                <w:sz w:val="28"/>
                <w:szCs w:val="28"/>
              </w:rPr>
              <w:t>30-12-1922</w:t>
            </w:r>
          </w:p>
        </w:tc>
        <w:tc>
          <w:tcPr>
            <w:tcW w:w="2339" w:type="dxa"/>
            <w:vAlign w:val="center"/>
          </w:tcPr>
          <w:p w14:paraId="49A8DE62"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6E682B64"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2D559AB5" w14:textId="77777777" w:rsidR="004474A1" w:rsidRPr="00A06E27" w:rsidRDefault="006E6AAD">
            <w:pPr>
              <w:rPr>
                <w:rFonts w:cs="Times New Roman"/>
                <w:sz w:val="28"/>
                <w:szCs w:val="28"/>
              </w:rPr>
            </w:pPr>
            <w:r w:rsidRPr="00A06E27">
              <w:rPr>
                <w:rFonts w:cs="Times New Roman"/>
                <w:sz w:val="28"/>
                <w:szCs w:val="28"/>
              </w:rPr>
              <w:t>................................</w:t>
            </w:r>
          </w:p>
        </w:tc>
      </w:tr>
      <w:tr w:rsidR="004474A1" w:rsidRPr="00A06E27" w14:paraId="0B5176D5" w14:textId="77777777">
        <w:trPr>
          <w:cantSplit/>
          <w:jc w:val="center"/>
        </w:trPr>
        <w:tc>
          <w:tcPr>
            <w:tcW w:w="2339" w:type="dxa"/>
            <w:vAlign w:val="center"/>
          </w:tcPr>
          <w:p w14:paraId="175085DC" w14:textId="77777777" w:rsidR="004474A1" w:rsidRPr="00A06E27" w:rsidRDefault="006E6AAD">
            <w:pPr>
              <w:rPr>
                <w:rFonts w:cs="Times New Roman"/>
                <w:sz w:val="28"/>
                <w:szCs w:val="28"/>
              </w:rPr>
            </w:pPr>
            <w:r w:rsidRPr="00A06E27">
              <w:rPr>
                <w:rFonts w:cs="Times New Roman"/>
                <w:sz w:val="28"/>
                <w:szCs w:val="28"/>
              </w:rPr>
              <w:t>1-1924</w:t>
            </w:r>
          </w:p>
        </w:tc>
        <w:tc>
          <w:tcPr>
            <w:tcW w:w="2339" w:type="dxa"/>
            <w:vAlign w:val="center"/>
          </w:tcPr>
          <w:p w14:paraId="072C1308"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40E2BFAC" w14:textId="77777777" w:rsidR="004474A1" w:rsidRPr="00A06E27" w:rsidRDefault="006E6AAD">
            <w:pPr>
              <w:rPr>
                <w:rFonts w:cs="Times New Roman"/>
                <w:sz w:val="28"/>
                <w:szCs w:val="28"/>
              </w:rPr>
            </w:pPr>
            <w:r w:rsidRPr="00A06E27">
              <w:rPr>
                <w:rFonts w:cs="Times New Roman"/>
                <w:sz w:val="28"/>
                <w:szCs w:val="28"/>
              </w:rPr>
              <w:t>................................</w:t>
            </w:r>
          </w:p>
        </w:tc>
        <w:tc>
          <w:tcPr>
            <w:tcW w:w="2339" w:type="dxa"/>
            <w:vAlign w:val="center"/>
          </w:tcPr>
          <w:p w14:paraId="55DFF1F0" w14:textId="77777777" w:rsidR="004474A1" w:rsidRPr="00A06E27" w:rsidRDefault="006E6AAD">
            <w:pPr>
              <w:rPr>
                <w:rFonts w:cs="Times New Roman"/>
                <w:sz w:val="28"/>
                <w:szCs w:val="28"/>
              </w:rPr>
            </w:pPr>
            <w:r w:rsidRPr="00A06E27">
              <w:rPr>
                <w:rFonts w:cs="Times New Roman"/>
                <w:sz w:val="28"/>
                <w:szCs w:val="28"/>
              </w:rPr>
              <w:t>................................</w:t>
            </w:r>
          </w:p>
        </w:tc>
      </w:tr>
    </w:tbl>
    <w:p w14:paraId="5F0FA463" w14:textId="3AC64B47" w:rsidR="004474A1" w:rsidRPr="00A06E27" w:rsidRDefault="004474A1" w:rsidP="00A06E27">
      <w:pPr>
        <w:rPr>
          <w:rFonts w:cs="Times New Roman"/>
          <w:sz w:val="28"/>
          <w:szCs w:val="28"/>
        </w:rPr>
      </w:pPr>
    </w:p>
    <w:sectPr w:rsidR="004474A1" w:rsidRPr="00A06E27" w:rsidSect="00034616">
      <w:headerReference w:type="default" r:id="rId11"/>
      <w:footerReference w:type="default" r:id="rId12"/>
      <w:pgSz w:w="11906" w:h="16838"/>
      <w:pgMar w:top="1134" w:right="1134"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92E18" w14:textId="77777777" w:rsidR="00AB5EC7" w:rsidRDefault="00AB5EC7">
      <w:pPr>
        <w:spacing w:line="240" w:lineRule="auto"/>
      </w:pPr>
      <w:r>
        <w:separator/>
      </w:r>
    </w:p>
  </w:endnote>
  <w:endnote w:type="continuationSeparator" w:id="0">
    <w:p w14:paraId="07B406D9" w14:textId="77777777" w:rsidR="00AB5EC7" w:rsidRDefault="00AB5E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FCF6" w14:textId="77777777" w:rsidR="00937565" w:rsidRDefault="0093756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D741E" w14:textId="77777777" w:rsidR="00AB5EC7" w:rsidRDefault="00AB5EC7">
      <w:pPr>
        <w:spacing w:line="240" w:lineRule="auto"/>
      </w:pPr>
      <w:r>
        <w:separator/>
      </w:r>
    </w:p>
  </w:footnote>
  <w:footnote w:type="continuationSeparator" w:id="0">
    <w:p w14:paraId="613BCAD3" w14:textId="77777777" w:rsidR="00AB5EC7" w:rsidRDefault="00AB5E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D390" w14:textId="17D4E52D" w:rsidR="00070515" w:rsidRPr="00070515" w:rsidRDefault="00070515">
    <w:pPr>
      <w:pStyle w:val="Header"/>
      <w:rPr>
        <w:lang w:val="vi-VN"/>
      </w:rPr>
    </w:pPr>
    <w:r>
      <w:t>KHBD</w:t>
    </w:r>
    <w:r>
      <w:rPr>
        <w:lang w:val="vi-VN"/>
      </w:rPr>
      <w:t xml:space="preserve"> SỬ 11- GV: NGUYỄN THỊ BÌNH</w:t>
    </w:r>
  </w:p>
  <w:p w14:paraId="3A861F93" w14:textId="77777777" w:rsidR="00070515" w:rsidRDefault="000705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3F91226"/>
    <w:multiLevelType w:val="multilevel"/>
    <w:tmpl w:val="F6862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C456BE"/>
    <w:multiLevelType w:val="multilevel"/>
    <w:tmpl w:val="1C5C3F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F40580"/>
    <w:multiLevelType w:val="multilevel"/>
    <w:tmpl w:val="54B64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B2A709E"/>
    <w:multiLevelType w:val="multilevel"/>
    <w:tmpl w:val="6192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FA605CB"/>
    <w:multiLevelType w:val="multilevel"/>
    <w:tmpl w:val="DE7031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7AD0FBF"/>
    <w:multiLevelType w:val="multilevel"/>
    <w:tmpl w:val="750E1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CC5F8A"/>
    <w:multiLevelType w:val="multilevel"/>
    <w:tmpl w:val="175ED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FD4A77"/>
    <w:multiLevelType w:val="multilevel"/>
    <w:tmpl w:val="0D72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630B90"/>
    <w:multiLevelType w:val="multilevel"/>
    <w:tmpl w:val="837CC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ED4D2E"/>
    <w:multiLevelType w:val="multilevel"/>
    <w:tmpl w:val="4648A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5F454D"/>
    <w:multiLevelType w:val="multilevel"/>
    <w:tmpl w:val="DA688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D24651"/>
    <w:multiLevelType w:val="multilevel"/>
    <w:tmpl w:val="CDEE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E207C6"/>
    <w:multiLevelType w:val="multilevel"/>
    <w:tmpl w:val="D74E7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A266EB"/>
    <w:multiLevelType w:val="multilevel"/>
    <w:tmpl w:val="4998A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AF56396"/>
    <w:multiLevelType w:val="multilevel"/>
    <w:tmpl w:val="656C7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4A5147"/>
    <w:multiLevelType w:val="multilevel"/>
    <w:tmpl w:val="CBFC3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BD2D7B"/>
    <w:multiLevelType w:val="multilevel"/>
    <w:tmpl w:val="1FC8B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AA20B8"/>
    <w:multiLevelType w:val="multilevel"/>
    <w:tmpl w:val="E9F26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8B2564"/>
    <w:multiLevelType w:val="multilevel"/>
    <w:tmpl w:val="2D183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EA6DD2"/>
    <w:multiLevelType w:val="multilevel"/>
    <w:tmpl w:val="A1248F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0615A4"/>
    <w:multiLevelType w:val="multilevel"/>
    <w:tmpl w:val="BD40B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76412C9"/>
    <w:multiLevelType w:val="multilevel"/>
    <w:tmpl w:val="D438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D80CE9"/>
    <w:multiLevelType w:val="multilevel"/>
    <w:tmpl w:val="CD8C2E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DEB05DA"/>
    <w:multiLevelType w:val="multilevel"/>
    <w:tmpl w:val="431E3E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F8853C9"/>
    <w:multiLevelType w:val="multilevel"/>
    <w:tmpl w:val="1474E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5140124">
    <w:abstractNumId w:val="8"/>
  </w:num>
  <w:num w:numId="2" w16cid:durableId="2143300446">
    <w:abstractNumId w:val="6"/>
  </w:num>
  <w:num w:numId="3" w16cid:durableId="1329864309">
    <w:abstractNumId w:val="5"/>
  </w:num>
  <w:num w:numId="4" w16cid:durableId="38364224">
    <w:abstractNumId w:val="4"/>
  </w:num>
  <w:num w:numId="5" w16cid:durableId="469246736">
    <w:abstractNumId w:val="7"/>
  </w:num>
  <w:num w:numId="6" w16cid:durableId="665716055">
    <w:abstractNumId w:val="3"/>
  </w:num>
  <w:num w:numId="7" w16cid:durableId="1593466503">
    <w:abstractNumId w:val="2"/>
  </w:num>
  <w:num w:numId="8" w16cid:durableId="1541169840">
    <w:abstractNumId w:val="1"/>
  </w:num>
  <w:num w:numId="9" w16cid:durableId="2035764330">
    <w:abstractNumId w:val="0"/>
  </w:num>
  <w:num w:numId="10" w16cid:durableId="1681734443">
    <w:abstractNumId w:val="30"/>
  </w:num>
  <w:num w:numId="11" w16cid:durableId="919096545">
    <w:abstractNumId w:val="16"/>
  </w:num>
  <w:num w:numId="12" w16cid:durableId="2061974026">
    <w:abstractNumId w:val="13"/>
  </w:num>
  <w:num w:numId="13" w16cid:durableId="371852805">
    <w:abstractNumId w:val="24"/>
  </w:num>
  <w:num w:numId="14" w16cid:durableId="909386361">
    <w:abstractNumId w:val="12"/>
  </w:num>
  <w:num w:numId="15" w16cid:durableId="1652901091">
    <w:abstractNumId w:val="21"/>
  </w:num>
  <w:num w:numId="16" w16cid:durableId="1329402049">
    <w:abstractNumId w:val="26"/>
  </w:num>
  <w:num w:numId="17" w16cid:durableId="1729375400">
    <w:abstractNumId w:val="33"/>
  </w:num>
  <w:num w:numId="18" w16cid:durableId="1812940030">
    <w:abstractNumId w:val="25"/>
  </w:num>
  <w:num w:numId="19" w16cid:durableId="464473964">
    <w:abstractNumId w:val="32"/>
  </w:num>
  <w:num w:numId="20" w16cid:durableId="181431964">
    <w:abstractNumId w:val="20"/>
  </w:num>
  <w:num w:numId="21" w16cid:durableId="1858542064">
    <w:abstractNumId w:val="19"/>
  </w:num>
  <w:num w:numId="22" w16cid:durableId="605120819">
    <w:abstractNumId w:val="22"/>
  </w:num>
  <w:num w:numId="23" w16cid:durableId="1019310490">
    <w:abstractNumId w:val="17"/>
  </w:num>
  <w:num w:numId="24" w16cid:durableId="1225095510">
    <w:abstractNumId w:val="31"/>
  </w:num>
  <w:num w:numId="25" w16cid:durableId="2124954823">
    <w:abstractNumId w:val="15"/>
  </w:num>
  <w:num w:numId="26" w16cid:durableId="1861580167">
    <w:abstractNumId w:val="27"/>
  </w:num>
  <w:num w:numId="27" w16cid:durableId="1398943129">
    <w:abstractNumId w:val="9"/>
  </w:num>
  <w:num w:numId="28" w16cid:durableId="50085697">
    <w:abstractNumId w:val="11"/>
  </w:num>
  <w:num w:numId="29" w16cid:durableId="1220291039">
    <w:abstractNumId w:val="28"/>
  </w:num>
  <w:num w:numId="30" w16cid:durableId="1529755962">
    <w:abstractNumId w:val="10"/>
  </w:num>
  <w:num w:numId="31" w16cid:durableId="1518278253">
    <w:abstractNumId w:val="18"/>
  </w:num>
  <w:num w:numId="32" w16cid:durableId="1048723890">
    <w:abstractNumId w:val="14"/>
  </w:num>
  <w:num w:numId="33" w16cid:durableId="439909302">
    <w:abstractNumId w:val="29"/>
  </w:num>
  <w:num w:numId="34" w16cid:durableId="152555699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515"/>
    <w:rsid w:val="0015074B"/>
    <w:rsid w:val="001C0352"/>
    <w:rsid w:val="001D445C"/>
    <w:rsid w:val="00271F30"/>
    <w:rsid w:val="0029639D"/>
    <w:rsid w:val="003010D4"/>
    <w:rsid w:val="00326F90"/>
    <w:rsid w:val="003622B0"/>
    <w:rsid w:val="00383D2E"/>
    <w:rsid w:val="003C7DF1"/>
    <w:rsid w:val="003F4D4F"/>
    <w:rsid w:val="004474A1"/>
    <w:rsid w:val="004D770E"/>
    <w:rsid w:val="00552FF2"/>
    <w:rsid w:val="006E6AAD"/>
    <w:rsid w:val="00764C20"/>
    <w:rsid w:val="00870241"/>
    <w:rsid w:val="00885447"/>
    <w:rsid w:val="00937565"/>
    <w:rsid w:val="009E4E33"/>
    <w:rsid w:val="00A06E27"/>
    <w:rsid w:val="00A80EB9"/>
    <w:rsid w:val="00AA1D8D"/>
    <w:rsid w:val="00AB5EC7"/>
    <w:rsid w:val="00B21875"/>
    <w:rsid w:val="00B47730"/>
    <w:rsid w:val="00BA6E91"/>
    <w:rsid w:val="00CB0664"/>
    <w:rsid w:val="00DB0532"/>
    <w:rsid w:val="00E15C50"/>
    <w:rsid w:val="00FC693F"/>
    <w:rsid w:val="00FE16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C7EF7C"/>
  <w14:defaultImageDpi w14:val="300"/>
  <w15:docId w15:val="{58C1B860-7D16-4C1C-BA23-00153AF98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AHeading1">
    <w:name w:val="GA_Heading1"/>
    <w:pPr>
      <w:spacing w:before="60" w:after="20"/>
    </w:pPr>
    <w:rPr>
      <w:rFonts w:ascii="Times New Roman" w:eastAsia="Times New Roman" w:hAnsi="Times New Roman"/>
      <w:b/>
      <w:sz w:val="28"/>
    </w:rPr>
  </w:style>
  <w:style w:type="paragraph" w:customStyle="1" w:styleId="GAHeading2">
    <w:name w:val="GA_Heading2"/>
    <w:pPr>
      <w:spacing w:before="60" w:after="20"/>
    </w:pPr>
    <w:rPr>
      <w:rFonts w:ascii="Times New Roman" w:eastAsia="Times New Roman" w:hAnsi="Times New Roman"/>
      <w:b/>
      <w:sz w:val="26"/>
    </w:rPr>
  </w:style>
  <w:style w:type="paragraph" w:customStyle="1" w:styleId="GAActivity">
    <w:name w:val="GA_Activity"/>
    <w:pPr>
      <w:spacing w:before="60" w:after="20"/>
    </w:pPr>
    <w:rPr>
      <w:rFonts w:ascii="Times New Roman" w:eastAsia="Times New Roman" w:hAnsi="Times New Roman"/>
      <w:b/>
      <w:i/>
      <w:sz w:val="26"/>
    </w:rPr>
  </w:style>
  <w:style w:type="paragraph" w:customStyle="1" w:styleId="GACaption">
    <w:name w:val="GA_Caption"/>
    <w:pPr>
      <w:spacing w:before="60" w:after="20"/>
    </w:pPr>
    <w:rPr>
      <w:rFonts w:ascii="Times New Roman" w:eastAsia="Times New Roman" w:hAnsi="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20</Pages>
  <Words>4944</Words>
  <Characters>28183</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Giáo án Bài 3 - Sự hình thành Liên bang Cộng hòa xã hội chủ nghĩa Xô viết</dc:title>
  <dc:subject>Lịch sử 11 - Kết nối tri thức - Công văn 5512</dc:subject>
  <dc:creator>E-Verse</dc:creator>
  <cp:keywords/>
  <dc:description>generated by python-docx</dc:description>
  <cp:lastModifiedBy>nhubinh44@gmail.com</cp:lastModifiedBy>
  <cp:revision>17</cp:revision>
  <dcterms:created xsi:type="dcterms:W3CDTF">2013-12-23T23:15:00Z</dcterms:created>
  <dcterms:modified xsi:type="dcterms:W3CDTF">2026-10-27T14:20:00Z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2026-10-26T02:18:13Z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afdfdc3e-db78-42b7-8571-3c8f4953944d</vt:lpwstr>
  </property>
  <property fmtid="{D5CDD505-2E9C-101B-9397-08002B2CF9AE}" pid="7" name="MSIP_Label_defa4170-0d19-0005-0004-bc88714345d2_ActionId">
    <vt:lpwstr>b287636e-f91e-4b86-9599-bfdb00476dfa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