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0394C" w14:textId="77777777" w:rsidR="00B05AE6" w:rsidRDefault="00B05AE6" w:rsidP="00B05AE6">
      <w:pPr>
        <w:spacing w:after="80"/>
        <w:rPr>
          <w:rFonts w:cs="Times New Roman"/>
          <w:b/>
          <w:bCs/>
          <w:i/>
          <w:iCs/>
          <w:szCs w:val="26"/>
        </w:rPr>
      </w:pPr>
      <w:r>
        <w:rPr>
          <w:rFonts w:cs="Times New Roman"/>
          <w:b/>
          <w:bCs/>
          <w:i/>
          <w:iCs/>
          <w:szCs w:val="26"/>
        </w:rPr>
        <w:t>Ngày soạn: 4/9/2026.</w:t>
      </w:r>
    </w:p>
    <w:p w14:paraId="0562FD77" w14:textId="77777777" w:rsidR="00B05AE6" w:rsidRPr="00791F94" w:rsidRDefault="00B05AE6" w:rsidP="00B05AE6">
      <w:pPr>
        <w:spacing w:after="80"/>
        <w:rPr>
          <w:rFonts w:cs="Times New Roman"/>
          <w:b/>
          <w:bCs/>
          <w:i/>
          <w:iCs/>
          <w:szCs w:val="26"/>
        </w:rPr>
      </w:pPr>
      <w:r w:rsidRPr="00791F94">
        <w:rPr>
          <w:rFonts w:cs="Times New Roman"/>
          <w:b/>
          <w:bCs/>
          <w:i/>
          <w:iCs/>
          <w:szCs w:val="26"/>
        </w:rPr>
        <w:t>Giáo viên : Nguyễn Văn Thuật</w:t>
      </w:r>
    </w:p>
    <w:p w14:paraId="087F33F6" w14:textId="7714E228" w:rsidR="00B05AE6" w:rsidRPr="005E3E15" w:rsidRDefault="00000000">
      <w:pPr>
        <w:keepNext/>
        <w:jc w:val="center"/>
        <w:rPr>
          <w:rFonts w:cs="Times New Roman"/>
          <w:b/>
          <w:szCs w:val="28"/>
          <w:u w:val="single"/>
        </w:rPr>
      </w:pPr>
      <w:r w:rsidRPr="005E3E15">
        <w:rPr>
          <w:rFonts w:cs="Times New Roman"/>
          <w:b/>
          <w:szCs w:val="28"/>
          <w:u w:val="single"/>
        </w:rPr>
        <w:t>BÀI 1</w:t>
      </w:r>
    </w:p>
    <w:p w14:paraId="2F4C70E2" w14:textId="6A4C344C" w:rsidR="009A726D" w:rsidRDefault="00000000">
      <w:pPr>
        <w:keepNext/>
        <w:jc w:val="center"/>
        <w:rPr>
          <w:rFonts w:cs="Times New Roman"/>
          <w:b/>
          <w:szCs w:val="28"/>
        </w:rPr>
      </w:pPr>
      <w:r w:rsidRPr="00174685">
        <w:rPr>
          <w:rFonts w:cs="Times New Roman"/>
          <w:b/>
          <w:szCs w:val="28"/>
        </w:rPr>
        <w:t>HIỆN THỰC LỊCH SỬ VÀ LỊCH SỬ ĐƯỢC CON NGƯỜI NHẬN THỨC</w:t>
      </w:r>
    </w:p>
    <w:p w14:paraId="43D50FB0" w14:textId="42D7C13E" w:rsidR="001011C1" w:rsidRPr="00174685" w:rsidRDefault="001011C1">
      <w:pPr>
        <w:keepNext/>
        <w:jc w:val="center"/>
        <w:rPr>
          <w:rFonts w:cs="Times New Roman"/>
          <w:szCs w:val="28"/>
        </w:rPr>
      </w:pPr>
      <w:r>
        <w:rPr>
          <w:rFonts w:cs="Times New Roman"/>
          <w:b/>
          <w:szCs w:val="28"/>
        </w:rPr>
        <w:t>(Tiết 1, 2, 3)</w:t>
      </w:r>
    </w:p>
    <w:p w14:paraId="22936399" w14:textId="77777777" w:rsidR="009A726D" w:rsidRPr="00174685" w:rsidRDefault="00000000">
      <w:pPr>
        <w:keepNext/>
        <w:rPr>
          <w:rFonts w:cs="Times New Roman"/>
          <w:szCs w:val="28"/>
        </w:rPr>
      </w:pPr>
      <w:r w:rsidRPr="00174685">
        <w:rPr>
          <w:rFonts w:cs="Times New Roman"/>
          <w:b/>
          <w:szCs w:val="28"/>
        </w:rPr>
        <w:t>I. MỤC ĐÍCH, YÊU CẦU</w:t>
      </w:r>
    </w:p>
    <w:p w14:paraId="0B60A1BA" w14:textId="77777777" w:rsidR="009A726D" w:rsidRPr="00174685" w:rsidRDefault="00000000">
      <w:pPr>
        <w:keepNext/>
        <w:rPr>
          <w:rFonts w:cs="Times New Roman"/>
          <w:szCs w:val="28"/>
        </w:rPr>
      </w:pPr>
      <w:r w:rsidRPr="00174685">
        <w:rPr>
          <w:rFonts w:cs="Times New Roman"/>
          <w:b/>
          <w:szCs w:val="28"/>
        </w:rPr>
        <w:t>1. Về kiến thức</w:t>
      </w:r>
    </w:p>
    <w:p w14:paraId="15291871" w14:textId="2E999FCC" w:rsidR="009A726D" w:rsidRPr="00174685" w:rsidRDefault="00000000">
      <w:pPr>
        <w:rPr>
          <w:rFonts w:cs="Times New Roman"/>
          <w:szCs w:val="28"/>
        </w:rPr>
      </w:pPr>
      <w:r w:rsidRPr="00174685">
        <w:rPr>
          <w:rFonts w:cs="Times New Roman"/>
          <w:szCs w:val="28"/>
        </w:rPr>
        <w:t xml:space="preserve">-  </w:t>
      </w:r>
      <w:r w:rsidR="007526E0">
        <w:rPr>
          <w:rFonts w:cs="Times New Roman"/>
          <w:szCs w:val="28"/>
        </w:rPr>
        <w:t>K</w:t>
      </w:r>
      <w:r w:rsidRPr="00174685">
        <w:rPr>
          <w:rFonts w:cs="Times New Roman"/>
          <w:szCs w:val="28"/>
        </w:rPr>
        <w:t>hái niệm lịch sử.</w:t>
      </w:r>
    </w:p>
    <w:p w14:paraId="649B5F8B" w14:textId="327FE3C1" w:rsidR="009A726D" w:rsidRPr="00174685" w:rsidRDefault="00000000">
      <w:pPr>
        <w:rPr>
          <w:rFonts w:cs="Times New Roman"/>
          <w:szCs w:val="28"/>
        </w:rPr>
      </w:pPr>
      <w:r w:rsidRPr="00174685">
        <w:rPr>
          <w:rFonts w:cs="Times New Roman"/>
          <w:szCs w:val="28"/>
        </w:rPr>
        <w:t xml:space="preserve">-  </w:t>
      </w:r>
      <w:r w:rsidR="00193E76">
        <w:rPr>
          <w:rFonts w:cs="Times New Roman"/>
          <w:szCs w:val="28"/>
        </w:rPr>
        <w:t>H</w:t>
      </w:r>
      <w:r w:rsidRPr="00174685">
        <w:rPr>
          <w:rFonts w:cs="Times New Roman"/>
          <w:szCs w:val="28"/>
        </w:rPr>
        <w:t>iện thực lịch sử và lịch sử được con người nhận thức.</w:t>
      </w:r>
    </w:p>
    <w:p w14:paraId="37AD560D" w14:textId="098A0871" w:rsidR="009A726D" w:rsidRPr="00174685" w:rsidRDefault="00000000">
      <w:pPr>
        <w:rPr>
          <w:rFonts w:cs="Times New Roman"/>
          <w:szCs w:val="28"/>
        </w:rPr>
      </w:pPr>
      <w:r w:rsidRPr="00174685">
        <w:rPr>
          <w:rFonts w:cs="Times New Roman"/>
          <w:szCs w:val="28"/>
        </w:rPr>
        <w:t xml:space="preserve">-  </w:t>
      </w:r>
      <w:r w:rsidR="007526E0">
        <w:rPr>
          <w:rFonts w:cs="Times New Roman"/>
          <w:szCs w:val="28"/>
        </w:rPr>
        <w:t>K</w:t>
      </w:r>
      <w:r w:rsidRPr="00174685">
        <w:rPr>
          <w:rFonts w:cs="Times New Roman"/>
          <w:szCs w:val="28"/>
        </w:rPr>
        <w:t>hái niệm Sử học.</w:t>
      </w:r>
    </w:p>
    <w:p w14:paraId="0FCB028C" w14:textId="641DBDC0" w:rsidR="009A726D" w:rsidRPr="00174685" w:rsidRDefault="00000000">
      <w:pPr>
        <w:rPr>
          <w:rFonts w:cs="Times New Roman"/>
          <w:szCs w:val="28"/>
        </w:rPr>
      </w:pPr>
      <w:r w:rsidRPr="00174685">
        <w:rPr>
          <w:rFonts w:cs="Times New Roman"/>
          <w:szCs w:val="28"/>
        </w:rPr>
        <w:t xml:space="preserve">- </w:t>
      </w:r>
      <w:r w:rsidR="007526E0">
        <w:rPr>
          <w:rFonts w:cs="Times New Roman"/>
          <w:szCs w:val="28"/>
        </w:rPr>
        <w:t>C</w:t>
      </w:r>
      <w:r w:rsidRPr="00174685">
        <w:rPr>
          <w:rFonts w:cs="Times New Roman"/>
          <w:szCs w:val="28"/>
        </w:rPr>
        <w:t>hức năng, nhiệm vụ của Sử học; trình bày được đối tượng nghiên cứu của Sử học.</w:t>
      </w:r>
    </w:p>
    <w:p w14:paraId="7A2D75D2" w14:textId="77777777" w:rsidR="009A726D" w:rsidRPr="00174685" w:rsidRDefault="00000000">
      <w:pPr>
        <w:keepNext/>
        <w:rPr>
          <w:rFonts w:cs="Times New Roman"/>
          <w:szCs w:val="28"/>
        </w:rPr>
      </w:pPr>
      <w:r w:rsidRPr="00174685">
        <w:rPr>
          <w:rFonts w:cs="Times New Roman"/>
          <w:b/>
          <w:szCs w:val="28"/>
        </w:rPr>
        <w:t>2. Về kĩ năng, năng lực</w:t>
      </w:r>
    </w:p>
    <w:p w14:paraId="3D0DE5A3" w14:textId="77777777" w:rsidR="009A726D" w:rsidRPr="00174685" w:rsidRDefault="00000000">
      <w:pPr>
        <w:rPr>
          <w:rFonts w:cs="Times New Roman"/>
          <w:szCs w:val="28"/>
        </w:rPr>
      </w:pPr>
      <w:r w:rsidRPr="00174685">
        <w:rPr>
          <w:rFonts w:cs="Times New Roman"/>
          <w:szCs w:val="28"/>
        </w:rPr>
        <w:t>- Rèn luyện kĩ năng sưu tầm, khai thác và sử dụng sử liệu trong học tập lịch sử; trình bày, giải thích, phân tích sự kiện và quá trình lịch sử liên quan đến bài học.</w:t>
      </w:r>
    </w:p>
    <w:p w14:paraId="592F6ADE" w14:textId="77777777" w:rsidR="009A726D" w:rsidRPr="00174685" w:rsidRDefault="00000000">
      <w:pPr>
        <w:rPr>
          <w:rFonts w:cs="Times New Roman"/>
          <w:szCs w:val="28"/>
        </w:rPr>
      </w:pPr>
      <w:r w:rsidRPr="00174685">
        <w:rPr>
          <w:rFonts w:cs="Times New Roman"/>
          <w:szCs w:val="28"/>
        </w:rPr>
        <w:t>- Phát triển năng lực tìm hiểu lịch sử thông qua quan sát, đọc hiểu, so sánh và đánh giá tư liệu; bước đầu nhận biết mức độ phản ánh của tư liệu đối với hiện thực lịch sử.</w:t>
      </w:r>
    </w:p>
    <w:p w14:paraId="0B239986" w14:textId="77777777" w:rsidR="009A726D" w:rsidRPr="00174685" w:rsidRDefault="00000000">
      <w:pPr>
        <w:rPr>
          <w:rFonts w:cs="Times New Roman"/>
          <w:szCs w:val="28"/>
        </w:rPr>
      </w:pPr>
      <w:r w:rsidRPr="00174685">
        <w:rPr>
          <w:rFonts w:cs="Times New Roman"/>
          <w:szCs w:val="28"/>
        </w:rPr>
        <w:t>- Phát triển năng lực nhận thức và tư duy lịch sử thông qua việc phân biệt hiện thực lịch sử với lịch sử được con người nhận thức; xác định đối tượng, chức năng và nhiệm vụ của Sử học.</w:t>
      </w:r>
    </w:p>
    <w:p w14:paraId="6FC5591B" w14:textId="77777777" w:rsidR="009A726D" w:rsidRPr="00174685" w:rsidRDefault="00000000">
      <w:pPr>
        <w:rPr>
          <w:rFonts w:cs="Times New Roman"/>
          <w:szCs w:val="28"/>
        </w:rPr>
      </w:pPr>
      <w:r w:rsidRPr="00174685">
        <w:rPr>
          <w:rFonts w:cs="Times New Roman"/>
          <w:szCs w:val="28"/>
        </w:rPr>
        <w:t>- Phát triển năng lực vận dụng kiến thức, kĩ năng đã học để giới thiệu một cuốn sách hoặc truyện lịch sử; liên hệ vai trò của tri thức lịch sử trong học tập và đời sống.</w:t>
      </w:r>
    </w:p>
    <w:p w14:paraId="00F86031" w14:textId="77777777" w:rsidR="009A726D" w:rsidRDefault="00000000">
      <w:pPr>
        <w:rPr>
          <w:rFonts w:cs="Times New Roman"/>
          <w:color w:val="000000" w:themeColor="text1"/>
          <w:szCs w:val="28"/>
        </w:rPr>
      </w:pPr>
      <w:r w:rsidRPr="00174685">
        <w:rPr>
          <w:rFonts w:cs="Times New Roman"/>
          <w:szCs w:val="28"/>
        </w:rPr>
        <w:t xml:space="preserve">- Rèn luyện năng lực giao tiếp, hợp tác, tự chủ và tự học thông qua hoạt động cá </w:t>
      </w:r>
      <w:r w:rsidRPr="0091237F">
        <w:rPr>
          <w:rFonts w:cs="Times New Roman"/>
          <w:color w:val="000000" w:themeColor="text1"/>
          <w:szCs w:val="28"/>
        </w:rPr>
        <w:t>nhân, cặp đôi và nhóm.</w:t>
      </w:r>
    </w:p>
    <w:p w14:paraId="07FDD072" w14:textId="4F84C2D6" w:rsidR="00196BDA" w:rsidRDefault="00196BDA">
      <w:pPr>
        <w:rPr>
          <w:rFonts w:cs="Times New Roman"/>
          <w:b/>
          <w:bCs/>
          <w:color w:val="000000" w:themeColor="text1"/>
          <w:szCs w:val="28"/>
        </w:rPr>
      </w:pPr>
      <w:r w:rsidRPr="00196BDA">
        <w:rPr>
          <w:rFonts w:cs="Times New Roman"/>
          <w:b/>
          <w:bCs/>
          <w:color w:val="000000" w:themeColor="text1"/>
          <w:szCs w:val="28"/>
        </w:rPr>
        <w:t>3.Năng Lực số</w:t>
      </w:r>
    </w:p>
    <w:p w14:paraId="3B4E760C" w14:textId="613CAACB" w:rsidR="00D3106E" w:rsidRPr="00D3106E" w:rsidRDefault="00D3106E" w:rsidP="00D3106E">
      <w:pPr>
        <w:spacing w:line="240" w:lineRule="auto"/>
        <w:rPr>
          <w:rFonts w:cs="Times New Roman"/>
          <w:color w:val="EE0000"/>
          <w:szCs w:val="28"/>
        </w:rPr>
      </w:pPr>
      <w:r w:rsidRPr="00D3106E">
        <w:rPr>
          <w:rFonts w:ascii="TimesNewRomanPSMT" w:hAnsi="TimesNewRomanPSMT" w:cs="Times New Roman"/>
          <w:color w:val="EE0000"/>
          <w:szCs w:val="28"/>
        </w:rPr>
        <w:t>1.1.NC1b HS sử dụng công nghệ số để tìm kiếm để lấy được dữ liệu, thông tin và nội dung trong môi trường số.</w:t>
      </w:r>
      <w:r w:rsidRPr="00D3106E">
        <w:rPr>
          <w:rFonts w:ascii="TimesNewRomanPSMT" w:hAnsi="TimesNewRomanPSMT" w:cs="Times New Roman"/>
          <w:color w:val="EE0000"/>
          <w:szCs w:val="28"/>
        </w:rPr>
        <w:br/>
        <w:t>6.3.NC1a/b. Đánh gia và lọc thông tin từ các nguồn được tạo ra hoăc xử lí bằng AI, để hiểu rõ hơn về tính đáng tin cậy và sử dụng thông tin đó.</w:t>
      </w:r>
    </w:p>
    <w:p w14:paraId="29466216" w14:textId="57E65E9E" w:rsidR="009A726D" w:rsidRPr="00174685" w:rsidRDefault="00196BDA">
      <w:pPr>
        <w:keepNext/>
        <w:rPr>
          <w:rFonts w:cs="Times New Roman"/>
          <w:szCs w:val="28"/>
        </w:rPr>
      </w:pPr>
      <w:r>
        <w:rPr>
          <w:rFonts w:cs="Times New Roman"/>
          <w:b/>
          <w:szCs w:val="28"/>
        </w:rPr>
        <w:t>4</w:t>
      </w:r>
      <w:r w:rsidRPr="00174685">
        <w:rPr>
          <w:rFonts w:cs="Times New Roman"/>
          <w:b/>
          <w:szCs w:val="28"/>
        </w:rPr>
        <w:t>. Về phẩm chất</w:t>
      </w:r>
    </w:p>
    <w:p w14:paraId="0C2D9EDE" w14:textId="77777777" w:rsidR="009A726D" w:rsidRPr="00174685" w:rsidRDefault="00000000">
      <w:pPr>
        <w:rPr>
          <w:rFonts w:cs="Times New Roman"/>
          <w:szCs w:val="28"/>
        </w:rPr>
      </w:pPr>
      <w:r w:rsidRPr="00174685">
        <w:rPr>
          <w:rFonts w:cs="Times New Roman"/>
          <w:szCs w:val="28"/>
        </w:rPr>
        <w:t>- Bồi dưỡng tính trung thực, tôn trọng sự thật lịch sử và có ý thức nhìn nhận sự kiện từ nhiều nguồn tư liệu khác nhau.</w:t>
      </w:r>
    </w:p>
    <w:p w14:paraId="4D3458F4" w14:textId="77777777" w:rsidR="009A726D" w:rsidRPr="00174685" w:rsidRDefault="00000000">
      <w:pPr>
        <w:rPr>
          <w:rFonts w:cs="Times New Roman"/>
          <w:szCs w:val="28"/>
        </w:rPr>
      </w:pPr>
      <w:r w:rsidRPr="00174685">
        <w:rPr>
          <w:rFonts w:cs="Times New Roman"/>
          <w:szCs w:val="28"/>
        </w:rPr>
        <w:lastRenderedPageBreak/>
        <w:t>- Hình thành phẩm chất chăm chỉ, trách nhiệm, sáng tạo trong học tập; chủ động tìm tòi, khám phá lịch sử.</w:t>
      </w:r>
    </w:p>
    <w:p w14:paraId="6C456C38" w14:textId="77777777" w:rsidR="009A726D" w:rsidRPr="00174685" w:rsidRDefault="00000000">
      <w:pPr>
        <w:rPr>
          <w:rFonts w:cs="Times New Roman"/>
          <w:szCs w:val="28"/>
        </w:rPr>
      </w:pPr>
      <w:r w:rsidRPr="00174685">
        <w:rPr>
          <w:rFonts w:cs="Times New Roman"/>
          <w:szCs w:val="28"/>
        </w:rPr>
        <w:t>- Trân trọng các di sản, hiện vật và tư liệu lịch sử; có ý thức giữ gìn, khai thác đúng mục đích các nguồn sử liệu.</w:t>
      </w:r>
    </w:p>
    <w:p w14:paraId="3E55898B" w14:textId="77777777" w:rsidR="009A726D" w:rsidRPr="00174685" w:rsidRDefault="00000000">
      <w:pPr>
        <w:keepNext/>
        <w:rPr>
          <w:rFonts w:cs="Times New Roman"/>
          <w:szCs w:val="28"/>
        </w:rPr>
      </w:pPr>
      <w:r w:rsidRPr="00174685">
        <w:rPr>
          <w:rFonts w:cs="Times New Roman"/>
          <w:b/>
          <w:szCs w:val="28"/>
        </w:rPr>
        <w:t>II. THIẾT BỊ DẠY HỌC VÀ HỌC LIỆU</w:t>
      </w:r>
    </w:p>
    <w:p w14:paraId="728A743B" w14:textId="77777777" w:rsidR="009A726D" w:rsidRPr="00174685" w:rsidRDefault="00000000">
      <w:pPr>
        <w:keepNext/>
        <w:rPr>
          <w:rFonts w:cs="Times New Roman"/>
          <w:szCs w:val="28"/>
        </w:rPr>
      </w:pPr>
      <w:r w:rsidRPr="00174685">
        <w:rPr>
          <w:rFonts w:cs="Times New Roman"/>
          <w:b/>
          <w:szCs w:val="28"/>
        </w:rPr>
        <w:t>1. Giáo viên</w:t>
      </w:r>
    </w:p>
    <w:p w14:paraId="4499FA5D" w14:textId="77777777" w:rsidR="009A726D" w:rsidRPr="00174685" w:rsidRDefault="00000000">
      <w:pPr>
        <w:rPr>
          <w:rFonts w:cs="Times New Roman"/>
          <w:szCs w:val="28"/>
        </w:rPr>
      </w:pPr>
      <w:r w:rsidRPr="00174685">
        <w:rPr>
          <w:rFonts w:cs="Times New Roman"/>
          <w:szCs w:val="28"/>
        </w:rPr>
        <w:t>- Giáo án được xây dựng theo định hướng phát triển phẩm chất, năng lực và yêu cầu của Công văn 5512.</w:t>
      </w:r>
    </w:p>
    <w:p w14:paraId="6226903C" w14:textId="77777777" w:rsidR="009A726D" w:rsidRPr="00174685" w:rsidRDefault="00000000">
      <w:pPr>
        <w:rPr>
          <w:rFonts w:cs="Times New Roman"/>
          <w:szCs w:val="28"/>
        </w:rPr>
      </w:pPr>
      <w:r w:rsidRPr="00174685">
        <w:rPr>
          <w:rFonts w:cs="Times New Roman"/>
          <w:szCs w:val="28"/>
        </w:rPr>
        <w:t>- SGK, SGV Lịch sử và Địa lí 6 (phân môn Lịch sử), bộ sách Kết nối tri thức với cuộc sống.</w:t>
      </w:r>
    </w:p>
    <w:p w14:paraId="7C782E73" w14:textId="77777777" w:rsidR="009A726D" w:rsidRPr="00174685" w:rsidRDefault="00000000">
      <w:pPr>
        <w:rPr>
          <w:rFonts w:cs="Times New Roman"/>
          <w:szCs w:val="28"/>
        </w:rPr>
      </w:pPr>
      <w:r w:rsidRPr="00174685">
        <w:rPr>
          <w:rFonts w:cs="Times New Roman"/>
          <w:szCs w:val="28"/>
        </w:rPr>
        <w:t>- Hình ảnh và tư liệu trong SGK: cầu Long Biên; mũi tên đồng và khuôn đúc mũi tên đồng ở Cổ Loa; bìa tác phẩm Chuyện nỏ thần; bia tưởng niệm thủ lĩnh La-pu-la-pu và Ma-gien-lăng; một số tác phẩm lịch sử; sơ đồ chức năng, nhiệm vụ của Sử học.</w:t>
      </w:r>
    </w:p>
    <w:p w14:paraId="299AFE1F" w14:textId="77777777" w:rsidR="009A726D" w:rsidRPr="00174685" w:rsidRDefault="00000000">
      <w:pPr>
        <w:rPr>
          <w:rFonts w:cs="Times New Roman"/>
          <w:szCs w:val="28"/>
        </w:rPr>
      </w:pPr>
      <w:r w:rsidRPr="00174685">
        <w:rPr>
          <w:rFonts w:cs="Times New Roman"/>
          <w:szCs w:val="28"/>
        </w:rPr>
        <w:t>- Phiếu học tập so sánh hai tư liệu về cuộc đụng độ tại đảo Mác-tan; bảng so sánh hiện thực lịch sử và lịch sử được con người nhận thức.</w:t>
      </w:r>
    </w:p>
    <w:p w14:paraId="3A13A6FB" w14:textId="77777777" w:rsidR="009A726D" w:rsidRPr="00174685" w:rsidRDefault="00000000">
      <w:pPr>
        <w:rPr>
          <w:rFonts w:cs="Times New Roman"/>
          <w:szCs w:val="28"/>
        </w:rPr>
      </w:pPr>
      <w:r w:rsidRPr="00174685">
        <w:rPr>
          <w:rFonts w:cs="Times New Roman"/>
          <w:szCs w:val="28"/>
        </w:rPr>
        <w:t>- Máy tính, máy chiếu hoặc ti-vi; bài trình chiếu; giấy khổ lớn và bút dạ (nếu có).</w:t>
      </w:r>
    </w:p>
    <w:p w14:paraId="1EF9BC1C" w14:textId="77777777" w:rsidR="00A92E41" w:rsidRPr="00174685" w:rsidRDefault="00000000">
      <w:pPr>
        <w:rPr>
          <w:rFonts w:cs="Times New Roman"/>
          <w:szCs w:val="28"/>
        </w:rPr>
      </w:pPr>
      <w:r w:rsidRPr="00174685">
        <w:rPr>
          <w:rFonts w:cs="Times New Roman"/>
          <w:szCs w:val="28"/>
        </w:rPr>
        <w:t>- Công cụ số tích hợp NLS: tệp PowerPoint/PDF chứa Tư liệu 1, Tư liệu 2, Hình 7 và Hình 8; Word hoặc PowerPoint để tạo sơ đồ; Google Drive/Google Classroom hoặc nhóm Zalo lớp để nhận và chia sẻ sản phẩm. Ưu tiên các công cụ quen thuộc, dễ sử dụng; GV chuẩn bị sẵn đường dẫn hoặc mã QR, không yêu cầu HS tạo tài khoản mới.</w:t>
      </w:r>
    </w:p>
    <w:p w14:paraId="6DB2383D" w14:textId="77777777" w:rsidR="009A726D" w:rsidRPr="00174685" w:rsidRDefault="00000000">
      <w:pPr>
        <w:keepNext/>
        <w:rPr>
          <w:rFonts w:cs="Times New Roman"/>
          <w:szCs w:val="28"/>
        </w:rPr>
      </w:pPr>
      <w:r w:rsidRPr="00174685">
        <w:rPr>
          <w:rFonts w:cs="Times New Roman"/>
          <w:b/>
          <w:szCs w:val="28"/>
        </w:rPr>
        <w:t>2. Học sinh</w:t>
      </w:r>
    </w:p>
    <w:p w14:paraId="69247398" w14:textId="77777777" w:rsidR="009A726D" w:rsidRPr="00174685" w:rsidRDefault="00000000">
      <w:pPr>
        <w:rPr>
          <w:rFonts w:cs="Times New Roman"/>
          <w:szCs w:val="28"/>
        </w:rPr>
      </w:pPr>
      <w:r w:rsidRPr="00174685">
        <w:rPr>
          <w:rFonts w:cs="Times New Roman"/>
          <w:szCs w:val="28"/>
        </w:rPr>
        <w:t>- SGK Lịch sử và Địa lí 6; vở ghi, bút, thước và dụng cụ học tập theo yêu cầu của GV.</w:t>
      </w:r>
    </w:p>
    <w:p w14:paraId="36737CBD" w14:textId="77777777" w:rsidR="009A726D" w:rsidRPr="00174685" w:rsidRDefault="00000000">
      <w:pPr>
        <w:rPr>
          <w:rFonts w:cs="Times New Roman"/>
          <w:szCs w:val="28"/>
        </w:rPr>
      </w:pPr>
      <w:r w:rsidRPr="00174685">
        <w:rPr>
          <w:rFonts w:cs="Times New Roman"/>
          <w:szCs w:val="28"/>
        </w:rPr>
        <w:t>- Đọc trước Bài 1; quan sát các hình 1 đến 8 và chuẩn bị câu trả lời cho các câu hỏi trong SGK.</w:t>
      </w:r>
    </w:p>
    <w:p w14:paraId="0785356E" w14:textId="77777777" w:rsidR="009A726D" w:rsidRPr="00174685" w:rsidRDefault="00000000">
      <w:pPr>
        <w:rPr>
          <w:rFonts w:cs="Times New Roman"/>
          <w:szCs w:val="28"/>
        </w:rPr>
      </w:pPr>
      <w:r w:rsidRPr="00174685">
        <w:rPr>
          <w:rFonts w:cs="Times New Roman"/>
          <w:szCs w:val="28"/>
        </w:rPr>
        <w:t>- Sưu tầm tên một cuốn truyện hoặc cuốn sách lịch sử mà em đã đọc hoặc muốn tìm hiểu.</w:t>
      </w:r>
    </w:p>
    <w:p w14:paraId="1C5F7D7A" w14:textId="77777777" w:rsidR="00A92E41" w:rsidRPr="00174685" w:rsidRDefault="00000000">
      <w:pPr>
        <w:rPr>
          <w:rFonts w:cs="Times New Roman"/>
          <w:szCs w:val="28"/>
        </w:rPr>
      </w:pPr>
      <w:r w:rsidRPr="00174685">
        <w:rPr>
          <w:rFonts w:cs="Times New Roman"/>
          <w:szCs w:val="28"/>
        </w:rPr>
        <w:t>- Điện thoại thông minh hoặc máy tính bảng dùng theo nhóm (nếu có). Trường hợp thiếu thiết bị, HS quan sát trên màn hình chung, hoàn thành phiếu giấy và một đại diện nhóm chụp, gửi sản phẩm theo hướng dẫn của GV.</w:t>
      </w:r>
    </w:p>
    <w:p w14:paraId="165D73DC" w14:textId="77777777" w:rsidR="009A726D" w:rsidRPr="00174685" w:rsidRDefault="00000000" w:rsidP="009573FB">
      <w:pPr>
        <w:rPr>
          <w:rFonts w:cs="Times New Roman"/>
          <w:szCs w:val="28"/>
        </w:rPr>
      </w:pPr>
      <w:r w:rsidRPr="00174685">
        <w:rPr>
          <w:rFonts w:cs="Times New Roman"/>
          <w:b/>
          <w:szCs w:val="28"/>
        </w:rPr>
        <w:t>III. TIẾN TRÌNH DẠY HỌC</w:t>
      </w:r>
    </w:p>
    <w:p w14:paraId="1A327DCA" w14:textId="77777777" w:rsidR="009A726D" w:rsidRPr="00174685" w:rsidRDefault="00000000" w:rsidP="009573FB">
      <w:pPr>
        <w:rPr>
          <w:rFonts w:cs="Times New Roman"/>
          <w:szCs w:val="28"/>
        </w:rPr>
      </w:pPr>
      <w:r w:rsidRPr="00174685">
        <w:rPr>
          <w:rFonts w:cs="Times New Roman"/>
          <w:b/>
          <w:szCs w:val="28"/>
        </w:rPr>
        <w:t>A. KHỞI ĐỘNG</w:t>
      </w:r>
    </w:p>
    <w:p w14:paraId="1E107112" w14:textId="77777777" w:rsidR="009A726D" w:rsidRPr="00174685" w:rsidRDefault="00000000" w:rsidP="009573FB">
      <w:pPr>
        <w:rPr>
          <w:rFonts w:cs="Times New Roman"/>
          <w:szCs w:val="28"/>
        </w:rPr>
      </w:pPr>
      <w:r w:rsidRPr="00174685">
        <w:rPr>
          <w:rFonts w:cs="Times New Roman"/>
          <w:b/>
          <w:szCs w:val="28"/>
        </w:rPr>
        <w:lastRenderedPageBreak/>
        <w:t>a. Mục tiêu:</w:t>
      </w:r>
      <w:r w:rsidRPr="00174685">
        <w:rPr>
          <w:rFonts w:cs="Times New Roman"/>
          <w:szCs w:val="28"/>
        </w:rPr>
        <w:t xml:space="preserve"> Tạo hứng thú học tập; giúp HS nhận biết cầu Long Biên là một hiện vật, chứng tích lịch sử gắn với nhiều sự kiện của Thủ đô Hà Nội; từ đó nảy sinh nhu cầu tìm hiểu khái niệm lịch sử, hiện thực lịch sử và lịch sử được con người nhận thức.</w:t>
      </w:r>
    </w:p>
    <w:p w14:paraId="77CE8C56" w14:textId="77777777" w:rsidR="009A726D" w:rsidRPr="00174685" w:rsidRDefault="00000000">
      <w:pPr>
        <w:keepNext/>
        <w:rPr>
          <w:rFonts w:cs="Times New Roman"/>
          <w:szCs w:val="28"/>
        </w:rPr>
      </w:pPr>
      <w:r w:rsidRPr="00174685">
        <w:rPr>
          <w:rFonts w:cs="Times New Roman"/>
          <w:b/>
          <w:szCs w:val="28"/>
        </w:rPr>
        <w:t>b. Nội dung:</w:t>
      </w:r>
      <w:r w:rsidRPr="00174685">
        <w:rPr>
          <w:rFonts w:cs="Times New Roman"/>
          <w:szCs w:val="28"/>
        </w:rPr>
        <w:t xml:space="preserve"> HS quan sát hình ảnh cầu Long Biên, đọc đoạn dẫn mở đầu bài học và trả lời các câu hỏi gợi mở của GV.</w:t>
      </w:r>
    </w:p>
    <w:p w14:paraId="49EAC66A" w14:textId="77777777" w:rsidR="009A726D" w:rsidRPr="00174685" w:rsidRDefault="00000000">
      <w:pPr>
        <w:keepNext/>
        <w:rPr>
          <w:rFonts w:cs="Times New Roman"/>
          <w:szCs w:val="28"/>
        </w:rPr>
      </w:pPr>
      <w:r w:rsidRPr="00174685">
        <w:rPr>
          <w:rFonts w:cs="Times New Roman"/>
          <w:b/>
          <w:szCs w:val="28"/>
        </w:rPr>
        <w:t>c. Sản phẩm học tập:</w:t>
      </w:r>
      <w:r w:rsidRPr="00174685">
        <w:rPr>
          <w:rFonts w:cs="Times New Roman"/>
          <w:szCs w:val="28"/>
        </w:rPr>
        <w:t xml:space="preserve"> HS nêu được một số sự kiện, quá trình lịch sử gắn với cầu Long Biên; bước đầu nhận xét rằng kết quả nghiên cứu và cách kể về quá khứ có thể chưa phản ánh đầy đủ toàn bộ sự kiện đã từng diễn ra.</w:t>
      </w:r>
    </w:p>
    <w:p w14:paraId="4ECA9E0F" w14:textId="77777777" w:rsidR="009A726D" w:rsidRPr="00174685" w:rsidRDefault="00000000">
      <w:pPr>
        <w:rPr>
          <w:rFonts w:cs="Times New Roman"/>
          <w:szCs w:val="28"/>
        </w:rPr>
      </w:pPr>
      <w:r w:rsidRPr="00174685">
        <w:rPr>
          <w:rFonts w:cs="Times New Roman"/>
          <w:b/>
          <w:szCs w:val="28"/>
        </w:rPr>
        <w:t>d. Tổ chức thực hiện:</w:t>
      </w:r>
    </w:p>
    <w:p w14:paraId="4E1E7F36" w14:textId="77777777" w:rsidR="009A726D" w:rsidRPr="00174685" w:rsidRDefault="00000000">
      <w:pPr>
        <w:rPr>
          <w:rFonts w:cs="Times New Roman"/>
          <w:szCs w:val="28"/>
        </w:rPr>
      </w:pPr>
      <w:r w:rsidRPr="00174685">
        <w:rPr>
          <w:rFonts w:cs="Times New Roman"/>
          <w:szCs w:val="28"/>
        </w:rPr>
        <w:t>GV trình chiếu hình ảnh cầu Long Biên và giới thiệu ngắn: cầu được xây dựng từ năm 1898 đến năm 1902, là một chứng tích gắn với lịch sử Thủ đô Hà Nội. GV yêu cầu HS quan sát, đọc đoạn dẫn trong SGK và thực hiện nhiệm vụ cá nhân.</w:t>
      </w:r>
    </w:p>
    <w:p w14:paraId="03032BB0" w14:textId="77777777" w:rsidR="009A726D" w:rsidRPr="00174685" w:rsidRDefault="00000000">
      <w:pPr>
        <w:keepNext/>
        <w:spacing w:before="40" w:line="240" w:lineRule="auto"/>
        <w:jc w:val="center"/>
        <w:rPr>
          <w:rFonts w:cs="Times New Roman"/>
          <w:szCs w:val="28"/>
        </w:rPr>
      </w:pPr>
      <w:r w:rsidRPr="00174685">
        <w:rPr>
          <w:rFonts w:cs="Times New Roman"/>
          <w:noProof/>
          <w:szCs w:val="28"/>
        </w:rPr>
        <w:drawing>
          <wp:inline distT="0" distB="0" distL="0" distR="0" wp14:anchorId="25EC71EC" wp14:editId="7ADB24F3">
            <wp:extent cx="2520000" cy="11380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u_long_bien.jpg"/>
                    <pic:cNvPicPr/>
                  </pic:nvPicPr>
                  <pic:blipFill>
                    <a:blip r:embed="rId6"/>
                    <a:stretch>
                      <a:fillRect/>
                    </a:stretch>
                  </pic:blipFill>
                  <pic:spPr>
                    <a:xfrm>
                      <a:off x="0" y="0"/>
                      <a:ext cx="2520000" cy="1138065"/>
                    </a:xfrm>
                    <a:prstGeom prst="rect">
                      <a:avLst/>
                    </a:prstGeom>
                  </pic:spPr>
                </pic:pic>
              </a:graphicData>
            </a:graphic>
          </wp:inline>
        </w:drawing>
      </w:r>
    </w:p>
    <w:p w14:paraId="2BAFB616" w14:textId="77777777" w:rsidR="009A726D" w:rsidRPr="00174685" w:rsidRDefault="00000000">
      <w:pPr>
        <w:keepNext/>
        <w:spacing w:line="276" w:lineRule="auto"/>
        <w:jc w:val="center"/>
        <w:rPr>
          <w:rFonts w:cs="Times New Roman"/>
          <w:szCs w:val="28"/>
        </w:rPr>
      </w:pPr>
      <w:r w:rsidRPr="00174685">
        <w:rPr>
          <w:rFonts w:cs="Times New Roman"/>
          <w:i/>
          <w:szCs w:val="28"/>
        </w:rPr>
        <w:t>Hình khởi động. Một phần cầu Long Biên (thành phố Hà Nội)</w:t>
      </w:r>
    </w:p>
    <w:p w14:paraId="0EE937D9" w14:textId="77777777" w:rsidR="009A726D" w:rsidRPr="00174685" w:rsidRDefault="00000000">
      <w:pPr>
        <w:keepNext/>
        <w:rPr>
          <w:rFonts w:cs="Times New Roman"/>
          <w:szCs w:val="28"/>
        </w:rPr>
      </w:pPr>
      <w:r w:rsidRPr="00174685">
        <w:rPr>
          <w:rFonts w:cs="Times New Roman"/>
          <w:b/>
          <w:szCs w:val="28"/>
        </w:rPr>
        <w:t>GV đặt câu hỏi:</w:t>
      </w:r>
    </w:p>
    <w:p w14:paraId="24103FBF" w14:textId="77777777" w:rsidR="009A726D" w:rsidRPr="00174685" w:rsidRDefault="00000000">
      <w:pPr>
        <w:rPr>
          <w:rFonts w:cs="Times New Roman"/>
          <w:szCs w:val="28"/>
        </w:rPr>
      </w:pPr>
      <w:r w:rsidRPr="00174685">
        <w:rPr>
          <w:rFonts w:cs="Times New Roman"/>
          <w:szCs w:val="28"/>
        </w:rPr>
        <w:t>- Cầu Long Biên gắn với những sự kiện, quá trình lịch sử nào của Thủ đô Hà Nội và đất nước?</w:t>
      </w:r>
    </w:p>
    <w:p w14:paraId="1E6A59E8" w14:textId="77777777" w:rsidR="009A726D" w:rsidRPr="00174685" w:rsidRDefault="00000000">
      <w:pPr>
        <w:rPr>
          <w:rFonts w:cs="Times New Roman"/>
          <w:szCs w:val="28"/>
        </w:rPr>
      </w:pPr>
      <w:r w:rsidRPr="00174685">
        <w:rPr>
          <w:rFonts w:cs="Times New Roman"/>
          <w:szCs w:val="28"/>
        </w:rPr>
        <w:t>- Theo em, việc tìm hiểu về cầu Long Biên và những sự kiện đã diễn ra trong quá khứ là nhiệm vụ của ngành khoa học nào?</w:t>
      </w:r>
    </w:p>
    <w:p w14:paraId="7107D2C0" w14:textId="77777777" w:rsidR="009A726D" w:rsidRPr="00174685" w:rsidRDefault="00000000">
      <w:pPr>
        <w:rPr>
          <w:rFonts w:cs="Times New Roman"/>
          <w:szCs w:val="28"/>
        </w:rPr>
      </w:pPr>
      <w:r w:rsidRPr="00174685">
        <w:rPr>
          <w:rFonts w:cs="Times New Roman"/>
          <w:szCs w:val="28"/>
        </w:rPr>
        <w:t>- Những kết quả nghiên cứu về quá khứ có phản ánh đầy đủ mọi sự kiện đã từng diễn ra không? Vì sao?</w:t>
      </w:r>
    </w:p>
    <w:p w14:paraId="542CF5CD" w14:textId="77777777" w:rsidR="009A726D" w:rsidRPr="00174685" w:rsidRDefault="00000000">
      <w:pPr>
        <w:keepNext/>
        <w:rPr>
          <w:rFonts w:cs="Times New Roman"/>
          <w:szCs w:val="28"/>
        </w:rPr>
      </w:pPr>
      <w:r w:rsidRPr="00174685">
        <w:rPr>
          <w:rFonts w:cs="Times New Roman"/>
          <w:b/>
          <w:szCs w:val="28"/>
        </w:rPr>
        <w:lastRenderedPageBreak/>
        <w:t>B. HÌNH THÀNH KIẾN THỨC</w:t>
      </w:r>
    </w:p>
    <w:p w14:paraId="5BDEA298" w14:textId="77777777" w:rsidR="009A726D" w:rsidRPr="00174685" w:rsidRDefault="00000000">
      <w:pPr>
        <w:keepNext/>
        <w:spacing w:before="80"/>
        <w:rPr>
          <w:rFonts w:cs="Times New Roman"/>
          <w:szCs w:val="28"/>
        </w:rPr>
      </w:pPr>
      <w:r w:rsidRPr="00174685">
        <w:rPr>
          <w:rFonts w:cs="Times New Roman"/>
          <w:b/>
          <w:szCs w:val="28"/>
        </w:rPr>
        <w:t>Hoạt động 1. Tìm hiểu khái niệm “Lịch sử là gì?”</w:t>
      </w:r>
    </w:p>
    <w:p w14:paraId="07109B5B" w14:textId="77777777" w:rsidR="009A726D" w:rsidRPr="00174685" w:rsidRDefault="00000000">
      <w:pPr>
        <w:keepNext/>
        <w:rPr>
          <w:rFonts w:cs="Times New Roman"/>
          <w:szCs w:val="28"/>
        </w:rPr>
      </w:pPr>
      <w:r w:rsidRPr="00174685">
        <w:rPr>
          <w:rFonts w:cs="Times New Roman"/>
          <w:b/>
          <w:szCs w:val="28"/>
        </w:rPr>
        <w:t>a. Mục tiêu:</w:t>
      </w:r>
      <w:r w:rsidRPr="00174685">
        <w:rPr>
          <w:rFonts w:cs="Times New Roman"/>
          <w:szCs w:val="28"/>
        </w:rPr>
        <w:t xml:space="preserve"> HS trình bày được khái niệm lịch sử; phân biệt được hiện thực lịch sử và lịch sử được con người nhận thức.</w:t>
      </w:r>
    </w:p>
    <w:p w14:paraId="2324A862" w14:textId="77777777" w:rsidR="009A726D" w:rsidRPr="00174685" w:rsidRDefault="00000000">
      <w:pPr>
        <w:keepNext/>
        <w:rPr>
          <w:rFonts w:cs="Times New Roman"/>
          <w:szCs w:val="28"/>
        </w:rPr>
      </w:pPr>
      <w:r w:rsidRPr="00174685">
        <w:rPr>
          <w:rFonts w:cs="Times New Roman"/>
          <w:b/>
          <w:szCs w:val="28"/>
        </w:rPr>
        <w:t>b. Nội dung:</w:t>
      </w:r>
      <w:r w:rsidRPr="00174685">
        <w:rPr>
          <w:rFonts w:cs="Times New Roman"/>
          <w:szCs w:val="28"/>
        </w:rPr>
        <w:t xml:space="preserve"> HS khai thác mục 1, Tư liệu 1 và Tư liệu 2 trong SGK; thảo luận và hoàn thành phiếu học tập.</w:t>
      </w:r>
    </w:p>
    <w:p w14:paraId="505C8587" w14:textId="77777777" w:rsidR="009A726D" w:rsidRPr="00174685" w:rsidRDefault="00000000">
      <w:pPr>
        <w:keepNext/>
        <w:rPr>
          <w:rFonts w:cs="Times New Roman"/>
          <w:szCs w:val="28"/>
        </w:rPr>
      </w:pPr>
      <w:r w:rsidRPr="00174685">
        <w:rPr>
          <w:rFonts w:cs="Times New Roman"/>
          <w:b/>
          <w:szCs w:val="28"/>
        </w:rPr>
        <w:t>c. Sản phẩm học tập:</w:t>
      </w:r>
      <w:r w:rsidRPr="00174685">
        <w:rPr>
          <w:rFonts w:cs="Times New Roman"/>
          <w:szCs w:val="28"/>
        </w:rPr>
        <w:t xml:space="preserve"> Câu trả lời, bảng phân biệt hai khái niệm và Phiếu học tập số 1 của HS.</w:t>
      </w:r>
    </w:p>
    <w:p w14:paraId="087B624A" w14:textId="77777777" w:rsidR="009A726D" w:rsidRPr="00174685" w:rsidRDefault="00000000">
      <w:pPr>
        <w:rPr>
          <w:rFonts w:cs="Times New Roman"/>
          <w:szCs w:val="28"/>
        </w:rPr>
      </w:pPr>
      <w:r w:rsidRPr="00174685">
        <w:rPr>
          <w:rFonts w:cs="Times New Roman"/>
          <w:b/>
          <w:szCs w:val="28"/>
        </w:rPr>
        <w:t>d. Tổ chức thực hiện:</w:t>
      </w:r>
    </w:p>
    <w:tbl>
      <w:tblPr>
        <w:tblStyle w:val="TableGrid"/>
        <w:tblW w:w="5000" w:type="pct"/>
        <w:tblLook w:val="04A0" w:firstRow="1" w:lastRow="0" w:firstColumn="1" w:lastColumn="0" w:noHBand="0" w:noVBand="1"/>
      </w:tblPr>
      <w:tblGrid>
        <w:gridCol w:w="4463"/>
        <w:gridCol w:w="3510"/>
        <w:gridCol w:w="2449"/>
      </w:tblGrid>
      <w:tr w:rsidR="00174685" w:rsidRPr="00174685" w14:paraId="522813F5" w14:textId="77777777" w:rsidTr="00174685">
        <w:tc>
          <w:tcPr>
            <w:tcW w:w="2141" w:type="pct"/>
          </w:tcPr>
          <w:p w14:paraId="007666FC" w14:textId="77777777" w:rsidR="009A726D" w:rsidRPr="00174685" w:rsidRDefault="00000000">
            <w:pPr>
              <w:keepNext/>
              <w:spacing w:line="240" w:lineRule="auto"/>
              <w:jc w:val="center"/>
              <w:rPr>
                <w:rFonts w:cs="Times New Roman"/>
                <w:szCs w:val="28"/>
              </w:rPr>
            </w:pPr>
            <w:r w:rsidRPr="00174685">
              <w:rPr>
                <w:rFonts w:cs="Times New Roman"/>
                <w:b/>
                <w:szCs w:val="28"/>
              </w:rPr>
              <w:t>HOẠT ĐỘNG CỦA GV-HS</w:t>
            </w:r>
          </w:p>
        </w:tc>
        <w:tc>
          <w:tcPr>
            <w:tcW w:w="1684" w:type="pct"/>
          </w:tcPr>
          <w:p w14:paraId="59598A91" w14:textId="77777777" w:rsidR="009A726D" w:rsidRPr="00174685" w:rsidRDefault="00000000">
            <w:pPr>
              <w:keepNext/>
              <w:spacing w:line="240" w:lineRule="auto"/>
              <w:jc w:val="center"/>
              <w:rPr>
                <w:rFonts w:cs="Times New Roman"/>
                <w:szCs w:val="28"/>
              </w:rPr>
            </w:pPr>
            <w:r w:rsidRPr="00174685">
              <w:rPr>
                <w:rFonts w:cs="Times New Roman"/>
                <w:b/>
                <w:szCs w:val="28"/>
              </w:rPr>
              <w:t>DỰ KIẾN SẢN PHẨM</w:t>
            </w:r>
          </w:p>
        </w:tc>
        <w:tc>
          <w:tcPr>
            <w:tcW w:w="1175" w:type="pct"/>
          </w:tcPr>
          <w:p w14:paraId="5B25BF48" w14:textId="77777777" w:rsidR="00A92E41" w:rsidRPr="00174685" w:rsidRDefault="00000000">
            <w:pPr>
              <w:spacing w:line="240" w:lineRule="auto"/>
              <w:jc w:val="center"/>
              <w:rPr>
                <w:rFonts w:cs="Times New Roman"/>
                <w:szCs w:val="28"/>
              </w:rPr>
            </w:pPr>
            <w:r w:rsidRPr="00174685">
              <w:rPr>
                <w:rFonts w:cs="Times New Roman"/>
                <w:b/>
                <w:szCs w:val="28"/>
              </w:rPr>
              <w:t>NLS</w:t>
            </w:r>
          </w:p>
        </w:tc>
      </w:tr>
      <w:tr w:rsidR="00174685" w:rsidRPr="00174685" w14:paraId="44E38C54" w14:textId="77777777" w:rsidTr="00174685">
        <w:tc>
          <w:tcPr>
            <w:tcW w:w="2141" w:type="pct"/>
          </w:tcPr>
          <w:p w14:paraId="66927FEF" w14:textId="77777777" w:rsidR="009A726D" w:rsidRPr="00174685" w:rsidRDefault="009A726D">
            <w:pPr>
              <w:spacing w:line="312" w:lineRule="auto"/>
              <w:rPr>
                <w:rFonts w:cs="Times New Roman"/>
                <w:szCs w:val="28"/>
              </w:rPr>
            </w:pPr>
          </w:p>
          <w:p w14:paraId="1D42DD2D" w14:textId="77777777" w:rsidR="009A726D" w:rsidRPr="00174685" w:rsidRDefault="00000000">
            <w:pPr>
              <w:keepNext/>
              <w:spacing w:line="312" w:lineRule="auto"/>
              <w:rPr>
                <w:rFonts w:cs="Times New Roman"/>
                <w:szCs w:val="28"/>
              </w:rPr>
            </w:pPr>
            <w:r w:rsidRPr="00174685">
              <w:rPr>
                <w:rFonts w:cs="Times New Roman"/>
                <w:b/>
                <w:szCs w:val="28"/>
              </w:rPr>
              <w:t>Bước 1. Chuyển giao nhiệm vụ học tập</w:t>
            </w:r>
          </w:p>
          <w:p w14:paraId="292BC9A9" w14:textId="77777777" w:rsidR="009A726D" w:rsidRPr="00174685" w:rsidRDefault="00000000">
            <w:pPr>
              <w:spacing w:line="312" w:lineRule="auto"/>
              <w:rPr>
                <w:rFonts w:cs="Times New Roman"/>
                <w:szCs w:val="28"/>
              </w:rPr>
            </w:pPr>
            <w:r w:rsidRPr="00174685">
              <w:rPr>
                <w:rFonts w:cs="Times New Roman"/>
                <w:szCs w:val="28"/>
              </w:rPr>
              <w:t>GV yêu cầu HS đọc nội dung mục 1 trong SGK, gạch chân các từ khoá và trả lời:</w:t>
            </w:r>
          </w:p>
          <w:p w14:paraId="0FE428B9" w14:textId="77777777" w:rsidR="009A726D" w:rsidRPr="00174685" w:rsidRDefault="00000000">
            <w:pPr>
              <w:spacing w:line="312" w:lineRule="auto"/>
              <w:rPr>
                <w:rFonts w:cs="Times New Roman"/>
                <w:szCs w:val="28"/>
              </w:rPr>
            </w:pPr>
            <w:r w:rsidRPr="00174685">
              <w:rPr>
                <w:rFonts w:cs="Times New Roman"/>
                <w:szCs w:val="28"/>
              </w:rPr>
              <w:t>- Lịch sử là gì?</w:t>
            </w:r>
          </w:p>
          <w:p w14:paraId="3EFAE9E5" w14:textId="77777777" w:rsidR="009A726D" w:rsidRPr="00174685" w:rsidRDefault="00000000">
            <w:pPr>
              <w:spacing w:line="312" w:lineRule="auto"/>
              <w:rPr>
                <w:rFonts w:cs="Times New Roman"/>
                <w:szCs w:val="28"/>
              </w:rPr>
            </w:pPr>
            <w:r w:rsidRPr="00174685">
              <w:rPr>
                <w:rFonts w:cs="Times New Roman"/>
                <w:szCs w:val="28"/>
              </w:rPr>
              <w:t>- Khái niệm lịch sử được hiểu theo những nghĩa nào?</w:t>
            </w:r>
          </w:p>
          <w:p w14:paraId="3AEBC1DF" w14:textId="77777777" w:rsidR="009A726D" w:rsidRPr="00174685" w:rsidRDefault="00000000">
            <w:pPr>
              <w:spacing w:line="312" w:lineRule="auto"/>
              <w:rPr>
                <w:rFonts w:cs="Times New Roman"/>
                <w:szCs w:val="28"/>
              </w:rPr>
            </w:pPr>
            <w:r w:rsidRPr="00174685">
              <w:rPr>
                <w:rFonts w:cs="Times New Roman"/>
                <w:szCs w:val="28"/>
              </w:rPr>
              <w:t>HS làm việc cá nhân, sau đó trao đổi theo cặp để thống nhất câu trả lời.</w:t>
            </w:r>
          </w:p>
          <w:p w14:paraId="01794D06" w14:textId="77777777" w:rsidR="009A726D" w:rsidRPr="00174685" w:rsidRDefault="00000000">
            <w:pPr>
              <w:keepNext/>
              <w:spacing w:line="312" w:lineRule="auto"/>
              <w:rPr>
                <w:rFonts w:cs="Times New Roman"/>
                <w:szCs w:val="28"/>
              </w:rPr>
            </w:pPr>
            <w:r w:rsidRPr="00174685">
              <w:rPr>
                <w:rFonts w:cs="Times New Roman"/>
                <w:b/>
                <w:szCs w:val="28"/>
              </w:rPr>
              <w:t>Bước 2. Thực hiện nhiệm vụ học tập</w:t>
            </w:r>
          </w:p>
          <w:p w14:paraId="258C9DD2" w14:textId="77777777" w:rsidR="009A726D" w:rsidRPr="00174685" w:rsidRDefault="00000000">
            <w:pPr>
              <w:spacing w:line="312" w:lineRule="auto"/>
              <w:rPr>
                <w:rFonts w:cs="Times New Roman"/>
                <w:szCs w:val="28"/>
              </w:rPr>
            </w:pPr>
            <w:r w:rsidRPr="00174685">
              <w:rPr>
                <w:rFonts w:cs="Times New Roman"/>
                <w:szCs w:val="28"/>
              </w:rPr>
              <w:t>GV cho HS quan sát Tư liệu 1 và yêu cầu xác định:</w:t>
            </w:r>
          </w:p>
          <w:p w14:paraId="1E8F5570" w14:textId="77777777" w:rsidR="009A726D" w:rsidRPr="00174685" w:rsidRDefault="00000000">
            <w:pPr>
              <w:spacing w:line="312" w:lineRule="auto"/>
              <w:rPr>
                <w:rFonts w:cs="Times New Roman"/>
                <w:szCs w:val="28"/>
              </w:rPr>
            </w:pPr>
            <w:r w:rsidRPr="00174685">
              <w:rPr>
                <w:rFonts w:cs="Times New Roman"/>
                <w:szCs w:val="28"/>
              </w:rPr>
              <w:t>- Hình ảnh nào phản ánh hiện thực lịch sử?</w:t>
            </w:r>
          </w:p>
          <w:p w14:paraId="7BCD67FD" w14:textId="77777777" w:rsidR="009A726D" w:rsidRPr="00174685" w:rsidRDefault="00000000">
            <w:pPr>
              <w:spacing w:line="312" w:lineRule="auto"/>
              <w:rPr>
                <w:rFonts w:cs="Times New Roman"/>
                <w:szCs w:val="28"/>
              </w:rPr>
            </w:pPr>
            <w:r w:rsidRPr="00174685">
              <w:rPr>
                <w:rFonts w:cs="Times New Roman"/>
                <w:szCs w:val="28"/>
              </w:rPr>
              <w:t>- Hình ảnh nào thể hiện lịch sử được con người nhận thức?</w:t>
            </w:r>
          </w:p>
          <w:p w14:paraId="121B433F" w14:textId="77777777" w:rsidR="009A726D" w:rsidRPr="00174685" w:rsidRDefault="00000000">
            <w:pPr>
              <w:spacing w:line="312" w:lineRule="auto"/>
              <w:rPr>
                <w:rFonts w:cs="Times New Roman"/>
                <w:szCs w:val="28"/>
              </w:rPr>
            </w:pPr>
            <w:r w:rsidRPr="00174685">
              <w:rPr>
                <w:rFonts w:cs="Times New Roman"/>
                <w:szCs w:val="28"/>
              </w:rPr>
              <w:t>- Vì sao em đưa ra cách phân loại đó?</w:t>
            </w:r>
          </w:p>
          <w:p w14:paraId="3AEF7A2A" w14:textId="77777777" w:rsidR="009A726D" w:rsidRPr="00174685" w:rsidRDefault="00000000">
            <w:pPr>
              <w:keepNext/>
              <w:spacing w:before="40" w:line="240" w:lineRule="auto"/>
              <w:jc w:val="center"/>
              <w:rPr>
                <w:rFonts w:cs="Times New Roman"/>
                <w:szCs w:val="28"/>
              </w:rPr>
            </w:pPr>
            <w:r w:rsidRPr="00174685">
              <w:rPr>
                <w:rFonts w:cs="Times New Roman"/>
                <w:noProof/>
                <w:szCs w:val="28"/>
              </w:rPr>
              <w:drawing>
                <wp:inline distT="0" distB="0" distL="0" distR="0" wp14:anchorId="442583A6" wp14:editId="6E385D6E">
                  <wp:extent cx="2448000" cy="9100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_lieu_1.jpg"/>
                          <pic:cNvPicPr/>
                        </pic:nvPicPr>
                        <pic:blipFill>
                          <a:blip r:embed="rId7"/>
                          <a:stretch>
                            <a:fillRect/>
                          </a:stretch>
                        </pic:blipFill>
                        <pic:spPr>
                          <a:xfrm>
                            <a:off x="0" y="0"/>
                            <a:ext cx="2448000" cy="910037"/>
                          </a:xfrm>
                          <a:prstGeom prst="rect">
                            <a:avLst/>
                          </a:prstGeom>
                        </pic:spPr>
                      </pic:pic>
                    </a:graphicData>
                  </a:graphic>
                </wp:inline>
              </w:drawing>
            </w:r>
          </w:p>
          <w:p w14:paraId="102E7288" w14:textId="77777777" w:rsidR="009A726D" w:rsidRPr="00174685" w:rsidRDefault="00000000">
            <w:pPr>
              <w:keepNext/>
              <w:spacing w:line="276" w:lineRule="auto"/>
              <w:jc w:val="center"/>
              <w:rPr>
                <w:rFonts w:cs="Times New Roman"/>
                <w:szCs w:val="28"/>
              </w:rPr>
            </w:pPr>
            <w:r w:rsidRPr="00174685">
              <w:rPr>
                <w:rFonts w:cs="Times New Roman"/>
                <w:i/>
                <w:szCs w:val="28"/>
              </w:rPr>
              <w:t xml:space="preserve">Tư liệu 1. Một số hiện vật lịch sử và </w:t>
            </w:r>
            <w:r w:rsidRPr="00174685">
              <w:rPr>
                <w:rFonts w:cs="Times New Roman"/>
                <w:i/>
                <w:szCs w:val="28"/>
              </w:rPr>
              <w:lastRenderedPageBreak/>
              <w:t>cách tái hiện lịch sử nước Âu Lạc</w:t>
            </w:r>
          </w:p>
          <w:p w14:paraId="60EC73A4" w14:textId="77777777" w:rsidR="009A726D" w:rsidRPr="00174685" w:rsidRDefault="00000000">
            <w:pPr>
              <w:keepNext/>
              <w:spacing w:line="312" w:lineRule="auto"/>
              <w:rPr>
                <w:rFonts w:cs="Times New Roman"/>
                <w:szCs w:val="28"/>
              </w:rPr>
            </w:pPr>
            <w:r w:rsidRPr="00174685">
              <w:rPr>
                <w:rFonts w:cs="Times New Roman"/>
                <w:b/>
                <w:szCs w:val="28"/>
              </w:rPr>
              <w:t>Bước 3. Báo cáo kết quả và thảo luận</w:t>
            </w:r>
          </w:p>
          <w:p w14:paraId="6A1D492C" w14:textId="77777777" w:rsidR="009A726D" w:rsidRPr="00174685" w:rsidRDefault="00000000">
            <w:pPr>
              <w:spacing w:line="312" w:lineRule="auto"/>
              <w:rPr>
                <w:rFonts w:cs="Times New Roman"/>
                <w:szCs w:val="28"/>
              </w:rPr>
            </w:pPr>
            <w:r w:rsidRPr="00174685">
              <w:rPr>
                <w:rFonts w:cs="Times New Roman"/>
                <w:szCs w:val="28"/>
              </w:rPr>
              <w:t>GV giao Phiếu học tập số 1. HS đọc hai tư liệu về cuộc đụng độ tại đảo Mác-tan, thảo luận nhóm 4 và thực hiện ba yêu cầu:</w:t>
            </w:r>
          </w:p>
          <w:p w14:paraId="008CFAB9" w14:textId="77777777" w:rsidR="009A726D" w:rsidRPr="00174685" w:rsidRDefault="00000000">
            <w:pPr>
              <w:spacing w:line="312" w:lineRule="auto"/>
              <w:rPr>
                <w:rFonts w:cs="Times New Roman"/>
                <w:szCs w:val="28"/>
              </w:rPr>
            </w:pPr>
            <w:r w:rsidRPr="00174685">
              <w:rPr>
                <w:rFonts w:cs="Times New Roman"/>
                <w:szCs w:val="28"/>
              </w:rPr>
              <w:t>- Chỉ ra điểm giống nhau giữa hai tư liệu.</w:t>
            </w:r>
          </w:p>
          <w:p w14:paraId="3B7B479A" w14:textId="77777777" w:rsidR="009A726D" w:rsidRPr="00174685" w:rsidRDefault="00000000">
            <w:pPr>
              <w:spacing w:line="312" w:lineRule="auto"/>
              <w:rPr>
                <w:rFonts w:cs="Times New Roman"/>
                <w:szCs w:val="28"/>
              </w:rPr>
            </w:pPr>
            <w:r w:rsidRPr="00174685">
              <w:rPr>
                <w:rFonts w:cs="Times New Roman"/>
                <w:szCs w:val="28"/>
              </w:rPr>
              <w:t>- Chỉ ra điểm khác nhau giữa hai tư liệu.</w:t>
            </w:r>
          </w:p>
          <w:p w14:paraId="0376A1DD" w14:textId="77777777" w:rsidR="009A726D" w:rsidRPr="00174685" w:rsidRDefault="00000000">
            <w:pPr>
              <w:spacing w:line="312" w:lineRule="auto"/>
              <w:rPr>
                <w:rFonts w:cs="Times New Roman"/>
                <w:szCs w:val="28"/>
              </w:rPr>
            </w:pPr>
            <w:r w:rsidRPr="00174685">
              <w:rPr>
                <w:rFonts w:cs="Times New Roman"/>
                <w:szCs w:val="28"/>
              </w:rPr>
              <w:t>- Giải thích vì sao có sự khác nhau.</w:t>
            </w:r>
          </w:p>
          <w:tbl>
            <w:tblPr>
              <w:tblW w:w="0" w:type="auto"/>
              <w:jc w:val="center"/>
              <w:tblLook w:val="04A0" w:firstRow="1" w:lastRow="0" w:firstColumn="1" w:lastColumn="0" w:noHBand="0" w:noVBand="1"/>
            </w:tblPr>
            <w:tblGrid>
              <w:gridCol w:w="2124"/>
              <w:gridCol w:w="2123"/>
            </w:tblGrid>
            <w:tr w:rsidR="009A726D" w:rsidRPr="00174685" w14:paraId="58644AC0" w14:textId="77777777" w:rsidTr="00174685">
              <w:trPr>
                <w:jc w:val="center"/>
              </w:trPr>
              <w:tc>
                <w:tcPr>
                  <w:tcW w:w="2551" w:type="dxa"/>
                  <w:tcMar>
                    <w:top w:w="20" w:type="dxa"/>
                    <w:left w:w="20" w:type="dxa"/>
                    <w:bottom w:w="20" w:type="dxa"/>
                    <w:right w:w="20" w:type="dxa"/>
                  </w:tcMar>
                </w:tcPr>
                <w:p w14:paraId="792C3BBA" w14:textId="77777777" w:rsidR="009A726D" w:rsidRPr="00174685" w:rsidRDefault="00000000">
                  <w:pPr>
                    <w:spacing w:line="240" w:lineRule="auto"/>
                    <w:jc w:val="center"/>
                    <w:rPr>
                      <w:rFonts w:cs="Times New Roman"/>
                      <w:szCs w:val="28"/>
                    </w:rPr>
                  </w:pPr>
                  <w:r w:rsidRPr="00174685">
                    <w:rPr>
                      <w:rFonts w:cs="Times New Roman"/>
                      <w:noProof/>
                      <w:szCs w:val="28"/>
                    </w:rPr>
                    <w:drawing>
                      <wp:inline distT="0" distB="0" distL="0" distR="0" wp14:anchorId="036534E8" wp14:editId="5CAB6A24">
                        <wp:extent cx="1007999" cy="122111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_lapulapu.jpg"/>
                                <pic:cNvPicPr/>
                              </pic:nvPicPr>
                              <pic:blipFill>
                                <a:blip r:embed="rId8"/>
                                <a:stretch>
                                  <a:fillRect/>
                                </a:stretch>
                              </pic:blipFill>
                              <pic:spPr>
                                <a:xfrm>
                                  <a:off x="0" y="0"/>
                                  <a:ext cx="1007999" cy="1221118"/>
                                </a:xfrm>
                                <a:prstGeom prst="rect">
                                  <a:avLst/>
                                </a:prstGeom>
                              </pic:spPr>
                            </pic:pic>
                          </a:graphicData>
                        </a:graphic>
                      </wp:inline>
                    </w:drawing>
                  </w:r>
                </w:p>
              </w:tc>
              <w:tc>
                <w:tcPr>
                  <w:tcW w:w="2551" w:type="dxa"/>
                  <w:tcMar>
                    <w:top w:w="20" w:type="dxa"/>
                    <w:left w:w="20" w:type="dxa"/>
                    <w:bottom w:w="20" w:type="dxa"/>
                    <w:right w:w="20" w:type="dxa"/>
                  </w:tcMar>
                </w:tcPr>
                <w:p w14:paraId="30FC415D" w14:textId="77777777" w:rsidR="009A726D" w:rsidRPr="00174685" w:rsidRDefault="00000000">
                  <w:pPr>
                    <w:spacing w:line="240" w:lineRule="auto"/>
                    <w:jc w:val="center"/>
                    <w:rPr>
                      <w:rFonts w:cs="Times New Roman"/>
                      <w:szCs w:val="28"/>
                    </w:rPr>
                  </w:pPr>
                  <w:r w:rsidRPr="00174685">
                    <w:rPr>
                      <w:rFonts w:cs="Times New Roman"/>
                      <w:noProof/>
                      <w:szCs w:val="28"/>
                    </w:rPr>
                    <w:drawing>
                      <wp:inline distT="0" distB="0" distL="0" distR="0" wp14:anchorId="3713DA52" wp14:editId="0FAB3D34">
                        <wp:extent cx="1007999" cy="1094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a_magellan.jpg"/>
                                <pic:cNvPicPr/>
                              </pic:nvPicPr>
                              <pic:blipFill>
                                <a:blip r:embed="rId9"/>
                                <a:stretch>
                                  <a:fillRect/>
                                </a:stretch>
                              </pic:blipFill>
                              <pic:spPr>
                                <a:xfrm>
                                  <a:off x="0" y="0"/>
                                  <a:ext cx="1007999" cy="1094399"/>
                                </a:xfrm>
                                <a:prstGeom prst="rect">
                                  <a:avLst/>
                                </a:prstGeom>
                              </pic:spPr>
                            </pic:pic>
                          </a:graphicData>
                        </a:graphic>
                      </wp:inline>
                    </w:drawing>
                  </w:r>
                </w:p>
              </w:tc>
            </w:tr>
          </w:tbl>
          <w:p w14:paraId="1A9489E9" w14:textId="77777777" w:rsidR="009A726D" w:rsidRPr="00174685" w:rsidRDefault="009A726D">
            <w:pPr>
              <w:spacing w:line="276" w:lineRule="auto"/>
              <w:rPr>
                <w:rFonts w:cs="Times New Roman"/>
                <w:szCs w:val="28"/>
              </w:rPr>
            </w:pPr>
          </w:p>
          <w:p w14:paraId="4F7B612C" w14:textId="77777777" w:rsidR="009A726D" w:rsidRPr="00174685" w:rsidRDefault="00000000">
            <w:pPr>
              <w:spacing w:line="264" w:lineRule="auto"/>
              <w:jc w:val="center"/>
              <w:rPr>
                <w:rFonts w:cs="Times New Roman"/>
                <w:szCs w:val="28"/>
              </w:rPr>
            </w:pPr>
            <w:r w:rsidRPr="00174685">
              <w:rPr>
                <w:rFonts w:cs="Times New Roman"/>
                <w:i/>
                <w:szCs w:val="28"/>
              </w:rPr>
              <w:t>Hình 5 và Hình 6. Hai bia tưởng niệm về cùng một sự kiện tại đảo Mác-tan</w:t>
            </w:r>
          </w:p>
          <w:p w14:paraId="4B4BB14C" w14:textId="77777777" w:rsidR="009A726D" w:rsidRPr="00174685" w:rsidRDefault="00000000">
            <w:pPr>
              <w:spacing w:line="312" w:lineRule="auto"/>
              <w:rPr>
                <w:rFonts w:cs="Times New Roman"/>
                <w:szCs w:val="28"/>
              </w:rPr>
            </w:pPr>
            <w:r w:rsidRPr="00174685">
              <w:rPr>
                <w:rFonts w:cs="Times New Roman"/>
                <w:szCs w:val="28"/>
              </w:rPr>
              <w:t>Đại diện các nhóm trình bày; nhóm khác nhận xét, bổ sung và nêu dẫn chứng từ tư liệu.</w:t>
            </w:r>
          </w:p>
          <w:p w14:paraId="31DD820F" w14:textId="77777777" w:rsidR="00A92E41" w:rsidRPr="00174685" w:rsidRDefault="00000000">
            <w:pPr>
              <w:keepNext/>
              <w:spacing w:line="312" w:lineRule="auto"/>
              <w:rPr>
                <w:rFonts w:cs="Times New Roman"/>
                <w:szCs w:val="28"/>
              </w:rPr>
            </w:pPr>
            <w:r w:rsidRPr="00174685">
              <w:rPr>
                <w:rFonts w:cs="Times New Roman"/>
                <w:szCs w:val="28"/>
              </w:rPr>
              <w:t>- Tích hợp NLS: GV cung cấp Tư liệu 2.a và Tư liệu 2.b ở dạng PowerPoint/PDF hoặc qua mã QR. HS đối chiếu tên nhân vật, cách gọi sự kiện, nguồn và góc nhìn; đánh giá điểm thống nhất, điểm khác nhau và mức độ phù hợp của thông tin.</w:t>
            </w:r>
          </w:p>
          <w:p w14:paraId="19D33DF0" w14:textId="77777777" w:rsidR="00A92E41" w:rsidRPr="00174685" w:rsidRDefault="00000000">
            <w:pPr>
              <w:keepNext/>
              <w:spacing w:line="312" w:lineRule="auto"/>
              <w:rPr>
                <w:rFonts w:cs="Times New Roman"/>
                <w:szCs w:val="28"/>
              </w:rPr>
            </w:pPr>
            <w:r w:rsidRPr="00174685">
              <w:rPr>
                <w:rFonts w:cs="Times New Roman"/>
                <w:szCs w:val="28"/>
              </w:rPr>
              <w:t xml:space="preserve">- Mỗi nhóm chụp Phiếu học tập số 1 hoặc gõ kết quả ngắn bằng Word/Google Docs, ghi nguồn “SGK Lịch sử 10, Bài 1, Tư liệu 2.a/2.b” và gửi qua Google Classroom/Google Drive hoặc nhóm Zalo lớp theo </w:t>
            </w:r>
            <w:r w:rsidRPr="00174685">
              <w:rPr>
                <w:rFonts w:cs="Times New Roman"/>
                <w:szCs w:val="28"/>
              </w:rPr>
              <w:lastRenderedPageBreak/>
              <w:t>hướng dẫn của GV.</w:t>
            </w:r>
          </w:p>
          <w:p w14:paraId="57FBD469" w14:textId="77777777" w:rsidR="009A726D" w:rsidRPr="00174685" w:rsidRDefault="00000000">
            <w:pPr>
              <w:keepNext/>
              <w:spacing w:line="312" w:lineRule="auto"/>
              <w:rPr>
                <w:rFonts w:cs="Times New Roman"/>
                <w:szCs w:val="28"/>
              </w:rPr>
            </w:pPr>
            <w:r w:rsidRPr="00174685">
              <w:rPr>
                <w:rFonts w:cs="Times New Roman"/>
                <w:b/>
                <w:szCs w:val="28"/>
              </w:rPr>
              <w:t>Bước 4. Đánh giá kết quả thực hiện nhiệm vụ</w:t>
            </w:r>
          </w:p>
          <w:p w14:paraId="7310B122" w14:textId="77777777" w:rsidR="009A726D" w:rsidRPr="00174685" w:rsidRDefault="00000000">
            <w:pPr>
              <w:spacing w:line="312" w:lineRule="auto"/>
              <w:rPr>
                <w:rFonts w:cs="Times New Roman"/>
                <w:szCs w:val="28"/>
              </w:rPr>
            </w:pPr>
            <w:r w:rsidRPr="00174685">
              <w:rPr>
                <w:rFonts w:cs="Times New Roman"/>
                <w:szCs w:val="28"/>
              </w:rPr>
              <w:t>GV nhận xét, chuẩn xác kiến thức; nhấn mạnh: hiện thực lịch sử chỉ xảy ra một lần và tồn tại khách quan, nhưng việc nhận thức, tái hiện lịch sử phụ thuộc vào nguồn sử liệu, phương pháp, mục đích và góc nhìn của người nghiên cứu.</w:t>
            </w:r>
          </w:p>
        </w:tc>
        <w:tc>
          <w:tcPr>
            <w:tcW w:w="1684" w:type="pct"/>
          </w:tcPr>
          <w:p w14:paraId="62686241" w14:textId="77777777" w:rsidR="009A726D" w:rsidRPr="00174685" w:rsidRDefault="009A726D">
            <w:pPr>
              <w:spacing w:line="312" w:lineRule="auto"/>
              <w:rPr>
                <w:rFonts w:cs="Times New Roman"/>
                <w:szCs w:val="28"/>
              </w:rPr>
            </w:pPr>
          </w:p>
          <w:p w14:paraId="598E5006" w14:textId="77777777" w:rsidR="009A726D" w:rsidRPr="00174685" w:rsidRDefault="00000000">
            <w:pPr>
              <w:spacing w:line="307" w:lineRule="auto"/>
              <w:rPr>
                <w:rFonts w:cs="Times New Roman"/>
                <w:szCs w:val="28"/>
              </w:rPr>
            </w:pPr>
            <w:r w:rsidRPr="00174685">
              <w:rPr>
                <w:rFonts w:cs="Times New Roman"/>
                <w:szCs w:val="28"/>
              </w:rPr>
              <w:t>- Lịch sử là những gì đã diễn ra trong quá khứ. Lịch sử loài người là toàn bộ những hoạt động của con người từ khi xuất hiện đến ngày nay, bao gồm cả quá trình tương tác của con người với tự nhiên và quan hệ giữa người với người.</w:t>
            </w:r>
          </w:p>
          <w:p w14:paraId="43A0CC0C" w14:textId="77777777" w:rsidR="009A726D" w:rsidRPr="00174685" w:rsidRDefault="00000000">
            <w:pPr>
              <w:spacing w:line="307" w:lineRule="auto"/>
              <w:rPr>
                <w:rFonts w:cs="Times New Roman"/>
                <w:szCs w:val="28"/>
              </w:rPr>
            </w:pPr>
            <w:r w:rsidRPr="00174685">
              <w:rPr>
                <w:rFonts w:cs="Times New Roman"/>
                <w:szCs w:val="28"/>
              </w:rPr>
              <w:t>- Khái niệm lịch sử được hiểu theo hai nghĩa: hiện thực lịch sử và lịch sử được con người nhận thức.</w:t>
            </w:r>
          </w:p>
          <w:p w14:paraId="0AC0C859" w14:textId="77777777" w:rsidR="009A726D" w:rsidRPr="00174685" w:rsidRDefault="00000000">
            <w:pPr>
              <w:spacing w:line="307" w:lineRule="auto"/>
              <w:rPr>
                <w:rFonts w:cs="Times New Roman"/>
                <w:szCs w:val="28"/>
              </w:rPr>
            </w:pPr>
            <w:r w:rsidRPr="00174685">
              <w:rPr>
                <w:rFonts w:cs="Times New Roman"/>
                <w:szCs w:val="28"/>
              </w:rPr>
              <w:t>- Hiện thực lịch sử là tất cả những gì đã diễn ra trong quá khứ; tồn tại hoàn toàn khách quan, không phụ thuộc vào ý muốn chủ quan của con người và không thể thay đổi.</w:t>
            </w:r>
          </w:p>
          <w:p w14:paraId="20D2A599" w14:textId="77777777" w:rsidR="009A726D" w:rsidRPr="00174685" w:rsidRDefault="00000000">
            <w:pPr>
              <w:spacing w:line="307" w:lineRule="auto"/>
              <w:rPr>
                <w:rFonts w:cs="Times New Roman"/>
                <w:szCs w:val="28"/>
              </w:rPr>
            </w:pPr>
            <w:r w:rsidRPr="00174685">
              <w:rPr>
                <w:rFonts w:cs="Times New Roman"/>
                <w:szCs w:val="28"/>
              </w:rPr>
              <w:t xml:space="preserve">- Lịch sử được con người nhận thức là những hiểu biết của con người về hiện thực lịch sử, được trình bày và tái </w:t>
            </w:r>
            <w:r w:rsidRPr="00174685">
              <w:rPr>
                <w:rFonts w:cs="Times New Roman"/>
                <w:szCs w:val="28"/>
              </w:rPr>
              <w:lastRenderedPageBreak/>
              <w:t>hiện bằng nhiều cách như kể chuyện, ghi chép, nghiên cứu, trưng bày, phục dựng, nghi lễ, phong tục,...</w:t>
            </w:r>
          </w:p>
          <w:p w14:paraId="4C2798F3" w14:textId="77777777" w:rsidR="009A726D" w:rsidRPr="00174685" w:rsidRDefault="00000000">
            <w:pPr>
              <w:spacing w:line="307" w:lineRule="auto"/>
              <w:rPr>
                <w:rFonts w:cs="Times New Roman"/>
                <w:szCs w:val="28"/>
              </w:rPr>
            </w:pPr>
            <w:r w:rsidRPr="00174685">
              <w:rPr>
                <w:rFonts w:cs="Times New Roman"/>
                <w:szCs w:val="28"/>
              </w:rPr>
              <w:t>- Tư liệu 1: Hình 2 và Hình 3 là chứng cứ xác thực giúp nhận biết hiện thực lịch sử; Hình 4 là một cách người đời sau tái hiện và trình bày nhận thức về lịch sử nước Âu Lạc.</w:t>
            </w:r>
          </w:p>
          <w:p w14:paraId="26238F3A" w14:textId="77777777" w:rsidR="009A726D" w:rsidRPr="00174685" w:rsidRDefault="00000000">
            <w:pPr>
              <w:spacing w:line="307" w:lineRule="auto"/>
              <w:rPr>
                <w:rFonts w:cs="Times New Roman"/>
                <w:szCs w:val="28"/>
              </w:rPr>
            </w:pPr>
            <w:r w:rsidRPr="00174685">
              <w:rPr>
                <w:rFonts w:cs="Times New Roman"/>
                <w:szCs w:val="28"/>
              </w:rPr>
              <w:t>- Tư liệu 2: Hai tư liệu cùng phản ánh cuộc đụng độ giữa đoàn thám hiểm của Ma-gien-lăng và người dân địa phương tại đảo Mác-tan, nhưng cách gọi nhân vật và đánh giá sự kiện khác nhau.</w:t>
            </w:r>
          </w:p>
          <w:p w14:paraId="3D3A5B98" w14:textId="77777777" w:rsidR="009A726D" w:rsidRPr="00174685" w:rsidRDefault="00000000">
            <w:pPr>
              <w:spacing w:line="307" w:lineRule="auto"/>
              <w:rPr>
                <w:rFonts w:cs="Times New Roman"/>
                <w:szCs w:val="28"/>
              </w:rPr>
            </w:pPr>
            <w:r w:rsidRPr="00174685">
              <w:rPr>
                <w:rFonts w:cs="Times New Roman"/>
                <w:szCs w:val="28"/>
              </w:rPr>
              <w:t>- Nguyên nhân của sự khác nhau: người viết có vị trí, quan điểm, mục đích, phương pháp và nguồn tư liệu khác nhau; vì vậy giữa hiện thực lịch sử và lịch sử được con người nhận thức luôn có khoảng cách.</w:t>
            </w:r>
          </w:p>
          <w:p w14:paraId="02D8A08D" w14:textId="77777777" w:rsidR="00A92E41" w:rsidRPr="00174685" w:rsidRDefault="00000000">
            <w:pPr>
              <w:spacing w:line="276" w:lineRule="auto"/>
              <w:rPr>
                <w:rFonts w:cs="Times New Roman"/>
                <w:szCs w:val="28"/>
              </w:rPr>
            </w:pPr>
            <w:r w:rsidRPr="00174685">
              <w:rPr>
                <w:rFonts w:cs="Times New Roman"/>
                <w:szCs w:val="28"/>
              </w:rPr>
              <w:t>- Sản phẩm NLS: Ảnh hoặc tệp Phiếu học tập số 1 có nêu nguồn, dẫn chứng và nhận xét về độ tin cậy, góc nhìn của hai tư liệu.</w:t>
            </w:r>
          </w:p>
        </w:tc>
        <w:tc>
          <w:tcPr>
            <w:tcW w:w="1175" w:type="pct"/>
          </w:tcPr>
          <w:p w14:paraId="179C60E0" w14:textId="7ED23EE2" w:rsidR="00D3106E" w:rsidRDefault="00D3106E" w:rsidP="00D3106E">
            <w:pPr>
              <w:spacing w:line="240" w:lineRule="auto"/>
              <w:rPr>
                <w:sz w:val="24"/>
              </w:rPr>
            </w:pPr>
            <w:r w:rsidRPr="00D3106E">
              <w:rPr>
                <w:rStyle w:val="fontstyle01"/>
                <w:b/>
                <w:bCs/>
              </w:rPr>
              <w:lastRenderedPageBreak/>
              <w:t>1.1.NC1b</w:t>
            </w:r>
            <w:r>
              <w:rPr>
                <w:rStyle w:val="fontstyle01"/>
              </w:rPr>
              <w:t xml:space="preserve"> HS sử dụng công nghệ số để tìm kiếm để lấy được dữ liệu, thông</w:t>
            </w:r>
            <w:r>
              <w:rPr>
                <w:rFonts w:ascii="TimesNewRomanPSMT" w:hAnsi="TimesNewRomanPSMT"/>
                <w:color w:val="000000"/>
                <w:sz w:val="26"/>
                <w:szCs w:val="26"/>
              </w:rPr>
              <w:br/>
            </w:r>
            <w:r>
              <w:rPr>
                <w:rStyle w:val="fontstyle01"/>
              </w:rPr>
              <w:t>tin và nội dung trong môi trường số.</w:t>
            </w:r>
          </w:p>
          <w:p w14:paraId="539CA0EC" w14:textId="77777777" w:rsidR="00A92E41" w:rsidRPr="00174685" w:rsidRDefault="00000000">
            <w:pPr>
              <w:spacing w:line="240" w:lineRule="auto"/>
              <w:rPr>
                <w:rFonts w:cs="Times New Roman"/>
                <w:szCs w:val="28"/>
              </w:rPr>
            </w:pPr>
            <w:r w:rsidRPr="00174685">
              <w:rPr>
                <w:rFonts w:cs="Times New Roman"/>
                <w:b/>
                <w:szCs w:val="28"/>
              </w:rPr>
              <w:t xml:space="preserve">Nhiệm vụ học tập: </w:t>
            </w:r>
            <w:r w:rsidRPr="00174685">
              <w:rPr>
                <w:rFonts w:cs="Times New Roman"/>
                <w:szCs w:val="28"/>
              </w:rPr>
              <w:t>HS đối chiếu hai tư liệu số về cùng sự kiện tại đảo Mác-tan, xác định điểm giống, khác, nguồn, góc nhìn và nêu căn cứ đánh giá.</w:t>
            </w:r>
          </w:p>
          <w:p w14:paraId="3AD666DC" w14:textId="77777777" w:rsidR="00A92E41" w:rsidRPr="00174685" w:rsidRDefault="00000000">
            <w:pPr>
              <w:spacing w:line="240" w:lineRule="auto"/>
              <w:rPr>
                <w:rFonts w:cs="Times New Roman"/>
                <w:szCs w:val="28"/>
              </w:rPr>
            </w:pPr>
            <w:r w:rsidRPr="00174685">
              <w:rPr>
                <w:rFonts w:cs="Times New Roman"/>
                <w:b/>
                <w:szCs w:val="28"/>
              </w:rPr>
              <w:t xml:space="preserve">Công cụ: </w:t>
            </w:r>
            <w:r w:rsidRPr="00174685">
              <w:rPr>
                <w:rFonts w:cs="Times New Roman"/>
                <w:szCs w:val="28"/>
              </w:rPr>
              <w:t>PowerPoint/PDF hoặc mã QR; Phiếu học tập số 1.</w:t>
            </w:r>
          </w:p>
          <w:p w14:paraId="4E34D9B1" w14:textId="77777777" w:rsidR="00A92E41" w:rsidRPr="00174685" w:rsidRDefault="00000000">
            <w:pPr>
              <w:spacing w:line="240" w:lineRule="auto"/>
              <w:rPr>
                <w:rFonts w:cs="Times New Roman"/>
                <w:szCs w:val="28"/>
              </w:rPr>
            </w:pPr>
            <w:r w:rsidRPr="00174685">
              <w:rPr>
                <w:rFonts w:cs="Times New Roman"/>
                <w:b/>
                <w:szCs w:val="28"/>
              </w:rPr>
              <w:t xml:space="preserve">Sản phẩm minh chứng: </w:t>
            </w:r>
            <w:r w:rsidRPr="00174685">
              <w:rPr>
                <w:rFonts w:cs="Times New Roman"/>
                <w:szCs w:val="28"/>
              </w:rPr>
              <w:t>Phiếu học tập có dẫn chứng và nhận xét về độ tin cậy, góc nhìn.</w:t>
            </w:r>
          </w:p>
          <w:p w14:paraId="5C9037FC" w14:textId="77777777" w:rsidR="00A92E41" w:rsidRPr="00174685" w:rsidRDefault="00000000">
            <w:pPr>
              <w:spacing w:line="240" w:lineRule="auto"/>
              <w:rPr>
                <w:rFonts w:cs="Times New Roman"/>
                <w:szCs w:val="28"/>
              </w:rPr>
            </w:pPr>
            <w:r w:rsidRPr="00174685">
              <w:rPr>
                <w:rFonts w:cs="Times New Roman"/>
                <w:b/>
                <w:szCs w:val="28"/>
              </w:rPr>
              <w:t xml:space="preserve">Cách đánh giá: </w:t>
            </w:r>
            <w:r w:rsidRPr="00174685">
              <w:rPr>
                <w:rFonts w:cs="Times New Roman"/>
                <w:szCs w:val="28"/>
              </w:rPr>
              <w:t>GV kiểm tra sự phù hợp của dẫn chứng, tính hợp lí của nhận xét và việc phân biệt hiện thực lịch sử với lịch sử được con người nhận thức.</w:t>
            </w:r>
          </w:p>
          <w:p w14:paraId="62C353AB" w14:textId="77777777" w:rsidR="00D3106E" w:rsidRDefault="00D3106E" w:rsidP="00D3106E">
            <w:pPr>
              <w:spacing w:line="240" w:lineRule="auto"/>
              <w:rPr>
                <w:sz w:val="24"/>
              </w:rPr>
            </w:pPr>
            <w:r w:rsidRPr="00D3106E">
              <w:rPr>
                <w:rStyle w:val="fontstyle01"/>
                <w:b/>
                <w:bCs/>
              </w:rPr>
              <w:lastRenderedPageBreak/>
              <w:t>6.3.NC1a/b.</w:t>
            </w:r>
            <w:r>
              <w:rPr>
                <w:rStyle w:val="fontstyle01"/>
              </w:rPr>
              <w:t xml:space="preserve"> Đánh gia và lọc thông tin từ các nguồn được tạo ra hoăc xử lí</w:t>
            </w:r>
            <w:r>
              <w:rPr>
                <w:rFonts w:ascii="TimesNewRomanPSMT" w:hAnsi="TimesNewRomanPSMT"/>
                <w:color w:val="000000"/>
                <w:sz w:val="26"/>
                <w:szCs w:val="26"/>
              </w:rPr>
              <w:br/>
            </w:r>
            <w:r>
              <w:rPr>
                <w:rStyle w:val="fontstyle01"/>
              </w:rPr>
              <w:t>bằng AI, để hiểu rõ hơn về tính đáng tin cậy và sử dụng thông tin đó.</w:t>
            </w:r>
          </w:p>
          <w:p w14:paraId="49D1251C" w14:textId="6661F40E" w:rsidR="00A92E41" w:rsidRPr="00174685" w:rsidRDefault="00000000">
            <w:pPr>
              <w:spacing w:line="240" w:lineRule="auto"/>
              <w:rPr>
                <w:rFonts w:cs="Times New Roman"/>
                <w:szCs w:val="28"/>
              </w:rPr>
            </w:pPr>
            <w:r w:rsidRPr="00174685">
              <w:rPr>
                <w:rFonts w:cs="Times New Roman"/>
                <w:b/>
                <w:szCs w:val="28"/>
              </w:rPr>
              <w:t xml:space="preserve">Nhiệm vụ học tập: </w:t>
            </w:r>
            <w:r w:rsidRPr="00174685">
              <w:rPr>
                <w:rFonts w:cs="Times New Roman"/>
                <w:szCs w:val="28"/>
              </w:rPr>
              <w:t xml:space="preserve">Nhóm chụp hoặc gõ kết quả, ghi nguồn Tư liệu </w:t>
            </w:r>
            <w:r w:rsidR="00401EC9" w:rsidRPr="00D3106E">
              <w:rPr>
                <w:rStyle w:val="fontstyle01"/>
                <w:b/>
                <w:bCs/>
              </w:rPr>
              <w:t>6.3.NC1a/b.</w:t>
            </w:r>
            <w:r w:rsidR="00401EC9">
              <w:rPr>
                <w:rStyle w:val="fontstyle01"/>
              </w:rPr>
              <w:t xml:space="preserve"> </w:t>
            </w:r>
            <w:r w:rsidRPr="00174685">
              <w:rPr>
                <w:rFonts w:cs="Times New Roman"/>
                <w:szCs w:val="28"/>
              </w:rPr>
              <w:t>và gửi sản phẩm vào kênh chia sẻ do GV quy định.</w:t>
            </w:r>
          </w:p>
          <w:p w14:paraId="778985C6" w14:textId="77777777" w:rsidR="00A92E41" w:rsidRPr="00174685" w:rsidRDefault="00000000">
            <w:pPr>
              <w:spacing w:line="240" w:lineRule="auto"/>
              <w:rPr>
                <w:rFonts w:cs="Times New Roman"/>
                <w:szCs w:val="28"/>
              </w:rPr>
            </w:pPr>
            <w:r w:rsidRPr="00174685">
              <w:rPr>
                <w:rFonts w:cs="Times New Roman"/>
                <w:b/>
                <w:szCs w:val="28"/>
              </w:rPr>
              <w:t xml:space="preserve">Công cụ: </w:t>
            </w:r>
            <w:r w:rsidRPr="00174685">
              <w:rPr>
                <w:rFonts w:cs="Times New Roman"/>
                <w:szCs w:val="28"/>
              </w:rPr>
              <w:t>Máy ảnh điện thoại; Word/Google Docs; Google Classroom/Google Drive hoặc nhóm Zalo lớp.</w:t>
            </w:r>
          </w:p>
          <w:p w14:paraId="71DDFEA1" w14:textId="77777777" w:rsidR="00A92E41" w:rsidRPr="00174685" w:rsidRDefault="00000000">
            <w:pPr>
              <w:spacing w:line="240" w:lineRule="auto"/>
              <w:rPr>
                <w:rFonts w:cs="Times New Roman"/>
                <w:szCs w:val="28"/>
              </w:rPr>
            </w:pPr>
            <w:r w:rsidRPr="00174685">
              <w:rPr>
                <w:rFonts w:cs="Times New Roman"/>
                <w:b/>
                <w:szCs w:val="28"/>
              </w:rPr>
              <w:t xml:space="preserve">Sản phẩm minh chứng: </w:t>
            </w:r>
            <w:r w:rsidRPr="00174685">
              <w:rPr>
                <w:rFonts w:cs="Times New Roman"/>
                <w:szCs w:val="28"/>
              </w:rPr>
              <w:t>Ảnh hoặc tệp Phiếu học tập số 1 đã ghi nguồn.</w:t>
            </w:r>
          </w:p>
          <w:p w14:paraId="6C7E5082" w14:textId="77777777" w:rsidR="00A92E41" w:rsidRPr="00174685" w:rsidRDefault="00000000">
            <w:pPr>
              <w:spacing w:line="240" w:lineRule="auto"/>
              <w:rPr>
                <w:rFonts w:cs="Times New Roman"/>
                <w:szCs w:val="28"/>
              </w:rPr>
            </w:pPr>
            <w:r w:rsidRPr="00174685">
              <w:rPr>
                <w:rFonts w:cs="Times New Roman"/>
                <w:b/>
                <w:szCs w:val="28"/>
              </w:rPr>
              <w:t xml:space="preserve">Cách đánh giá: </w:t>
            </w:r>
            <w:r w:rsidRPr="00174685">
              <w:rPr>
                <w:rFonts w:cs="Times New Roman"/>
                <w:szCs w:val="28"/>
              </w:rPr>
              <w:t>GV kiểm tra nội dung chia sẻ đúng nhiệm vụ, ghi nguồn rõ ràng, không đăng thông tin cá nhân không cần thiết.</w:t>
            </w:r>
          </w:p>
        </w:tc>
      </w:tr>
    </w:tbl>
    <w:p w14:paraId="688B4B27" w14:textId="77777777" w:rsidR="009A726D" w:rsidRPr="00174685" w:rsidRDefault="00000000">
      <w:pPr>
        <w:keepNext/>
        <w:spacing w:before="80" w:line="312" w:lineRule="auto"/>
        <w:jc w:val="center"/>
        <w:rPr>
          <w:rFonts w:cs="Times New Roman"/>
          <w:szCs w:val="28"/>
        </w:rPr>
      </w:pPr>
      <w:r w:rsidRPr="00174685">
        <w:rPr>
          <w:rFonts w:cs="Times New Roman"/>
          <w:b/>
          <w:szCs w:val="28"/>
        </w:rPr>
        <w:lastRenderedPageBreak/>
        <w:t>PHIẾU HỌC TẬP SỐ 1</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35"/>
        <w:gridCol w:w="4535"/>
      </w:tblGrid>
      <w:tr w:rsidR="009A726D" w:rsidRPr="00174685" w14:paraId="32C8CE22" w14:textId="77777777">
        <w:trPr>
          <w:tblHeader/>
          <w:jc w:val="center"/>
        </w:trPr>
        <w:tc>
          <w:tcPr>
            <w:tcW w:w="4535" w:type="dxa"/>
            <w:shd w:val="clear" w:color="auto" w:fill="D9D9D9"/>
            <w:tcMar>
              <w:top w:w="65" w:type="dxa"/>
              <w:left w:w="70" w:type="dxa"/>
              <w:bottom w:w="65" w:type="dxa"/>
              <w:right w:w="70" w:type="dxa"/>
            </w:tcMar>
          </w:tcPr>
          <w:p w14:paraId="42CF12CD" w14:textId="77777777" w:rsidR="009A726D" w:rsidRPr="00174685" w:rsidRDefault="00000000">
            <w:pPr>
              <w:spacing w:line="283" w:lineRule="auto"/>
              <w:jc w:val="center"/>
              <w:rPr>
                <w:rFonts w:cs="Times New Roman"/>
                <w:szCs w:val="28"/>
              </w:rPr>
            </w:pPr>
            <w:r w:rsidRPr="00174685">
              <w:rPr>
                <w:rFonts w:cs="Times New Roman"/>
                <w:b/>
                <w:szCs w:val="28"/>
              </w:rPr>
              <w:t>Tư liệu 2.a</w:t>
            </w:r>
          </w:p>
        </w:tc>
        <w:tc>
          <w:tcPr>
            <w:tcW w:w="4535" w:type="dxa"/>
            <w:shd w:val="clear" w:color="auto" w:fill="D9D9D9"/>
            <w:tcMar>
              <w:top w:w="65" w:type="dxa"/>
              <w:left w:w="70" w:type="dxa"/>
              <w:bottom w:w="65" w:type="dxa"/>
              <w:right w:w="70" w:type="dxa"/>
            </w:tcMar>
          </w:tcPr>
          <w:p w14:paraId="1D111113" w14:textId="77777777" w:rsidR="009A726D" w:rsidRPr="00174685" w:rsidRDefault="00000000">
            <w:pPr>
              <w:spacing w:line="283" w:lineRule="auto"/>
              <w:jc w:val="center"/>
              <w:rPr>
                <w:rFonts w:cs="Times New Roman"/>
                <w:szCs w:val="28"/>
              </w:rPr>
            </w:pPr>
            <w:r w:rsidRPr="00174685">
              <w:rPr>
                <w:rFonts w:cs="Times New Roman"/>
                <w:b/>
                <w:szCs w:val="28"/>
              </w:rPr>
              <w:t>Tư liệu 2.b</w:t>
            </w:r>
          </w:p>
        </w:tc>
      </w:tr>
      <w:tr w:rsidR="009A726D" w:rsidRPr="00174685" w14:paraId="0D726AAA" w14:textId="77777777">
        <w:trPr>
          <w:jc w:val="center"/>
        </w:trPr>
        <w:tc>
          <w:tcPr>
            <w:tcW w:w="4535" w:type="dxa"/>
            <w:tcMar>
              <w:top w:w="65" w:type="dxa"/>
              <w:left w:w="70" w:type="dxa"/>
              <w:bottom w:w="65" w:type="dxa"/>
              <w:right w:w="70" w:type="dxa"/>
            </w:tcMar>
          </w:tcPr>
          <w:p w14:paraId="5C98CC16" w14:textId="77777777" w:rsidR="009A726D" w:rsidRPr="00174685" w:rsidRDefault="00000000">
            <w:pPr>
              <w:spacing w:line="283" w:lineRule="auto"/>
              <w:rPr>
                <w:rFonts w:cs="Times New Roman"/>
                <w:szCs w:val="28"/>
              </w:rPr>
            </w:pPr>
            <w:r w:rsidRPr="00174685">
              <w:rPr>
                <w:rFonts w:cs="Times New Roman"/>
                <w:szCs w:val="28"/>
              </w:rPr>
              <w:t>- Ph. Ma-gien-lăng chỉ huy đội quân xâm lược.</w:t>
            </w:r>
            <w:r w:rsidRPr="00174685">
              <w:rPr>
                <w:rFonts w:cs="Times New Roman"/>
                <w:szCs w:val="28"/>
              </w:rPr>
              <w:br/>
              <w:t>- Sự kiện đó là cuộc xâm lược đầu tiên của người châu Âu đến Phi-líp-pin.</w:t>
            </w:r>
            <w:r w:rsidRPr="00174685">
              <w:rPr>
                <w:rFonts w:cs="Times New Roman"/>
                <w:szCs w:val="28"/>
              </w:rPr>
              <w:br/>
              <w:t>- La-pu-la-pu là thủ lĩnh người Phi-líp-pin đánh đuổi quân xâm lược châu Âu.</w:t>
            </w:r>
          </w:p>
        </w:tc>
        <w:tc>
          <w:tcPr>
            <w:tcW w:w="4535" w:type="dxa"/>
            <w:tcMar>
              <w:top w:w="65" w:type="dxa"/>
              <w:left w:w="70" w:type="dxa"/>
              <w:bottom w:w="65" w:type="dxa"/>
              <w:right w:w="70" w:type="dxa"/>
            </w:tcMar>
          </w:tcPr>
          <w:p w14:paraId="6CDA4ABF" w14:textId="77777777" w:rsidR="009A726D" w:rsidRPr="00174685" w:rsidRDefault="00000000">
            <w:pPr>
              <w:spacing w:line="283" w:lineRule="auto"/>
              <w:rPr>
                <w:rFonts w:cs="Times New Roman"/>
                <w:szCs w:val="28"/>
              </w:rPr>
            </w:pPr>
            <w:r w:rsidRPr="00174685">
              <w:rPr>
                <w:rFonts w:cs="Times New Roman"/>
                <w:szCs w:val="28"/>
              </w:rPr>
              <w:t>- Ph. Ma-gien-lăng chỉ huy đoàn thuỷ thủ thực hiện cuộc phát kiến địa lí.</w:t>
            </w:r>
            <w:r w:rsidRPr="00174685">
              <w:rPr>
                <w:rFonts w:cs="Times New Roman"/>
                <w:szCs w:val="28"/>
              </w:rPr>
              <w:br/>
              <w:t>- Sự kiện đó là cuộc phát kiến địa lí vĩ đại: lần đầu tiên con người đi vòng quanh thế giới bằng đường biển.</w:t>
            </w:r>
            <w:r w:rsidRPr="00174685">
              <w:rPr>
                <w:rFonts w:cs="Times New Roman"/>
                <w:szCs w:val="28"/>
              </w:rPr>
              <w:br/>
              <w:t>- Ma-gien-lăng được tôn vinh vì có công lao lớn trong hành trình đó.</w:t>
            </w:r>
          </w:p>
        </w:tc>
      </w:tr>
      <w:tr w:rsidR="009A726D" w:rsidRPr="00174685" w14:paraId="6F2B4764" w14:textId="77777777">
        <w:trPr>
          <w:jc w:val="center"/>
        </w:trPr>
        <w:tc>
          <w:tcPr>
            <w:tcW w:w="4535" w:type="dxa"/>
            <w:tcMar>
              <w:top w:w="65" w:type="dxa"/>
              <w:left w:w="70" w:type="dxa"/>
              <w:bottom w:w="65" w:type="dxa"/>
              <w:right w:w="70" w:type="dxa"/>
            </w:tcMar>
          </w:tcPr>
          <w:p w14:paraId="7972B72C" w14:textId="77777777" w:rsidR="009A726D" w:rsidRPr="00174685" w:rsidRDefault="00000000">
            <w:pPr>
              <w:spacing w:line="283" w:lineRule="auto"/>
              <w:rPr>
                <w:rFonts w:cs="Times New Roman"/>
                <w:szCs w:val="28"/>
              </w:rPr>
            </w:pPr>
            <w:r w:rsidRPr="00174685">
              <w:rPr>
                <w:rFonts w:cs="Times New Roman"/>
                <w:szCs w:val="28"/>
              </w:rPr>
              <w:t>1. Chỉ ra điểm giống nhau giữa hai tư liệu.</w:t>
            </w:r>
            <w:r w:rsidRPr="00174685">
              <w:rPr>
                <w:rFonts w:cs="Times New Roman"/>
                <w:szCs w:val="28"/>
              </w:rPr>
              <w:br/>
              <w:t>2. Chỉ ra những điểm khác nhau giữa hai tư liệu.</w:t>
            </w:r>
            <w:r w:rsidRPr="00174685">
              <w:rPr>
                <w:rFonts w:cs="Times New Roman"/>
                <w:szCs w:val="28"/>
              </w:rPr>
              <w:br/>
              <w:t>3. Giải thích vì sao có sự khác nhau.</w:t>
            </w:r>
          </w:p>
        </w:tc>
        <w:tc>
          <w:tcPr>
            <w:tcW w:w="4535" w:type="dxa"/>
            <w:tcMar>
              <w:top w:w="65" w:type="dxa"/>
              <w:left w:w="70" w:type="dxa"/>
              <w:bottom w:w="65" w:type="dxa"/>
              <w:right w:w="70" w:type="dxa"/>
            </w:tcMar>
          </w:tcPr>
          <w:p w14:paraId="40EA14C3" w14:textId="77777777" w:rsidR="009A726D" w:rsidRPr="00174685" w:rsidRDefault="00000000">
            <w:pPr>
              <w:spacing w:line="283" w:lineRule="auto"/>
              <w:rPr>
                <w:rFonts w:cs="Times New Roman"/>
                <w:szCs w:val="28"/>
              </w:rPr>
            </w:pPr>
            <w:r w:rsidRPr="00174685">
              <w:rPr>
                <w:rFonts w:cs="Times New Roman"/>
                <w:szCs w:val="28"/>
              </w:rPr>
              <w:t>HS ghi kết quả thảo luận, nêu dẫn chứng và chuẩn bị báo cáo trước lớp.</w:t>
            </w:r>
          </w:p>
        </w:tc>
      </w:tr>
    </w:tbl>
    <w:p w14:paraId="6A5EBD43" w14:textId="77777777" w:rsidR="009A726D" w:rsidRPr="00174685" w:rsidRDefault="00000000">
      <w:pPr>
        <w:keepNext/>
        <w:spacing w:before="80"/>
        <w:rPr>
          <w:rFonts w:cs="Times New Roman"/>
          <w:szCs w:val="28"/>
        </w:rPr>
      </w:pPr>
      <w:r w:rsidRPr="00174685">
        <w:rPr>
          <w:rFonts w:cs="Times New Roman"/>
          <w:b/>
          <w:szCs w:val="28"/>
        </w:rPr>
        <w:t>Hoạt động 2. Tìm hiểu về Sử học</w:t>
      </w:r>
    </w:p>
    <w:p w14:paraId="4F8FAFF2" w14:textId="77777777" w:rsidR="009A726D" w:rsidRPr="00174685" w:rsidRDefault="00000000">
      <w:pPr>
        <w:keepNext/>
        <w:rPr>
          <w:rFonts w:cs="Times New Roman"/>
          <w:szCs w:val="28"/>
        </w:rPr>
      </w:pPr>
      <w:r w:rsidRPr="00174685">
        <w:rPr>
          <w:rFonts w:cs="Times New Roman"/>
          <w:b/>
          <w:szCs w:val="28"/>
        </w:rPr>
        <w:t>a. Mục tiêu:</w:t>
      </w:r>
      <w:r w:rsidRPr="00174685">
        <w:rPr>
          <w:rFonts w:cs="Times New Roman"/>
          <w:szCs w:val="28"/>
        </w:rPr>
        <w:t xml:space="preserve"> HS giải thích được khái niệm, đối tượng, chức năng và nhiệm vụ của Sử học.</w:t>
      </w:r>
    </w:p>
    <w:p w14:paraId="565DB360" w14:textId="77777777" w:rsidR="009A726D" w:rsidRPr="00174685" w:rsidRDefault="00000000">
      <w:pPr>
        <w:keepNext/>
        <w:rPr>
          <w:rFonts w:cs="Times New Roman"/>
          <w:szCs w:val="28"/>
        </w:rPr>
      </w:pPr>
      <w:r w:rsidRPr="00174685">
        <w:rPr>
          <w:rFonts w:cs="Times New Roman"/>
          <w:b/>
          <w:szCs w:val="28"/>
        </w:rPr>
        <w:t>b. Nội dung:</w:t>
      </w:r>
      <w:r w:rsidRPr="00174685">
        <w:rPr>
          <w:rFonts w:cs="Times New Roman"/>
          <w:szCs w:val="28"/>
        </w:rPr>
        <w:t xml:space="preserve"> HS khai thác mục 2, Hình 7 và Hình 8 trong SGK; làm việc cá nhân, theo cặp và theo nhóm.</w:t>
      </w:r>
    </w:p>
    <w:p w14:paraId="63B74942" w14:textId="77777777" w:rsidR="009A726D" w:rsidRPr="00174685" w:rsidRDefault="00000000">
      <w:pPr>
        <w:keepNext/>
        <w:rPr>
          <w:rFonts w:cs="Times New Roman"/>
          <w:szCs w:val="28"/>
        </w:rPr>
      </w:pPr>
      <w:r w:rsidRPr="00174685">
        <w:rPr>
          <w:rFonts w:cs="Times New Roman"/>
          <w:b/>
          <w:szCs w:val="28"/>
        </w:rPr>
        <w:t>c. Sản phẩm học tập:</w:t>
      </w:r>
      <w:r w:rsidRPr="00174685">
        <w:rPr>
          <w:rFonts w:cs="Times New Roman"/>
          <w:szCs w:val="28"/>
        </w:rPr>
        <w:t xml:space="preserve"> Câu trả lời và sơ đồ tóm tắt kiến thức của HS.</w:t>
      </w:r>
    </w:p>
    <w:p w14:paraId="09824B96" w14:textId="77777777" w:rsidR="009A726D" w:rsidRPr="00174685" w:rsidRDefault="00000000">
      <w:pPr>
        <w:rPr>
          <w:rFonts w:cs="Times New Roman"/>
          <w:szCs w:val="28"/>
        </w:rPr>
      </w:pPr>
      <w:r w:rsidRPr="00174685">
        <w:rPr>
          <w:rFonts w:cs="Times New Roman"/>
          <w:b/>
          <w:szCs w:val="28"/>
        </w:rPr>
        <w:t>d. Tổ chức thực hiện:</w:t>
      </w:r>
    </w:p>
    <w:tbl>
      <w:tblPr>
        <w:tblStyle w:val="TableGrid"/>
        <w:tblW w:w="0" w:type="auto"/>
        <w:tblLayout w:type="fixed"/>
        <w:tblLook w:val="04A0" w:firstRow="1" w:lastRow="0" w:firstColumn="1" w:lastColumn="0" w:noHBand="0" w:noVBand="1"/>
      </w:tblPr>
      <w:tblGrid>
        <w:gridCol w:w="4503"/>
        <w:gridCol w:w="3402"/>
        <w:gridCol w:w="1949"/>
      </w:tblGrid>
      <w:tr w:rsidR="009A726D" w:rsidRPr="00174685" w14:paraId="2EB16080" w14:textId="77777777" w:rsidTr="00174685">
        <w:tc>
          <w:tcPr>
            <w:tcW w:w="4503" w:type="dxa"/>
          </w:tcPr>
          <w:p w14:paraId="669A6E77" w14:textId="77777777" w:rsidR="009A726D" w:rsidRPr="00174685" w:rsidRDefault="00000000">
            <w:pPr>
              <w:keepNext/>
              <w:spacing w:line="240" w:lineRule="auto"/>
              <w:jc w:val="center"/>
              <w:rPr>
                <w:rFonts w:cs="Times New Roman"/>
                <w:szCs w:val="28"/>
              </w:rPr>
            </w:pPr>
            <w:r w:rsidRPr="00174685">
              <w:rPr>
                <w:rFonts w:cs="Times New Roman"/>
                <w:b/>
                <w:szCs w:val="28"/>
              </w:rPr>
              <w:t>HOẠT ĐỘNG CỦA GV-HS</w:t>
            </w:r>
          </w:p>
        </w:tc>
        <w:tc>
          <w:tcPr>
            <w:tcW w:w="3402" w:type="dxa"/>
          </w:tcPr>
          <w:p w14:paraId="4D8CB52E" w14:textId="77777777" w:rsidR="009A726D" w:rsidRPr="00174685" w:rsidRDefault="00000000">
            <w:pPr>
              <w:keepNext/>
              <w:spacing w:line="240" w:lineRule="auto"/>
              <w:jc w:val="center"/>
              <w:rPr>
                <w:rFonts w:cs="Times New Roman"/>
                <w:szCs w:val="28"/>
              </w:rPr>
            </w:pPr>
            <w:r w:rsidRPr="00174685">
              <w:rPr>
                <w:rFonts w:cs="Times New Roman"/>
                <w:b/>
                <w:szCs w:val="28"/>
              </w:rPr>
              <w:t>DỰ KIẾN SẢN PHẨM</w:t>
            </w:r>
          </w:p>
        </w:tc>
        <w:tc>
          <w:tcPr>
            <w:tcW w:w="1949" w:type="dxa"/>
          </w:tcPr>
          <w:p w14:paraId="2A0F7968" w14:textId="77777777" w:rsidR="00A92E41" w:rsidRPr="00174685" w:rsidRDefault="00000000">
            <w:pPr>
              <w:spacing w:line="240" w:lineRule="auto"/>
              <w:jc w:val="center"/>
              <w:rPr>
                <w:rFonts w:cs="Times New Roman"/>
                <w:szCs w:val="28"/>
              </w:rPr>
            </w:pPr>
            <w:r w:rsidRPr="00174685">
              <w:rPr>
                <w:rFonts w:cs="Times New Roman"/>
                <w:b/>
                <w:szCs w:val="28"/>
              </w:rPr>
              <w:t>NLS</w:t>
            </w:r>
          </w:p>
        </w:tc>
      </w:tr>
      <w:tr w:rsidR="009A726D" w:rsidRPr="00174685" w14:paraId="6C0FB84E" w14:textId="77777777" w:rsidTr="00174685">
        <w:tc>
          <w:tcPr>
            <w:tcW w:w="4503" w:type="dxa"/>
          </w:tcPr>
          <w:p w14:paraId="65CFE08B" w14:textId="77777777" w:rsidR="009A726D" w:rsidRPr="00174685" w:rsidRDefault="009A726D">
            <w:pPr>
              <w:spacing w:line="312" w:lineRule="auto"/>
              <w:rPr>
                <w:rFonts w:cs="Times New Roman"/>
                <w:szCs w:val="28"/>
              </w:rPr>
            </w:pPr>
          </w:p>
          <w:p w14:paraId="72E630B9" w14:textId="77777777" w:rsidR="009A726D" w:rsidRPr="00174685" w:rsidRDefault="00000000">
            <w:pPr>
              <w:keepNext/>
              <w:spacing w:line="312" w:lineRule="auto"/>
              <w:rPr>
                <w:rFonts w:cs="Times New Roman"/>
                <w:szCs w:val="28"/>
              </w:rPr>
            </w:pPr>
            <w:r w:rsidRPr="00174685">
              <w:rPr>
                <w:rFonts w:cs="Times New Roman"/>
                <w:b/>
                <w:szCs w:val="28"/>
              </w:rPr>
              <w:t>Bước 1. Chuyển giao nhiệm vụ học tập</w:t>
            </w:r>
          </w:p>
          <w:p w14:paraId="03E82F8F" w14:textId="77777777" w:rsidR="009A726D" w:rsidRPr="00174685" w:rsidRDefault="00000000">
            <w:pPr>
              <w:spacing w:line="312" w:lineRule="auto"/>
              <w:rPr>
                <w:rFonts w:cs="Times New Roman"/>
                <w:szCs w:val="28"/>
              </w:rPr>
            </w:pPr>
            <w:r w:rsidRPr="00174685">
              <w:rPr>
                <w:rFonts w:cs="Times New Roman"/>
                <w:szCs w:val="28"/>
              </w:rPr>
              <w:t xml:space="preserve">GV yêu cầu HS đọc nội dung mục 2.a </w:t>
            </w:r>
            <w:r w:rsidRPr="00174685">
              <w:rPr>
                <w:rFonts w:cs="Times New Roman"/>
                <w:szCs w:val="28"/>
              </w:rPr>
              <w:lastRenderedPageBreak/>
              <w:t>trong SGK và trả lời:</w:t>
            </w:r>
          </w:p>
          <w:p w14:paraId="7D752848" w14:textId="77777777" w:rsidR="009A726D" w:rsidRPr="00174685" w:rsidRDefault="00000000">
            <w:pPr>
              <w:spacing w:line="312" w:lineRule="auto"/>
              <w:rPr>
                <w:rFonts w:cs="Times New Roman"/>
                <w:szCs w:val="28"/>
              </w:rPr>
            </w:pPr>
            <w:r w:rsidRPr="00174685">
              <w:rPr>
                <w:rFonts w:cs="Times New Roman"/>
                <w:szCs w:val="28"/>
              </w:rPr>
              <w:t>- Sử học là gì?</w:t>
            </w:r>
          </w:p>
          <w:p w14:paraId="12976039" w14:textId="77777777" w:rsidR="009A726D" w:rsidRPr="00174685" w:rsidRDefault="00000000">
            <w:pPr>
              <w:spacing w:line="312" w:lineRule="auto"/>
              <w:rPr>
                <w:rFonts w:cs="Times New Roman"/>
                <w:szCs w:val="28"/>
              </w:rPr>
            </w:pPr>
            <w:r w:rsidRPr="00174685">
              <w:rPr>
                <w:rFonts w:cs="Times New Roman"/>
                <w:szCs w:val="28"/>
              </w:rPr>
              <w:t>- Đối tượng nghiên cứu của Sử học là gì?</w:t>
            </w:r>
          </w:p>
          <w:p w14:paraId="54532D2B" w14:textId="77777777" w:rsidR="009A726D" w:rsidRPr="00174685" w:rsidRDefault="00000000">
            <w:pPr>
              <w:spacing w:line="312" w:lineRule="auto"/>
              <w:rPr>
                <w:rFonts w:cs="Times New Roman"/>
                <w:szCs w:val="28"/>
              </w:rPr>
            </w:pPr>
            <w:r w:rsidRPr="00174685">
              <w:rPr>
                <w:rFonts w:cs="Times New Roman"/>
                <w:szCs w:val="28"/>
              </w:rPr>
              <w:t>- Theo em, Sử học có phạm vi nghiên cứu rộng hay hẹp? Vì sao?</w:t>
            </w:r>
          </w:p>
          <w:p w14:paraId="15F8A8E2" w14:textId="77777777" w:rsidR="009A726D" w:rsidRPr="00174685" w:rsidRDefault="00000000">
            <w:pPr>
              <w:keepNext/>
              <w:spacing w:line="312" w:lineRule="auto"/>
              <w:rPr>
                <w:rFonts w:cs="Times New Roman"/>
                <w:szCs w:val="28"/>
              </w:rPr>
            </w:pPr>
            <w:r w:rsidRPr="00174685">
              <w:rPr>
                <w:rFonts w:cs="Times New Roman"/>
                <w:b/>
                <w:szCs w:val="28"/>
              </w:rPr>
              <w:t>Bước 2. Thực hiện nhiệm vụ học tập</w:t>
            </w:r>
          </w:p>
          <w:p w14:paraId="7F73ACE8" w14:textId="77777777" w:rsidR="009A726D" w:rsidRPr="00174685" w:rsidRDefault="00000000">
            <w:pPr>
              <w:spacing w:line="312" w:lineRule="auto"/>
              <w:rPr>
                <w:rFonts w:cs="Times New Roman"/>
                <w:szCs w:val="28"/>
              </w:rPr>
            </w:pPr>
            <w:r w:rsidRPr="00174685">
              <w:rPr>
                <w:rFonts w:cs="Times New Roman"/>
                <w:szCs w:val="28"/>
              </w:rPr>
              <w:t>GV cho HS quan sát Hình 7, xác định các loại lịch sử được thể hiện và rút ra nhận xét về đối tượng nghiên cứu của Sử học.</w:t>
            </w:r>
          </w:p>
          <w:p w14:paraId="13BD3313" w14:textId="77777777" w:rsidR="009A726D" w:rsidRPr="00174685" w:rsidRDefault="00000000">
            <w:pPr>
              <w:keepNext/>
              <w:spacing w:before="40" w:line="240" w:lineRule="auto"/>
              <w:jc w:val="center"/>
              <w:rPr>
                <w:rFonts w:cs="Times New Roman"/>
                <w:szCs w:val="28"/>
              </w:rPr>
            </w:pPr>
            <w:r w:rsidRPr="00174685">
              <w:rPr>
                <w:rFonts w:cs="Times New Roman"/>
                <w:noProof/>
                <w:szCs w:val="28"/>
              </w:rPr>
              <w:drawing>
                <wp:inline distT="0" distB="0" distL="0" distR="0" wp14:anchorId="3757BD52" wp14:editId="3C06CCEE">
                  <wp:extent cx="2448000" cy="955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7_sach_lich_su.jpg"/>
                          <pic:cNvPicPr/>
                        </pic:nvPicPr>
                        <pic:blipFill>
                          <a:blip r:embed="rId10"/>
                          <a:stretch>
                            <a:fillRect/>
                          </a:stretch>
                        </pic:blipFill>
                        <pic:spPr>
                          <a:xfrm>
                            <a:off x="0" y="0"/>
                            <a:ext cx="2448000" cy="955885"/>
                          </a:xfrm>
                          <a:prstGeom prst="rect">
                            <a:avLst/>
                          </a:prstGeom>
                        </pic:spPr>
                      </pic:pic>
                    </a:graphicData>
                  </a:graphic>
                </wp:inline>
              </w:drawing>
            </w:r>
          </w:p>
          <w:p w14:paraId="5C5D1DDE" w14:textId="77777777" w:rsidR="009A726D" w:rsidRPr="00174685" w:rsidRDefault="00000000">
            <w:pPr>
              <w:keepNext/>
              <w:spacing w:line="276" w:lineRule="auto"/>
              <w:jc w:val="center"/>
              <w:rPr>
                <w:rFonts w:cs="Times New Roman"/>
                <w:szCs w:val="28"/>
              </w:rPr>
            </w:pPr>
            <w:r w:rsidRPr="00174685">
              <w:rPr>
                <w:rFonts w:cs="Times New Roman"/>
                <w:i/>
                <w:szCs w:val="28"/>
              </w:rPr>
              <w:t>Hình 7. Một số tác phẩm lịch sử nghiên cứu các đối tượng cụ thể</w:t>
            </w:r>
          </w:p>
          <w:p w14:paraId="7B4FAFCD" w14:textId="77777777" w:rsidR="009A726D" w:rsidRPr="00174685" w:rsidRDefault="00000000">
            <w:pPr>
              <w:spacing w:line="312" w:lineRule="auto"/>
              <w:rPr>
                <w:rFonts w:cs="Times New Roman"/>
                <w:szCs w:val="28"/>
              </w:rPr>
            </w:pPr>
            <w:r w:rsidRPr="00174685">
              <w:rPr>
                <w:rFonts w:cs="Times New Roman"/>
                <w:szCs w:val="28"/>
              </w:rPr>
              <w:t>HS làm việc theo cặp, ghi kết quả vào vở hoặc phiếu học tập.</w:t>
            </w:r>
          </w:p>
          <w:p w14:paraId="3B1849BA" w14:textId="77777777" w:rsidR="009A726D" w:rsidRPr="00174685" w:rsidRDefault="00000000">
            <w:pPr>
              <w:keepNext/>
              <w:spacing w:line="312" w:lineRule="auto"/>
              <w:rPr>
                <w:rFonts w:cs="Times New Roman"/>
                <w:szCs w:val="28"/>
              </w:rPr>
            </w:pPr>
            <w:r w:rsidRPr="00174685">
              <w:rPr>
                <w:rFonts w:cs="Times New Roman"/>
                <w:b/>
                <w:szCs w:val="28"/>
              </w:rPr>
              <w:t>Bước 3. Báo cáo kết quả và thảo luận</w:t>
            </w:r>
          </w:p>
          <w:p w14:paraId="2DD140F5" w14:textId="77777777" w:rsidR="009A726D" w:rsidRPr="00174685" w:rsidRDefault="00000000">
            <w:pPr>
              <w:spacing w:line="312" w:lineRule="auto"/>
              <w:rPr>
                <w:rFonts w:cs="Times New Roman"/>
                <w:szCs w:val="28"/>
              </w:rPr>
            </w:pPr>
            <w:r w:rsidRPr="00174685">
              <w:rPr>
                <w:rFonts w:cs="Times New Roman"/>
                <w:szCs w:val="28"/>
              </w:rPr>
              <w:t>GV yêu cầu HS khai thác sơ đồ Hình 8, hoàn thành bảng: “Chức năng của Sử học - Nhiệm vụ của Sử học - Ví dụ minh hoạ”.</w:t>
            </w:r>
          </w:p>
          <w:p w14:paraId="4FB5CF6B" w14:textId="77777777" w:rsidR="009A726D" w:rsidRPr="00174685" w:rsidRDefault="00000000">
            <w:pPr>
              <w:keepNext/>
              <w:spacing w:before="40" w:line="240" w:lineRule="auto"/>
              <w:jc w:val="center"/>
              <w:rPr>
                <w:rFonts w:cs="Times New Roman"/>
                <w:szCs w:val="28"/>
              </w:rPr>
            </w:pPr>
            <w:r w:rsidRPr="00174685">
              <w:rPr>
                <w:rFonts w:cs="Times New Roman"/>
                <w:noProof/>
                <w:szCs w:val="28"/>
              </w:rPr>
              <w:drawing>
                <wp:inline distT="0" distB="0" distL="0" distR="0" wp14:anchorId="6BF08DA4" wp14:editId="0676BBDA">
                  <wp:extent cx="2448000" cy="15277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8_so_do.jpg"/>
                          <pic:cNvPicPr/>
                        </pic:nvPicPr>
                        <pic:blipFill>
                          <a:blip r:embed="rId11"/>
                          <a:stretch>
                            <a:fillRect/>
                          </a:stretch>
                        </pic:blipFill>
                        <pic:spPr>
                          <a:xfrm>
                            <a:off x="0" y="0"/>
                            <a:ext cx="2448000" cy="1527733"/>
                          </a:xfrm>
                          <a:prstGeom prst="rect">
                            <a:avLst/>
                          </a:prstGeom>
                        </pic:spPr>
                      </pic:pic>
                    </a:graphicData>
                  </a:graphic>
                </wp:inline>
              </w:drawing>
            </w:r>
          </w:p>
          <w:p w14:paraId="0CE3229A" w14:textId="77777777" w:rsidR="009A726D" w:rsidRPr="00174685" w:rsidRDefault="00000000">
            <w:pPr>
              <w:keepNext/>
              <w:spacing w:line="276" w:lineRule="auto"/>
              <w:jc w:val="center"/>
              <w:rPr>
                <w:rFonts w:cs="Times New Roman"/>
                <w:szCs w:val="28"/>
              </w:rPr>
            </w:pPr>
            <w:r w:rsidRPr="00174685">
              <w:rPr>
                <w:rFonts w:cs="Times New Roman"/>
                <w:i/>
                <w:szCs w:val="28"/>
              </w:rPr>
              <w:t>Hình 8. Tóm tắt một số chức năng, nhiệm vụ cơ bản của Sử học</w:t>
            </w:r>
          </w:p>
          <w:p w14:paraId="00B3228D" w14:textId="77777777" w:rsidR="009A726D" w:rsidRPr="00174685" w:rsidRDefault="00000000">
            <w:pPr>
              <w:spacing w:line="312" w:lineRule="auto"/>
              <w:rPr>
                <w:rFonts w:cs="Times New Roman"/>
                <w:szCs w:val="28"/>
              </w:rPr>
            </w:pPr>
            <w:r w:rsidRPr="00174685">
              <w:rPr>
                <w:rFonts w:cs="Times New Roman"/>
                <w:szCs w:val="28"/>
              </w:rPr>
              <w:t>Các nhóm trình bày; nhóm khác nhận xét, bổ sung và liên hệ một ví dụ trong học tập hoặc đời sống.</w:t>
            </w:r>
          </w:p>
          <w:p w14:paraId="73411BF7" w14:textId="77777777" w:rsidR="00A92E41" w:rsidRPr="00174685" w:rsidRDefault="00000000">
            <w:pPr>
              <w:keepNext/>
              <w:spacing w:line="312" w:lineRule="auto"/>
              <w:rPr>
                <w:rFonts w:cs="Times New Roman"/>
                <w:szCs w:val="28"/>
              </w:rPr>
            </w:pPr>
            <w:r w:rsidRPr="00174685">
              <w:rPr>
                <w:rFonts w:cs="Times New Roman"/>
                <w:szCs w:val="28"/>
              </w:rPr>
              <w:lastRenderedPageBreak/>
              <w:t>- Tích hợp NLS: Sau khi khai thác Hình 7 và Hình 8, mỗi nhóm dùng Word hoặc PowerPoint tạo một sơ đồ số một trang theo bốn nhánh: Khái niệm - Đối tượng - Chức năng - Nhiệm vụ; trình bày bằng các ý gạch đầu dòng, không dùng hiệu ứng phức tạp.</w:t>
            </w:r>
          </w:p>
          <w:p w14:paraId="23DABB09" w14:textId="77777777" w:rsidR="00A92E41" w:rsidRPr="00174685" w:rsidRDefault="00000000">
            <w:pPr>
              <w:keepNext/>
              <w:spacing w:line="312" w:lineRule="auto"/>
              <w:rPr>
                <w:rFonts w:cs="Times New Roman"/>
                <w:szCs w:val="28"/>
              </w:rPr>
            </w:pPr>
            <w:r w:rsidRPr="00174685">
              <w:rPr>
                <w:rFonts w:cs="Times New Roman"/>
                <w:szCs w:val="28"/>
              </w:rPr>
              <w:t>- HS lưu tệp theo mẫu “Lop_Nhom_Bai1” và nộp vào kênh do GV quy định. Trường hợp thiếu thiết bị, nhóm vẽ sơ đồ trên giấy, GV hoặc đại diện nhóm chụp lại để lưu sản phẩm.</w:t>
            </w:r>
          </w:p>
          <w:p w14:paraId="1946014B" w14:textId="77777777" w:rsidR="009A726D" w:rsidRPr="00174685" w:rsidRDefault="00000000">
            <w:pPr>
              <w:keepNext/>
              <w:spacing w:line="312" w:lineRule="auto"/>
              <w:rPr>
                <w:rFonts w:cs="Times New Roman"/>
                <w:szCs w:val="28"/>
              </w:rPr>
            </w:pPr>
            <w:r w:rsidRPr="00174685">
              <w:rPr>
                <w:rFonts w:cs="Times New Roman"/>
                <w:b/>
                <w:szCs w:val="28"/>
              </w:rPr>
              <w:t>Bước 4. Đánh giá kết quả thực hiện nhiệm vụ</w:t>
            </w:r>
          </w:p>
          <w:p w14:paraId="2DAC567D" w14:textId="77777777" w:rsidR="009A726D" w:rsidRPr="00174685" w:rsidRDefault="00000000">
            <w:pPr>
              <w:spacing w:line="312" w:lineRule="auto"/>
              <w:rPr>
                <w:rFonts w:cs="Times New Roman"/>
                <w:szCs w:val="28"/>
              </w:rPr>
            </w:pPr>
            <w:r w:rsidRPr="00174685">
              <w:rPr>
                <w:rFonts w:cs="Times New Roman"/>
                <w:szCs w:val="28"/>
              </w:rPr>
              <w:t>GV nhận xét, chuẩn xác kiến thức; yêu cầu HS ghi nội dung cốt lõi bằng sơ đồ hoặc các ý gạch đầu dòng.</w:t>
            </w:r>
          </w:p>
        </w:tc>
        <w:tc>
          <w:tcPr>
            <w:tcW w:w="3402" w:type="dxa"/>
          </w:tcPr>
          <w:p w14:paraId="477ED4BF" w14:textId="77777777" w:rsidR="009A726D" w:rsidRPr="00174685" w:rsidRDefault="009A726D">
            <w:pPr>
              <w:spacing w:line="312" w:lineRule="auto"/>
              <w:rPr>
                <w:rFonts w:cs="Times New Roman"/>
                <w:szCs w:val="28"/>
              </w:rPr>
            </w:pPr>
          </w:p>
          <w:p w14:paraId="67B48D55" w14:textId="77777777" w:rsidR="009A726D" w:rsidRPr="00174685" w:rsidRDefault="00000000">
            <w:pPr>
              <w:spacing w:line="307" w:lineRule="auto"/>
              <w:rPr>
                <w:rFonts w:cs="Times New Roman"/>
                <w:szCs w:val="28"/>
              </w:rPr>
            </w:pPr>
            <w:r w:rsidRPr="00174685">
              <w:rPr>
                <w:rFonts w:cs="Times New Roman"/>
                <w:szCs w:val="28"/>
              </w:rPr>
              <w:t>- Sử học là khoa học nghiên cứu về quá khứ của loài người.</w:t>
            </w:r>
          </w:p>
          <w:p w14:paraId="149EEFF1" w14:textId="77777777" w:rsidR="009A726D" w:rsidRPr="00174685" w:rsidRDefault="00000000">
            <w:pPr>
              <w:spacing w:line="307" w:lineRule="auto"/>
              <w:rPr>
                <w:rFonts w:cs="Times New Roman"/>
                <w:szCs w:val="28"/>
              </w:rPr>
            </w:pPr>
            <w:r w:rsidRPr="00174685">
              <w:rPr>
                <w:rFonts w:cs="Times New Roman"/>
                <w:szCs w:val="28"/>
              </w:rPr>
              <w:lastRenderedPageBreak/>
              <w:t>- Đối tượng nghiên cứu của Sử học là toàn bộ quá khứ của loài người: quá khứ của một cá nhân, một nhóm người, một cộng đồng, một quốc gia, một dân tộc hoặc toàn thể nhân loại.</w:t>
            </w:r>
          </w:p>
          <w:p w14:paraId="30679FE8" w14:textId="77777777" w:rsidR="009A726D" w:rsidRPr="00174685" w:rsidRDefault="00000000">
            <w:pPr>
              <w:spacing w:line="307" w:lineRule="auto"/>
              <w:rPr>
                <w:rFonts w:cs="Times New Roman"/>
                <w:szCs w:val="28"/>
              </w:rPr>
            </w:pPr>
            <w:r w:rsidRPr="00174685">
              <w:rPr>
                <w:rFonts w:cs="Times New Roman"/>
                <w:szCs w:val="28"/>
              </w:rPr>
              <w:t>- Hình 7 cho thấy Sử học có thể nghiên cứu lịch sử thế giới, lịch sử dân tộc và lịch sử địa phương; vì vậy phạm vi nghiên cứu rất rộng và đa dạng.</w:t>
            </w:r>
          </w:p>
          <w:p w14:paraId="126E5955" w14:textId="77777777" w:rsidR="009A726D" w:rsidRPr="00174685" w:rsidRDefault="00000000">
            <w:pPr>
              <w:spacing w:line="307" w:lineRule="auto"/>
              <w:rPr>
                <w:rFonts w:cs="Times New Roman"/>
                <w:szCs w:val="28"/>
              </w:rPr>
            </w:pPr>
            <w:r w:rsidRPr="00174685">
              <w:rPr>
                <w:rFonts w:cs="Times New Roman"/>
                <w:szCs w:val="28"/>
              </w:rPr>
              <w:t>- Chức năng khoa học: khôi phục các sự kiện lịch sử đã diễn ra trong quá khứ; rút ra bản chất và quy luật của các quá trình lịch sử để phát hiện quy luật vận động, phát triển của lịch sử.</w:t>
            </w:r>
          </w:p>
          <w:p w14:paraId="2E65C163" w14:textId="77777777" w:rsidR="009A726D" w:rsidRPr="00174685" w:rsidRDefault="00000000">
            <w:pPr>
              <w:spacing w:line="307" w:lineRule="auto"/>
              <w:rPr>
                <w:rFonts w:cs="Times New Roman"/>
                <w:szCs w:val="28"/>
              </w:rPr>
            </w:pPr>
            <w:r w:rsidRPr="00174685">
              <w:rPr>
                <w:rFonts w:cs="Times New Roman"/>
                <w:szCs w:val="28"/>
              </w:rPr>
              <w:t>- Chức năng xã hội: giáo dục tư tưởng, tình cảm và đạo đức; rút ra bài học kinh nghiệm cho cuộc sống hiện tại.</w:t>
            </w:r>
          </w:p>
          <w:p w14:paraId="10B8AC97" w14:textId="77777777" w:rsidR="009A726D" w:rsidRPr="00174685" w:rsidRDefault="00000000">
            <w:pPr>
              <w:spacing w:line="307" w:lineRule="auto"/>
              <w:rPr>
                <w:rFonts w:cs="Times New Roman"/>
                <w:szCs w:val="28"/>
              </w:rPr>
            </w:pPr>
            <w:r w:rsidRPr="00174685">
              <w:rPr>
                <w:rFonts w:cs="Times New Roman"/>
                <w:szCs w:val="28"/>
              </w:rPr>
              <w:t>- Nhiệm vụ nhận thức: cung cấp tri thức khoa học, giúp con người hiểu và khám phá hiện thực lịch sử một cách khách quan, chân thực.</w:t>
            </w:r>
          </w:p>
          <w:p w14:paraId="17C1C41F" w14:textId="77777777" w:rsidR="009A726D" w:rsidRPr="00174685" w:rsidRDefault="00000000">
            <w:pPr>
              <w:spacing w:line="307" w:lineRule="auto"/>
              <w:rPr>
                <w:rFonts w:cs="Times New Roman"/>
                <w:szCs w:val="28"/>
              </w:rPr>
            </w:pPr>
            <w:r w:rsidRPr="00174685">
              <w:rPr>
                <w:rFonts w:cs="Times New Roman"/>
                <w:szCs w:val="28"/>
              </w:rPr>
              <w:t xml:space="preserve">- Nhiệm vụ giáo dục: góp phần truyền bá các giá trị và truyền thống tốt đẹp; giáo dục đạo đức, tình yêu quê hương, đất nước, tinh thần dân tộc và các phẩm chất </w:t>
            </w:r>
            <w:r w:rsidRPr="00174685">
              <w:rPr>
                <w:rFonts w:cs="Times New Roman"/>
                <w:szCs w:val="28"/>
              </w:rPr>
              <w:lastRenderedPageBreak/>
              <w:t>nhân văn.</w:t>
            </w:r>
          </w:p>
          <w:p w14:paraId="7F8D93A1" w14:textId="77777777" w:rsidR="009A726D" w:rsidRPr="00174685" w:rsidRDefault="00000000">
            <w:pPr>
              <w:spacing w:line="307" w:lineRule="auto"/>
              <w:rPr>
                <w:rFonts w:cs="Times New Roman"/>
                <w:szCs w:val="28"/>
              </w:rPr>
            </w:pPr>
            <w:r w:rsidRPr="00174685">
              <w:rPr>
                <w:rFonts w:cs="Times New Roman"/>
                <w:szCs w:val="28"/>
              </w:rPr>
              <w:t>- Nhiệm vụ dự báo: thông qua tổng kết thực tiễn, rút ra bài học kinh nghiệm, góp phần dự báo tương lai của đất nước, dân tộc và nhân loại.</w:t>
            </w:r>
          </w:p>
          <w:p w14:paraId="7565746E" w14:textId="77777777" w:rsidR="00A92E41" w:rsidRPr="00174685" w:rsidRDefault="00000000">
            <w:pPr>
              <w:spacing w:line="276" w:lineRule="auto"/>
              <w:rPr>
                <w:rFonts w:cs="Times New Roman"/>
                <w:szCs w:val="28"/>
              </w:rPr>
            </w:pPr>
            <w:r w:rsidRPr="00174685">
              <w:rPr>
                <w:rFonts w:cs="Times New Roman"/>
                <w:szCs w:val="28"/>
              </w:rPr>
              <w:t>- Sản phẩm NLS: 01 sơ đồ số một trang tóm tắt bốn nhánh: khái niệm, đối tượng, chức năng và nhiệm vụ của Sử học.</w:t>
            </w:r>
          </w:p>
        </w:tc>
        <w:tc>
          <w:tcPr>
            <w:tcW w:w="1949" w:type="dxa"/>
          </w:tcPr>
          <w:p w14:paraId="5030A45C" w14:textId="322158B3" w:rsidR="00D3106E" w:rsidRPr="00174685" w:rsidRDefault="00D3106E" w:rsidP="00D3106E">
            <w:pPr>
              <w:spacing w:line="240" w:lineRule="auto"/>
              <w:rPr>
                <w:rFonts w:cs="Times New Roman"/>
                <w:szCs w:val="28"/>
              </w:rPr>
            </w:pPr>
          </w:p>
          <w:p w14:paraId="101761CD" w14:textId="5622AB50" w:rsidR="00A92E41" w:rsidRPr="00174685" w:rsidRDefault="00A92E41">
            <w:pPr>
              <w:spacing w:line="240" w:lineRule="auto"/>
              <w:rPr>
                <w:rFonts w:cs="Times New Roman"/>
                <w:szCs w:val="28"/>
              </w:rPr>
            </w:pPr>
          </w:p>
        </w:tc>
      </w:tr>
    </w:tbl>
    <w:p w14:paraId="321E8970" w14:textId="77777777" w:rsidR="009A726D" w:rsidRPr="00174685" w:rsidRDefault="00000000">
      <w:pPr>
        <w:keepNext/>
        <w:rPr>
          <w:rFonts w:cs="Times New Roman"/>
          <w:szCs w:val="28"/>
        </w:rPr>
      </w:pPr>
      <w:r w:rsidRPr="00174685">
        <w:rPr>
          <w:rFonts w:cs="Times New Roman"/>
          <w:b/>
          <w:szCs w:val="28"/>
        </w:rPr>
        <w:lastRenderedPageBreak/>
        <w:t>C. HOẠT ĐỘNG LUYỆN TẬP</w:t>
      </w:r>
    </w:p>
    <w:p w14:paraId="588B6654" w14:textId="77777777" w:rsidR="009A726D" w:rsidRPr="00174685" w:rsidRDefault="00000000">
      <w:pPr>
        <w:keepNext/>
        <w:rPr>
          <w:rFonts w:cs="Times New Roman"/>
          <w:szCs w:val="28"/>
        </w:rPr>
      </w:pPr>
      <w:r w:rsidRPr="00174685">
        <w:rPr>
          <w:rFonts w:cs="Times New Roman"/>
          <w:b/>
          <w:szCs w:val="28"/>
        </w:rPr>
        <w:t>a. Mục tiêu:</w:t>
      </w:r>
      <w:r w:rsidRPr="00174685">
        <w:rPr>
          <w:rFonts w:cs="Times New Roman"/>
          <w:szCs w:val="28"/>
        </w:rPr>
        <w:t xml:space="preserve"> Củng cố và hệ thống hoá kiến thức về lịch sử, hiện thực lịch sử, lịch sử được con người nhận thức và Sử học.</w:t>
      </w:r>
    </w:p>
    <w:p w14:paraId="76E179C8" w14:textId="77777777" w:rsidR="009A726D" w:rsidRPr="00174685" w:rsidRDefault="00000000">
      <w:pPr>
        <w:keepNext/>
        <w:rPr>
          <w:rFonts w:cs="Times New Roman"/>
          <w:szCs w:val="28"/>
        </w:rPr>
      </w:pPr>
      <w:r w:rsidRPr="00174685">
        <w:rPr>
          <w:rFonts w:cs="Times New Roman"/>
          <w:b/>
          <w:szCs w:val="28"/>
        </w:rPr>
        <w:t>b. Nội dung:</w:t>
      </w:r>
      <w:r w:rsidRPr="00174685">
        <w:rPr>
          <w:rFonts w:cs="Times New Roman"/>
          <w:szCs w:val="28"/>
        </w:rPr>
        <w:t xml:space="preserve"> HS thực hiện các câu hỏi, bài tập dưới sự hướng dẫn của GV.</w:t>
      </w:r>
    </w:p>
    <w:p w14:paraId="4309E29F" w14:textId="77777777" w:rsidR="009A726D" w:rsidRPr="00174685" w:rsidRDefault="00000000">
      <w:pPr>
        <w:keepNext/>
        <w:rPr>
          <w:rFonts w:cs="Times New Roman"/>
          <w:szCs w:val="28"/>
        </w:rPr>
      </w:pPr>
      <w:r w:rsidRPr="00174685">
        <w:rPr>
          <w:rFonts w:cs="Times New Roman"/>
          <w:b/>
          <w:szCs w:val="28"/>
        </w:rPr>
        <w:t>c. Sản phẩm học tập:</w:t>
      </w:r>
      <w:r w:rsidRPr="00174685">
        <w:rPr>
          <w:rFonts w:cs="Times New Roman"/>
          <w:szCs w:val="28"/>
        </w:rPr>
        <w:t xml:space="preserve"> Bảng so sánh, câu trả lời và ví dụ minh hoạ của HS.</w:t>
      </w:r>
    </w:p>
    <w:p w14:paraId="6D47B611" w14:textId="77777777" w:rsidR="009A726D" w:rsidRPr="00174685" w:rsidRDefault="00000000">
      <w:pPr>
        <w:rPr>
          <w:rFonts w:cs="Times New Roman"/>
          <w:szCs w:val="28"/>
        </w:rPr>
      </w:pPr>
      <w:r w:rsidRPr="00174685">
        <w:rPr>
          <w:rFonts w:cs="Times New Roman"/>
          <w:b/>
          <w:szCs w:val="28"/>
        </w:rPr>
        <w:t>d. Tổ chức thực hiện:</w:t>
      </w:r>
    </w:p>
    <w:p w14:paraId="73208EE0" w14:textId="77777777" w:rsidR="009A726D" w:rsidRPr="00174685" w:rsidRDefault="00000000">
      <w:pPr>
        <w:rPr>
          <w:rFonts w:cs="Times New Roman"/>
          <w:szCs w:val="28"/>
        </w:rPr>
      </w:pPr>
      <w:r w:rsidRPr="00174685">
        <w:rPr>
          <w:rFonts w:cs="Times New Roman"/>
          <w:b/>
          <w:szCs w:val="28"/>
        </w:rPr>
        <w:t>Câu 1. So sánh điểm khác nhau giữa hiện thực lịch sử và lịch sử được con người nhận thức. Nêu một số ví dụ về hiện thực lịch sử và lịch sử được con người nhận thức.</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535"/>
        <w:gridCol w:w="4535"/>
      </w:tblGrid>
      <w:tr w:rsidR="009A726D" w:rsidRPr="00174685" w14:paraId="5A7B3CF3" w14:textId="77777777">
        <w:trPr>
          <w:tblHeader/>
          <w:jc w:val="center"/>
        </w:trPr>
        <w:tc>
          <w:tcPr>
            <w:tcW w:w="4535" w:type="dxa"/>
            <w:shd w:val="clear" w:color="auto" w:fill="D9D9D9"/>
            <w:tcMar>
              <w:top w:w="65" w:type="dxa"/>
              <w:left w:w="70" w:type="dxa"/>
              <w:bottom w:w="65" w:type="dxa"/>
              <w:right w:w="70" w:type="dxa"/>
            </w:tcMar>
          </w:tcPr>
          <w:p w14:paraId="43162C5F" w14:textId="77777777" w:rsidR="009A726D" w:rsidRPr="00174685" w:rsidRDefault="00000000">
            <w:pPr>
              <w:spacing w:line="283" w:lineRule="auto"/>
              <w:jc w:val="center"/>
              <w:rPr>
                <w:rFonts w:cs="Times New Roman"/>
                <w:szCs w:val="28"/>
              </w:rPr>
            </w:pPr>
            <w:r w:rsidRPr="00174685">
              <w:rPr>
                <w:rFonts w:cs="Times New Roman"/>
                <w:b/>
                <w:szCs w:val="28"/>
              </w:rPr>
              <w:t>Hiện thực lịch sử</w:t>
            </w:r>
          </w:p>
        </w:tc>
        <w:tc>
          <w:tcPr>
            <w:tcW w:w="4535" w:type="dxa"/>
            <w:shd w:val="clear" w:color="auto" w:fill="D9D9D9"/>
            <w:tcMar>
              <w:top w:w="65" w:type="dxa"/>
              <w:left w:w="70" w:type="dxa"/>
              <w:bottom w:w="65" w:type="dxa"/>
              <w:right w:w="70" w:type="dxa"/>
            </w:tcMar>
          </w:tcPr>
          <w:p w14:paraId="44B1223C" w14:textId="77777777" w:rsidR="009A726D" w:rsidRPr="00174685" w:rsidRDefault="00000000">
            <w:pPr>
              <w:spacing w:line="283" w:lineRule="auto"/>
              <w:jc w:val="center"/>
              <w:rPr>
                <w:rFonts w:cs="Times New Roman"/>
                <w:szCs w:val="28"/>
              </w:rPr>
            </w:pPr>
            <w:r w:rsidRPr="00174685">
              <w:rPr>
                <w:rFonts w:cs="Times New Roman"/>
                <w:b/>
                <w:szCs w:val="28"/>
              </w:rPr>
              <w:t>Lịch sử được con người nhận thức</w:t>
            </w:r>
          </w:p>
        </w:tc>
      </w:tr>
      <w:tr w:rsidR="009A726D" w:rsidRPr="00174685" w14:paraId="58B8DA66" w14:textId="77777777">
        <w:trPr>
          <w:jc w:val="center"/>
        </w:trPr>
        <w:tc>
          <w:tcPr>
            <w:tcW w:w="4535" w:type="dxa"/>
            <w:tcMar>
              <w:top w:w="65" w:type="dxa"/>
              <w:left w:w="70" w:type="dxa"/>
              <w:bottom w:w="65" w:type="dxa"/>
              <w:right w:w="70" w:type="dxa"/>
            </w:tcMar>
          </w:tcPr>
          <w:p w14:paraId="44DE185C" w14:textId="77777777" w:rsidR="009A726D" w:rsidRPr="00174685" w:rsidRDefault="00000000">
            <w:pPr>
              <w:spacing w:line="283" w:lineRule="auto"/>
              <w:rPr>
                <w:rFonts w:cs="Times New Roman"/>
                <w:szCs w:val="28"/>
              </w:rPr>
            </w:pPr>
            <w:r w:rsidRPr="00174685">
              <w:rPr>
                <w:rFonts w:cs="Times New Roman"/>
                <w:szCs w:val="28"/>
              </w:rPr>
              <w:t>- Là tất cả những gì đã diễn ra trong quá khứ.</w:t>
            </w:r>
            <w:r w:rsidRPr="00174685">
              <w:rPr>
                <w:rFonts w:cs="Times New Roman"/>
                <w:szCs w:val="28"/>
              </w:rPr>
              <w:br/>
              <w:t>- Tồn tại khách quan, độc lập với ý muốn của con người.</w:t>
            </w:r>
            <w:r w:rsidRPr="00174685">
              <w:rPr>
                <w:rFonts w:cs="Times New Roman"/>
                <w:szCs w:val="28"/>
              </w:rPr>
              <w:br/>
              <w:t xml:space="preserve">- Chỉ xảy ra một lần, không thể thay </w:t>
            </w:r>
            <w:r w:rsidRPr="00174685">
              <w:rPr>
                <w:rFonts w:cs="Times New Roman"/>
                <w:szCs w:val="28"/>
              </w:rPr>
              <w:lastRenderedPageBreak/>
              <w:t>đổi.</w:t>
            </w:r>
            <w:r w:rsidRPr="00174685">
              <w:rPr>
                <w:rFonts w:cs="Times New Roman"/>
                <w:szCs w:val="28"/>
              </w:rPr>
              <w:br/>
              <w:t>- Ví dụ: cầu Long Biên được xây dựng từ năm 1898 đến năm 1902; cuộc đụng độ tại đảo Mác-tan đã diễn ra.</w:t>
            </w:r>
          </w:p>
        </w:tc>
        <w:tc>
          <w:tcPr>
            <w:tcW w:w="4535" w:type="dxa"/>
            <w:tcMar>
              <w:top w:w="65" w:type="dxa"/>
              <w:left w:w="70" w:type="dxa"/>
              <w:bottom w:w="65" w:type="dxa"/>
              <w:right w:w="70" w:type="dxa"/>
            </w:tcMar>
          </w:tcPr>
          <w:p w14:paraId="17595259" w14:textId="77777777" w:rsidR="009A726D" w:rsidRPr="00174685" w:rsidRDefault="00000000">
            <w:pPr>
              <w:spacing w:line="283" w:lineRule="auto"/>
              <w:rPr>
                <w:rFonts w:cs="Times New Roman"/>
                <w:szCs w:val="28"/>
              </w:rPr>
            </w:pPr>
            <w:r w:rsidRPr="00174685">
              <w:rPr>
                <w:rFonts w:cs="Times New Roman"/>
                <w:szCs w:val="28"/>
              </w:rPr>
              <w:lastRenderedPageBreak/>
              <w:t>- Là hiểu biết và cách con người trình bày, tái hiện hiện thực lịch sử.</w:t>
            </w:r>
            <w:r w:rsidRPr="00174685">
              <w:rPr>
                <w:rFonts w:cs="Times New Roman"/>
                <w:szCs w:val="28"/>
              </w:rPr>
              <w:br/>
              <w:t>- Phụ thuộc vào nguồn sử liệu, phương pháp, mục đích và góc nhìn của người tìm hiểu.</w:t>
            </w:r>
            <w:r w:rsidRPr="00174685">
              <w:rPr>
                <w:rFonts w:cs="Times New Roman"/>
                <w:szCs w:val="28"/>
              </w:rPr>
              <w:br/>
            </w:r>
            <w:r w:rsidRPr="00174685">
              <w:rPr>
                <w:rFonts w:cs="Times New Roman"/>
                <w:szCs w:val="28"/>
              </w:rPr>
              <w:lastRenderedPageBreak/>
              <w:t>- Có thể chưa đầy đủ hoặc có cách giải thích khác nhau.</w:t>
            </w:r>
            <w:r w:rsidRPr="00174685">
              <w:rPr>
                <w:rFonts w:cs="Times New Roman"/>
                <w:szCs w:val="28"/>
              </w:rPr>
              <w:br/>
              <w:t>- Ví dụ: hai nội dung trên bia tưởng niệm La-pu-la-pu và Ma-gien-lăng; truyện Chuyện nỏ thần.</w:t>
            </w:r>
          </w:p>
        </w:tc>
      </w:tr>
    </w:tbl>
    <w:p w14:paraId="469F727E" w14:textId="77777777" w:rsidR="009A726D" w:rsidRPr="00174685" w:rsidRDefault="00000000">
      <w:pPr>
        <w:spacing w:before="60"/>
        <w:rPr>
          <w:rFonts w:cs="Times New Roman"/>
          <w:szCs w:val="28"/>
        </w:rPr>
      </w:pPr>
      <w:r w:rsidRPr="00174685">
        <w:rPr>
          <w:rFonts w:cs="Times New Roman"/>
          <w:b/>
          <w:szCs w:val="28"/>
        </w:rPr>
        <w:lastRenderedPageBreak/>
        <w:t>Câu 2. Từ Tư liệu 2, hãy nêu hai nguyên nhân khiến nhận thức và cách trình bày về cùng một sự kiện lịch sử có thể khác nhau.</w:t>
      </w:r>
    </w:p>
    <w:p w14:paraId="6DF813C7" w14:textId="77777777" w:rsidR="009A726D" w:rsidRPr="00174685" w:rsidRDefault="00000000">
      <w:pPr>
        <w:rPr>
          <w:rFonts w:cs="Times New Roman"/>
          <w:szCs w:val="28"/>
        </w:rPr>
      </w:pPr>
      <w:r w:rsidRPr="00174685">
        <w:rPr>
          <w:rFonts w:cs="Times New Roman"/>
          <w:szCs w:val="28"/>
        </w:rPr>
        <w:t>Gợi ý: nguồn tư liệu được sử dụng; vị trí, quan điểm, mục đích, phương pháp và bối cảnh của người tìm hiểu, nghiên cứu lịch sử.</w:t>
      </w:r>
    </w:p>
    <w:p w14:paraId="611BA87C" w14:textId="77777777" w:rsidR="009A726D" w:rsidRPr="00174685" w:rsidRDefault="00000000">
      <w:pPr>
        <w:rPr>
          <w:rFonts w:cs="Times New Roman"/>
          <w:szCs w:val="28"/>
        </w:rPr>
      </w:pPr>
      <w:r w:rsidRPr="00174685">
        <w:rPr>
          <w:rFonts w:cs="Times New Roman"/>
          <w:b/>
          <w:szCs w:val="28"/>
        </w:rPr>
        <w:t>Câu 3. Hoàn thành sơ đồ tóm tắt về Sử học theo bốn nhánh: khái niệm - đối tượng - chức năng - nhiệm vụ.</w:t>
      </w:r>
    </w:p>
    <w:p w14:paraId="7D1B8C2A" w14:textId="77777777" w:rsidR="009A726D" w:rsidRPr="00174685" w:rsidRDefault="00000000">
      <w:pPr>
        <w:rPr>
          <w:rFonts w:cs="Times New Roman"/>
          <w:szCs w:val="28"/>
        </w:rPr>
      </w:pPr>
      <w:r w:rsidRPr="00174685">
        <w:rPr>
          <w:rFonts w:cs="Times New Roman"/>
          <w:szCs w:val="28"/>
        </w:rPr>
        <w:t>GV tổ chức cho HS làm việc cá nhân hoặc theo nhóm nhỏ; mời một số HS trình bày, nhận xét và chuẩn xác đáp án. Khuyến khích HS sử dụng các ý gạch đầu dòng, dẫn chứng từ kênh hình và tư liệu trong SGK.</w:t>
      </w:r>
    </w:p>
    <w:p w14:paraId="24DD0F69" w14:textId="77777777" w:rsidR="009A726D" w:rsidRPr="00174685" w:rsidRDefault="00000000">
      <w:pPr>
        <w:keepNext/>
        <w:rPr>
          <w:rFonts w:cs="Times New Roman"/>
          <w:szCs w:val="28"/>
        </w:rPr>
      </w:pPr>
      <w:r w:rsidRPr="00174685">
        <w:rPr>
          <w:rFonts w:cs="Times New Roman"/>
          <w:b/>
          <w:szCs w:val="28"/>
        </w:rPr>
        <w:t>D. HOẠT ĐỘNG VẬN DỤNG</w:t>
      </w:r>
    </w:p>
    <w:p w14:paraId="4FA4F534" w14:textId="77777777" w:rsidR="009A726D" w:rsidRPr="00174685" w:rsidRDefault="00000000">
      <w:pPr>
        <w:keepNext/>
        <w:rPr>
          <w:rFonts w:cs="Times New Roman"/>
          <w:szCs w:val="28"/>
        </w:rPr>
      </w:pPr>
      <w:r w:rsidRPr="00174685">
        <w:rPr>
          <w:rFonts w:cs="Times New Roman"/>
          <w:b/>
          <w:szCs w:val="28"/>
        </w:rPr>
        <w:t>a. Mục tiêu:</w:t>
      </w:r>
      <w:r w:rsidRPr="00174685">
        <w:rPr>
          <w:rFonts w:cs="Times New Roman"/>
          <w:szCs w:val="28"/>
        </w:rPr>
        <w:t xml:space="preserve"> Giúp HS vận dụng kiến thức đã học để tìm hiểu một sản phẩm lịch sử, rèn luyện kĩ năng lựa chọn, đọc và giới thiệu tài liệu phù hợp.</w:t>
      </w:r>
    </w:p>
    <w:p w14:paraId="065F9F5D" w14:textId="77777777" w:rsidR="009A726D" w:rsidRPr="00174685" w:rsidRDefault="00000000">
      <w:pPr>
        <w:keepNext/>
        <w:rPr>
          <w:rFonts w:cs="Times New Roman"/>
          <w:szCs w:val="28"/>
        </w:rPr>
      </w:pPr>
      <w:r w:rsidRPr="00174685">
        <w:rPr>
          <w:rFonts w:cs="Times New Roman"/>
          <w:b/>
          <w:szCs w:val="28"/>
        </w:rPr>
        <w:t>b. Nội dung:</w:t>
      </w:r>
      <w:r w:rsidRPr="00174685">
        <w:rPr>
          <w:rFonts w:cs="Times New Roman"/>
          <w:szCs w:val="28"/>
        </w:rPr>
        <w:t xml:space="preserve"> HS thực hiện nhiệm vụ cá nhân hoặc theo nhóm ngoài giờ học.</w:t>
      </w:r>
    </w:p>
    <w:p w14:paraId="1D71739A" w14:textId="77777777" w:rsidR="009A726D" w:rsidRPr="00174685" w:rsidRDefault="00000000">
      <w:pPr>
        <w:keepNext/>
        <w:rPr>
          <w:rFonts w:cs="Times New Roman"/>
          <w:szCs w:val="28"/>
        </w:rPr>
      </w:pPr>
      <w:r w:rsidRPr="00174685">
        <w:rPr>
          <w:rFonts w:cs="Times New Roman"/>
          <w:b/>
          <w:szCs w:val="28"/>
        </w:rPr>
        <w:t>c. Sản phẩm học tập:</w:t>
      </w:r>
      <w:r w:rsidRPr="00174685">
        <w:rPr>
          <w:rFonts w:cs="Times New Roman"/>
          <w:szCs w:val="28"/>
        </w:rPr>
        <w:t xml:space="preserve"> Bài giới thiệu ngắn, thẻ đọc sách, đoạn ghi âm hoặc bài trình bày khoảng 1 phút.</w:t>
      </w:r>
    </w:p>
    <w:p w14:paraId="246C92FE" w14:textId="77777777" w:rsidR="009A726D" w:rsidRPr="00174685" w:rsidRDefault="00000000">
      <w:pPr>
        <w:rPr>
          <w:rFonts w:cs="Times New Roman"/>
          <w:szCs w:val="28"/>
        </w:rPr>
      </w:pPr>
      <w:r w:rsidRPr="00174685">
        <w:rPr>
          <w:rFonts w:cs="Times New Roman"/>
          <w:b/>
          <w:szCs w:val="28"/>
        </w:rPr>
        <w:t>d. Tổ chức thực hiện:</w:t>
      </w:r>
    </w:p>
    <w:p w14:paraId="744FEF04" w14:textId="77777777" w:rsidR="009A726D" w:rsidRPr="00174685" w:rsidRDefault="00000000">
      <w:pPr>
        <w:rPr>
          <w:rFonts w:cs="Times New Roman"/>
          <w:szCs w:val="28"/>
        </w:rPr>
      </w:pPr>
      <w:r w:rsidRPr="00174685">
        <w:rPr>
          <w:rFonts w:cs="Times New Roman"/>
          <w:b/>
          <w:szCs w:val="28"/>
        </w:rPr>
        <w:t>Nhiệm vụ: Em hoặc một nhóm bạn hãy tìm đọc một cuốn truyện hoặc cuốn sách lịch sử, sau đó giới thiệu với các bạn cùng lớp theo các gợi ý sau:</w:t>
      </w:r>
    </w:p>
    <w:p w14:paraId="39915700" w14:textId="77777777" w:rsidR="009A726D" w:rsidRPr="00174685" w:rsidRDefault="00000000">
      <w:pPr>
        <w:rPr>
          <w:rFonts w:cs="Times New Roman"/>
          <w:szCs w:val="28"/>
        </w:rPr>
      </w:pPr>
      <w:r w:rsidRPr="00174685">
        <w:rPr>
          <w:rFonts w:cs="Times New Roman"/>
          <w:szCs w:val="28"/>
        </w:rPr>
        <w:t>- Tên cuốn truyện hoặc cuốn sách.</w:t>
      </w:r>
    </w:p>
    <w:p w14:paraId="17C3803B" w14:textId="77777777" w:rsidR="009A726D" w:rsidRPr="00174685" w:rsidRDefault="00000000">
      <w:pPr>
        <w:rPr>
          <w:rFonts w:cs="Times New Roman"/>
          <w:szCs w:val="28"/>
        </w:rPr>
      </w:pPr>
      <w:r w:rsidRPr="00174685">
        <w:rPr>
          <w:rFonts w:cs="Times New Roman"/>
          <w:szCs w:val="28"/>
        </w:rPr>
        <w:t>- Tác giả, năm xuất bản (nếu có).</w:t>
      </w:r>
    </w:p>
    <w:p w14:paraId="421B1A1F" w14:textId="77777777" w:rsidR="009A726D" w:rsidRPr="00174685" w:rsidRDefault="00000000">
      <w:pPr>
        <w:rPr>
          <w:rFonts w:cs="Times New Roman"/>
          <w:szCs w:val="28"/>
        </w:rPr>
      </w:pPr>
      <w:r w:rsidRPr="00174685">
        <w:rPr>
          <w:rFonts w:cs="Times New Roman"/>
          <w:szCs w:val="28"/>
        </w:rPr>
        <w:t>- Nội dung chủ yếu.</w:t>
      </w:r>
    </w:p>
    <w:p w14:paraId="24C5E411" w14:textId="77777777" w:rsidR="009A726D" w:rsidRPr="00174685" w:rsidRDefault="00000000">
      <w:pPr>
        <w:rPr>
          <w:rFonts w:cs="Times New Roman"/>
          <w:szCs w:val="28"/>
        </w:rPr>
      </w:pPr>
      <w:r w:rsidRPr="00174685">
        <w:rPr>
          <w:rFonts w:cs="Times New Roman"/>
          <w:szCs w:val="28"/>
        </w:rPr>
        <w:t>- Chi tiết hoặc điều khiến em thích nhất và lí do.</w:t>
      </w:r>
    </w:p>
    <w:p w14:paraId="56CB1A9E" w14:textId="77777777" w:rsidR="009A726D" w:rsidRPr="00174685" w:rsidRDefault="00000000">
      <w:pPr>
        <w:rPr>
          <w:rFonts w:cs="Times New Roman"/>
          <w:szCs w:val="28"/>
        </w:rPr>
      </w:pPr>
      <w:r w:rsidRPr="00174685">
        <w:rPr>
          <w:rFonts w:cs="Times New Roman"/>
          <w:szCs w:val="28"/>
        </w:rPr>
        <w:t>- Một nhận xét ngắn: cuốn sách giúp em hiểu thêm điều gì về lịch sử?</w:t>
      </w:r>
    </w:p>
    <w:p w14:paraId="48C91350" w14:textId="77777777" w:rsidR="009A726D" w:rsidRPr="00174685" w:rsidRDefault="00000000">
      <w:pPr>
        <w:rPr>
          <w:rFonts w:cs="Times New Roman"/>
          <w:szCs w:val="28"/>
        </w:rPr>
      </w:pPr>
      <w:r w:rsidRPr="00174685">
        <w:rPr>
          <w:rFonts w:cs="Times New Roman"/>
          <w:szCs w:val="28"/>
        </w:rPr>
        <w:t>Yêu cầu: Bài giới thiệu dài khoảng 5 - 7 câu hoặc trình bày trong 1 phút; sử dụng ngôn ngữ rõ ràng, tôn trọng nội dung và nguồn tư liệu. GV lựa chọn một số sản phẩm để HS chia sẻ ở đầu tiết học tiếp theo hoặc trưng bày trong góc học tập.</w:t>
      </w:r>
    </w:p>
    <w:p w14:paraId="64F6BDD3" w14:textId="77777777" w:rsidR="009A726D" w:rsidRPr="00174685" w:rsidRDefault="00000000">
      <w:pPr>
        <w:keepNext/>
        <w:rPr>
          <w:rFonts w:cs="Times New Roman"/>
          <w:szCs w:val="28"/>
        </w:rPr>
      </w:pPr>
      <w:r w:rsidRPr="00174685">
        <w:rPr>
          <w:rFonts w:cs="Times New Roman"/>
          <w:b/>
          <w:szCs w:val="28"/>
        </w:rPr>
        <w:lastRenderedPageBreak/>
        <w:t>E. NHẬN XÉT SAU GIỜ DẠY</w:t>
      </w:r>
    </w:p>
    <w:p w14:paraId="68DD38B8" w14:textId="77777777" w:rsidR="009A726D" w:rsidRPr="00174685" w:rsidRDefault="00000000">
      <w:pPr>
        <w:rPr>
          <w:rFonts w:cs="Times New Roman"/>
          <w:szCs w:val="28"/>
        </w:rPr>
      </w:pPr>
      <w:r w:rsidRPr="00174685">
        <w:rPr>
          <w:rFonts w:cs="Times New Roman"/>
          <w:szCs w:val="28"/>
        </w:rPr>
        <w:t>.................................................................................................................................</w:t>
      </w:r>
    </w:p>
    <w:p w14:paraId="09D5C85C" w14:textId="77777777" w:rsidR="009A726D" w:rsidRPr="00174685" w:rsidRDefault="00000000">
      <w:pPr>
        <w:rPr>
          <w:rFonts w:cs="Times New Roman"/>
          <w:szCs w:val="28"/>
        </w:rPr>
      </w:pPr>
      <w:r w:rsidRPr="00174685">
        <w:rPr>
          <w:rFonts w:cs="Times New Roman"/>
          <w:szCs w:val="28"/>
        </w:rPr>
        <w:t>.................................................................................................................................</w:t>
      </w:r>
    </w:p>
    <w:p w14:paraId="697418E8" w14:textId="77777777" w:rsidR="009A726D" w:rsidRPr="00174685" w:rsidRDefault="00000000">
      <w:pPr>
        <w:rPr>
          <w:rFonts w:cs="Times New Roman"/>
          <w:szCs w:val="28"/>
        </w:rPr>
      </w:pPr>
      <w:r w:rsidRPr="00174685">
        <w:rPr>
          <w:rFonts w:cs="Times New Roman"/>
          <w:szCs w:val="28"/>
        </w:rPr>
        <w:t>.................................................................................................................................</w:t>
      </w:r>
    </w:p>
    <w:sectPr w:rsidR="009A726D" w:rsidRPr="00174685" w:rsidSect="00B05AE6">
      <w:pgSz w:w="11906" w:h="16838"/>
      <w:pgMar w:top="567" w:right="566"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3432257">
    <w:abstractNumId w:val="8"/>
  </w:num>
  <w:num w:numId="2" w16cid:durableId="1313831365">
    <w:abstractNumId w:val="6"/>
  </w:num>
  <w:num w:numId="3" w16cid:durableId="1182429686">
    <w:abstractNumId w:val="5"/>
  </w:num>
  <w:num w:numId="4" w16cid:durableId="1721242432">
    <w:abstractNumId w:val="4"/>
  </w:num>
  <w:num w:numId="5" w16cid:durableId="987172433">
    <w:abstractNumId w:val="7"/>
  </w:num>
  <w:num w:numId="6" w16cid:durableId="93214483">
    <w:abstractNumId w:val="3"/>
  </w:num>
  <w:num w:numId="7" w16cid:durableId="1622029935">
    <w:abstractNumId w:val="2"/>
  </w:num>
  <w:num w:numId="8" w16cid:durableId="1380591473">
    <w:abstractNumId w:val="1"/>
  </w:num>
  <w:num w:numId="9" w16cid:durableId="176464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1C1"/>
    <w:rsid w:val="0015074B"/>
    <w:rsid w:val="00174685"/>
    <w:rsid w:val="00193E76"/>
    <w:rsid w:val="00196BDA"/>
    <w:rsid w:val="0029639D"/>
    <w:rsid w:val="002A2BE0"/>
    <w:rsid w:val="00326F90"/>
    <w:rsid w:val="00392039"/>
    <w:rsid w:val="00401EC9"/>
    <w:rsid w:val="005E3E15"/>
    <w:rsid w:val="007526E0"/>
    <w:rsid w:val="007F26E0"/>
    <w:rsid w:val="0091237F"/>
    <w:rsid w:val="009573FB"/>
    <w:rsid w:val="009A726D"/>
    <w:rsid w:val="00A92E41"/>
    <w:rsid w:val="00AA1D8D"/>
    <w:rsid w:val="00B05AE6"/>
    <w:rsid w:val="00B4224B"/>
    <w:rsid w:val="00B47730"/>
    <w:rsid w:val="00BD55DE"/>
    <w:rsid w:val="00CB0664"/>
    <w:rsid w:val="00D14DDD"/>
    <w:rsid w:val="00D3106E"/>
    <w:rsid w:val="00D538BD"/>
    <w:rsid w:val="00EB0204"/>
    <w:rsid w:val="00FB3E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B1792"/>
  <w14:defaultImageDpi w14:val="300"/>
  <w15:docId w15:val="{4501CCE3-1EF7-4CC4-B662-E8BBC74AC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fontstyle01">
    <w:name w:val="fontstyle01"/>
    <w:basedOn w:val="DefaultParagraphFont"/>
    <w:rsid w:val="00D3106E"/>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2375</Words>
  <Characters>13542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1 - Hiện thực lịch sử và lịch sử được con người nhận thức</dc:title>
  <dc:subject>Lịch sử 6 - Kết nối tri thức với cuộc sống - Công văn 5512</dc:subject>
  <dc:creator>E-Verse</dc:creator>
  <cp:keywords>Lịch sử 6, Bài 1, Kết nối tri thức, giáo án 5512</cp:keywords>
  <dc:description>generated by python-docx</dc:description>
  <cp:lastModifiedBy>Administrator</cp:lastModifiedBy>
  <cp:revision>13</cp:revision>
  <dcterms:created xsi:type="dcterms:W3CDTF">2013-12-23T23:15:00Z</dcterms:created>
  <dcterms:modified xsi:type="dcterms:W3CDTF">2026-09-27T14:52:00Z</dcterms:modified>
  <cp:category/>
</cp:coreProperties>
</file>