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EF39" w14:textId="3FA94D5D" w:rsidR="00791F94" w:rsidRDefault="00791F94">
      <w:pPr>
        <w:spacing w:after="80"/>
        <w:rPr>
          <w:rFonts w:cs="Times New Roman"/>
          <w:b/>
          <w:bCs/>
          <w:i/>
          <w:iCs/>
          <w:szCs w:val="26"/>
        </w:rPr>
      </w:pPr>
      <w:r>
        <w:rPr>
          <w:rFonts w:cs="Times New Roman"/>
          <w:b/>
          <w:bCs/>
          <w:i/>
          <w:iCs/>
          <w:szCs w:val="26"/>
        </w:rPr>
        <w:t>Ngày soạn: 4/9/2026.</w:t>
      </w:r>
    </w:p>
    <w:p w14:paraId="5C377E6C" w14:textId="7C43F159" w:rsidR="00AA6143" w:rsidRPr="00791F94" w:rsidRDefault="00000000">
      <w:pPr>
        <w:spacing w:after="80"/>
        <w:rPr>
          <w:rFonts w:cs="Times New Roman"/>
          <w:b/>
          <w:bCs/>
          <w:i/>
          <w:iCs/>
          <w:szCs w:val="26"/>
        </w:rPr>
      </w:pPr>
      <w:r w:rsidRPr="00791F94">
        <w:rPr>
          <w:rFonts w:cs="Times New Roman"/>
          <w:b/>
          <w:bCs/>
          <w:i/>
          <w:iCs/>
          <w:szCs w:val="26"/>
        </w:rPr>
        <w:t xml:space="preserve">Giáo viên </w:t>
      </w:r>
      <w:r w:rsidR="00791F94" w:rsidRPr="00791F94">
        <w:rPr>
          <w:rFonts w:cs="Times New Roman"/>
          <w:b/>
          <w:bCs/>
          <w:i/>
          <w:iCs/>
          <w:szCs w:val="26"/>
        </w:rPr>
        <w:t>: Nguyễn Văn Thuật</w:t>
      </w:r>
    </w:p>
    <w:p w14:paraId="57F9D2F8" w14:textId="77777777" w:rsidR="00AA6143" w:rsidRDefault="00000000">
      <w:pPr>
        <w:spacing w:before="80" w:after="160"/>
        <w:jc w:val="center"/>
        <w:rPr>
          <w:rFonts w:cs="Times New Roman"/>
          <w:b/>
          <w:szCs w:val="26"/>
        </w:rPr>
      </w:pPr>
      <w:r w:rsidRPr="007D7C56">
        <w:rPr>
          <w:rFonts w:cs="Times New Roman"/>
          <w:b/>
          <w:szCs w:val="26"/>
        </w:rPr>
        <w:t>BÀI 1. LIÊN HỢP QUỐC</w:t>
      </w:r>
    </w:p>
    <w:p w14:paraId="65700E5F" w14:textId="5368409D" w:rsidR="00791F94" w:rsidRPr="007D7C56" w:rsidRDefault="00791F94">
      <w:pPr>
        <w:spacing w:before="80" w:after="160"/>
        <w:jc w:val="center"/>
        <w:rPr>
          <w:rFonts w:cs="Times New Roman"/>
          <w:szCs w:val="26"/>
        </w:rPr>
      </w:pPr>
      <w:r>
        <w:rPr>
          <w:rFonts w:cs="Times New Roman"/>
          <w:b/>
          <w:szCs w:val="26"/>
        </w:rPr>
        <w:t>(Tiết 1, 2)</w:t>
      </w:r>
    </w:p>
    <w:p w14:paraId="261F56DA" w14:textId="77777777" w:rsidR="00AA6143" w:rsidRPr="007D7C56" w:rsidRDefault="00000000">
      <w:pPr>
        <w:spacing w:before="120" w:after="80"/>
        <w:rPr>
          <w:rFonts w:cs="Times New Roman"/>
          <w:szCs w:val="26"/>
        </w:rPr>
      </w:pPr>
      <w:r w:rsidRPr="007D7C56">
        <w:rPr>
          <w:rFonts w:cs="Times New Roman"/>
          <w:b/>
          <w:szCs w:val="26"/>
        </w:rPr>
        <w:t>I. MỤC ĐÍCH, YÊU CẦU</w:t>
      </w:r>
    </w:p>
    <w:p w14:paraId="1B53AC1C" w14:textId="77777777" w:rsidR="00AA6143" w:rsidRPr="007D7C56" w:rsidRDefault="00000000">
      <w:pPr>
        <w:spacing w:before="120" w:after="80"/>
        <w:rPr>
          <w:rFonts w:cs="Times New Roman"/>
          <w:szCs w:val="26"/>
        </w:rPr>
      </w:pPr>
      <w:r w:rsidRPr="007D7C56">
        <w:rPr>
          <w:rFonts w:cs="Times New Roman"/>
          <w:b/>
          <w:szCs w:val="26"/>
        </w:rPr>
        <w:t>1. Về kiến thức</w:t>
      </w:r>
    </w:p>
    <w:p w14:paraId="73FE6983" w14:textId="75D09A82" w:rsidR="00AA6143" w:rsidRPr="007D7C56" w:rsidRDefault="00000000">
      <w:pPr>
        <w:spacing w:after="40"/>
        <w:ind w:hanging="198"/>
        <w:rPr>
          <w:rFonts w:cs="Times New Roman"/>
          <w:szCs w:val="26"/>
        </w:rPr>
      </w:pPr>
      <w:r w:rsidRPr="007D7C56">
        <w:rPr>
          <w:rFonts w:cs="Times New Roman"/>
          <w:szCs w:val="26"/>
        </w:rPr>
        <w:t xml:space="preserve">-  </w:t>
      </w:r>
      <w:r w:rsidR="003E455D">
        <w:rPr>
          <w:rFonts w:cs="Times New Roman"/>
          <w:szCs w:val="26"/>
        </w:rPr>
        <w:t>T</w:t>
      </w:r>
      <w:r w:rsidRPr="007D7C56">
        <w:rPr>
          <w:rFonts w:cs="Times New Roman"/>
          <w:szCs w:val="26"/>
        </w:rPr>
        <w:t>ài liệu để tìm hiểu quá trình thành lập Liên hợp quốc.</w:t>
      </w:r>
    </w:p>
    <w:p w14:paraId="0222C167" w14:textId="0ECEA436" w:rsidR="00AA6143" w:rsidRPr="007D7C56" w:rsidRDefault="00000000">
      <w:pPr>
        <w:spacing w:after="40"/>
        <w:ind w:hanging="198"/>
        <w:rPr>
          <w:rFonts w:cs="Times New Roman"/>
          <w:szCs w:val="26"/>
        </w:rPr>
      </w:pPr>
      <w:r w:rsidRPr="007D7C56">
        <w:rPr>
          <w:rFonts w:cs="Times New Roman"/>
          <w:szCs w:val="26"/>
        </w:rPr>
        <w:t xml:space="preserve">- </w:t>
      </w:r>
      <w:r w:rsidR="0026173A">
        <w:rPr>
          <w:rFonts w:cs="Times New Roman"/>
          <w:szCs w:val="26"/>
        </w:rPr>
        <w:t>B</w:t>
      </w:r>
      <w:r w:rsidRPr="007D7C56">
        <w:rPr>
          <w:rFonts w:cs="Times New Roman"/>
          <w:szCs w:val="26"/>
        </w:rPr>
        <w:t>ối cảnh lịch sử và quá trình hình thành Liên hợp quốc.</w:t>
      </w:r>
    </w:p>
    <w:p w14:paraId="0A6234CF" w14:textId="1298C10A" w:rsidR="00AA6143" w:rsidRPr="007D7C56" w:rsidRDefault="00000000">
      <w:pPr>
        <w:spacing w:after="40"/>
        <w:ind w:hanging="198"/>
        <w:rPr>
          <w:rFonts w:cs="Times New Roman"/>
          <w:szCs w:val="26"/>
        </w:rPr>
      </w:pPr>
      <w:r w:rsidRPr="007D7C56">
        <w:rPr>
          <w:rFonts w:cs="Times New Roman"/>
          <w:szCs w:val="26"/>
        </w:rPr>
        <w:t xml:space="preserve">-  </w:t>
      </w:r>
      <w:r w:rsidR="0026173A">
        <w:rPr>
          <w:rFonts w:cs="Times New Roman"/>
          <w:szCs w:val="26"/>
        </w:rPr>
        <w:t>M</w:t>
      </w:r>
      <w:r w:rsidRPr="007D7C56">
        <w:rPr>
          <w:rFonts w:cs="Times New Roman"/>
          <w:szCs w:val="26"/>
        </w:rPr>
        <w:t>ục tiêu, nguyên tắc hoạt động cơ bản của Liên hợp quốc.</w:t>
      </w:r>
    </w:p>
    <w:p w14:paraId="74909901" w14:textId="2E2BF7F2" w:rsidR="00AA6143" w:rsidRPr="007D7C56" w:rsidRDefault="00000000">
      <w:pPr>
        <w:spacing w:after="40"/>
        <w:ind w:hanging="198"/>
        <w:rPr>
          <w:rFonts w:cs="Times New Roman"/>
          <w:szCs w:val="26"/>
        </w:rPr>
      </w:pPr>
      <w:r w:rsidRPr="007D7C56">
        <w:rPr>
          <w:rFonts w:cs="Times New Roman"/>
          <w:szCs w:val="26"/>
        </w:rPr>
        <w:t xml:space="preserve">-  </w:t>
      </w:r>
      <w:r w:rsidR="00436C1E">
        <w:rPr>
          <w:rFonts w:cs="Times New Roman"/>
          <w:szCs w:val="26"/>
        </w:rPr>
        <w:t>V</w:t>
      </w:r>
      <w:r w:rsidRPr="007D7C56">
        <w:rPr>
          <w:rFonts w:cs="Times New Roman"/>
          <w:szCs w:val="26"/>
        </w:rPr>
        <w:t>ai trò của Liên hợp quốc trong duy trì hoà bình, an ninh quốc tế.</w:t>
      </w:r>
    </w:p>
    <w:p w14:paraId="6A4AA7D9" w14:textId="3D4EC64E" w:rsidR="00AA6143" w:rsidRPr="007D7C56" w:rsidRDefault="00000000">
      <w:pPr>
        <w:spacing w:after="40"/>
        <w:ind w:hanging="198"/>
        <w:rPr>
          <w:rFonts w:cs="Times New Roman"/>
          <w:szCs w:val="26"/>
        </w:rPr>
      </w:pPr>
      <w:r w:rsidRPr="007D7C56">
        <w:rPr>
          <w:rFonts w:cs="Times New Roman"/>
          <w:szCs w:val="26"/>
        </w:rPr>
        <w:t xml:space="preserve">- </w:t>
      </w:r>
      <w:r w:rsidR="00436C1E">
        <w:rPr>
          <w:rFonts w:cs="Times New Roman"/>
          <w:szCs w:val="26"/>
        </w:rPr>
        <w:t>V</w:t>
      </w:r>
      <w:r w:rsidRPr="007D7C56">
        <w:rPr>
          <w:rFonts w:cs="Times New Roman"/>
          <w:szCs w:val="26"/>
        </w:rPr>
        <w:t>ai trò của Liên hợp quốc trong thúc đẩy phát triển kinh tế, tài chính, thương mại quốc tế và nâng cao đời sống người dân.</w:t>
      </w:r>
    </w:p>
    <w:p w14:paraId="4D16217F" w14:textId="2B2FB4C3" w:rsidR="00AA6143" w:rsidRPr="007D7C56" w:rsidRDefault="00000000">
      <w:pPr>
        <w:spacing w:after="40"/>
        <w:ind w:hanging="198"/>
        <w:rPr>
          <w:rFonts w:cs="Times New Roman"/>
          <w:szCs w:val="26"/>
        </w:rPr>
      </w:pPr>
      <w:r w:rsidRPr="007D7C56">
        <w:rPr>
          <w:rFonts w:cs="Times New Roman"/>
          <w:szCs w:val="26"/>
        </w:rPr>
        <w:t xml:space="preserve">- </w:t>
      </w:r>
      <w:r w:rsidR="00436C1E">
        <w:rPr>
          <w:rFonts w:cs="Times New Roman"/>
          <w:szCs w:val="26"/>
        </w:rPr>
        <w:t>V</w:t>
      </w:r>
      <w:r w:rsidRPr="007D7C56">
        <w:rPr>
          <w:rFonts w:cs="Times New Roman"/>
          <w:szCs w:val="26"/>
        </w:rPr>
        <w:t>ai trò của Liên hợp quốc trong bảo đảm quyền con người, phát triển văn hoá, xã hội.</w:t>
      </w:r>
    </w:p>
    <w:p w14:paraId="650FF407" w14:textId="77777777" w:rsidR="00AA6143" w:rsidRDefault="00000000">
      <w:pPr>
        <w:spacing w:before="120" w:after="80"/>
        <w:rPr>
          <w:rFonts w:cs="Times New Roman"/>
          <w:b/>
          <w:szCs w:val="26"/>
        </w:rPr>
      </w:pPr>
      <w:r w:rsidRPr="007D7C56">
        <w:rPr>
          <w:rFonts w:cs="Times New Roman"/>
          <w:b/>
          <w:szCs w:val="26"/>
        </w:rPr>
        <w:t>2. Về năng lực</w:t>
      </w:r>
    </w:p>
    <w:p w14:paraId="4A871F1E" w14:textId="77777777" w:rsidR="005570C4" w:rsidRDefault="005570C4" w:rsidP="005570C4">
      <w:pPr>
        <w:rPr>
          <w:sz w:val="24"/>
        </w:rPr>
      </w:pPr>
      <w:r>
        <w:rPr>
          <w:rStyle w:val="fontstyle01"/>
        </w:rPr>
        <w:t xml:space="preserve">1.1.NC1b: </w:t>
      </w:r>
      <w:r>
        <w:rPr>
          <w:rStyle w:val="fontstyle21"/>
        </w:rPr>
        <w:t>Học sinh áp dụng kỹ thuật tìm kiếm để lấy được dữ liệu, thông tin (hình ảnh,tư liệu) về bối cảnh, quá trình hình thành, mục tiêu và vai trò của Liên hợp quốc.</w:t>
      </w:r>
    </w:p>
    <w:p w14:paraId="7AAE50DB" w14:textId="7E16C4C1" w:rsidR="00A45354" w:rsidRPr="005570C4" w:rsidRDefault="00A45354" w:rsidP="005570C4">
      <w:pPr>
        <w:rPr>
          <w:sz w:val="24"/>
        </w:rPr>
      </w:pPr>
      <w:r w:rsidRPr="00A45354">
        <w:rPr>
          <w:rFonts w:ascii="TimesNewRomanPSMT" w:hAnsi="TimesNewRomanPSMT" w:cs="Times New Roman"/>
          <w:color w:val="EE0000"/>
          <w:szCs w:val="26"/>
        </w:rPr>
        <w:t>[1.2-NC1-a/b] - Đánh giá dữ liệu, thông tin và nội dung số:Thực hiện đánh giá được độ tin cậy, độ chính xác của các nguồn dữ liệu, thông tin và nội dung số; tiến hành đánh giá các dữ liệu,</w:t>
      </w:r>
    </w:p>
    <w:p w14:paraId="047F3220" w14:textId="0C60D95F" w:rsidR="00A45354" w:rsidRPr="00A45354" w:rsidRDefault="00A45354">
      <w:pPr>
        <w:spacing w:after="0" w:line="240" w:lineRule="auto"/>
        <w:rPr>
          <w:rFonts w:ascii="TimesNewRomanPSMT" w:hAnsi="TimesNewRomanPSMT" w:cs="Times New Roman"/>
          <w:color w:val="EE0000"/>
          <w:szCs w:val="26"/>
        </w:rPr>
      </w:pPr>
      <w:r w:rsidRPr="00A45354">
        <w:rPr>
          <w:rFonts w:ascii="TimesNewRomanPSMT" w:hAnsi="TimesNewRomanPSMT" w:cs="Times New Roman"/>
          <w:color w:val="EE0000"/>
          <w:szCs w:val="26"/>
        </w:rPr>
        <w:t>thông tin và nội dung số khác nhau khi tìm hiểu Liên hợp quốc.</w:t>
      </w:r>
    </w:p>
    <w:p w14:paraId="6A0B2CD7" w14:textId="77777777" w:rsidR="00AA6143" w:rsidRPr="007D7C56" w:rsidRDefault="00000000">
      <w:pPr>
        <w:spacing w:before="120" w:after="80"/>
        <w:rPr>
          <w:rFonts w:cs="Times New Roman"/>
          <w:szCs w:val="26"/>
        </w:rPr>
      </w:pPr>
      <w:r w:rsidRPr="007D7C56">
        <w:rPr>
          <w:rFonts w:cs="Times New Roman"/>
          <w:b/>
          <w:szCs w:val="26"/>
        </w:rPr>
        <w:t>3. Về phẩm chất</w:t>
      </w:r>
    </w:p>
    <w:p w14:paraId="49C41656" w14:textId="77777777" w:rsidR="00AA6143" w:rsidRPr="007D7C56" w:rsidRDefault="00000000">
      <w:pPr>
        <w:spacing w:after="40"/>
        <w:ind w:hanging="198"/>
        <w:rPr>
          <w:rFonts w:cs="Times New Roman"/>
          <w:szCs w:val="26"/>
        </w:rPr>
      </w:pPr>
      <w:r w:rsidRPr="007D7C56">
        <w:rPr>
          <w:rFonts w:cs="Times New Roman"/>
          <w:szCs w:val="26"/>
        </w:rPr>
        <w:t>- Có ý thức trân trọng giá trị của hoà bình, hợp tác, bình đẳng giữa các quốc gia và quyền con người.</w:t>
      </w:r>
    </w:p>
    <w:p w14:paraId="0299C01B" w14:textId="77777777" w:rsidR="00AA6143" w:rsidRPr="007D7C56" w:rsidRDefault="00000000">
      <w:pPr>
        <w:spacing w:after="40"/>
        <w:ind w:hanging="198"/>
        <w:rPr>
          <w:rFonts w:cs="Times New Roman"/>
          <w:szCs w:val="26"/>
        </w:rPr>
      </w:pPr>
      <w:r w:rsidRPr="007D7C56">
        <w:rPr>
          <w:rFonts w:cs="Times New Roman"/>
          <w:szCs w:val="26"/>
        </w:rPr>
        <w:t>- Có thái độ khách quan, trung thực khi khai thác, xử lí tư liệu lịch sử; có trách nhiệm khi chia sẻ thông tin trên internet và mạng xã hội.</w:t>
      </w:r>
    </w:p>
    <w:p w14:paraId="5F6B7DA2" w14:textId="77777777" w:rsidR="00AA6143" w:rsidRPr="007D7C56" w:rsidRDefault="00000000">
      <w:pPr>
        <w:spacing w:after="40"/>
        <w:ind w:hanging="198"/>
        <w:rPr>
          <w:rFonts w:cs="Times New Roman"/>
          <w:szCs w:val="26"/>
        </w:rPr>
      </w:pPr>
      <w:r w:rsidRPr="007D7C56">
        <w:rPr>
          <w:rFonts w:cs="Times New Roman"/>
          <w:szCs w:val="26"/>
        </w:rPr>
        <w:t>- Bồi dưỡng tinh thần nhân ái, đoàn kết quốc tế; tự hào về những đóng góp của Việt Nam đối với hoạt động của Liên hợp quốc.</w:t>
      </w:r>
    </w:p>
    <w:p w14:paraId="39BFA80A" w14:textId="77777777" w:rsidR="00AA6143" w:rsidRPr="007D7C56" w:rsidRDefault="00000000">
      <w:pPr>
        <w:spacing w:before="120" w:after="80"/>
        <w:rPr>
          <w:rFonts w:cs="Times New Roman"/>
          <w:szCs w:val="26"/>
        </w:rPr>
      </w:pPr>
      <w:r w:rsidRPr="007D7C56">
        <w:rPr>
          <w:rFonts w:cs="Times New Roman"/>
          <w:b/>
          <w:szCs w:val="26"/>
        </w:rPr>
        <w:t>II. THIẾT BỊ DẠY HỌC VÀ HỌC LIỆU</w:t>
      </w:r>
    </w:p>
    <w:p w14:paraId="089E5F9A" w14:textId="77777777" w:rsidR="00AA6143" w:rsidRPr="007D7C56" w:rsidRDefault="00000000">
      <w:pPr>
        <w:spacing w:before="120" w:after="80"/>
        <w:rPr>
          <w:rFonts w:cs="Times New Roman"/>
          <w:szCs w:val="26"/>
        </w:rPr>
      </w:pPr>
      <w:r w:rsidRPr="007D7C56">
        <w:rPr>
          <w:rFonts w:cs="Times New Roman"/>
          <w:b/>
          <w:szCs w:val="26"/>
        </w:rPr>
        <w:t>1. Giáo viên</w:t>
      </w:r>
    </w:p>
    <w:p w14:paraId="3EC653DD" w14:textId="77777777" w:rsidR="00AA6143" w:rsidRPr="007D7C56" w:rsidRDefault="00000000">
      <w:pPr>
        <w:spacing w:after="40"/>
        <w:ind w:hanging="198"/>
        <w:rPr>
          <w:rFonts w:cs="Times New Roman"/>
          <w:szCs w:val="26"/>
        </w:rPr>
      </w:pPr>
      <w:r w:rsidRPr="007D7C56">
        <w:rPr>
          <w:rFonts w:cs="Times New Roman"/>
          <w:szCs w:val="26"/>
        </w:rPr>
        <w:t>- Giáo án biên soạn theo định hướng phát triển phẩm chất, năng lực; phiếu học tập và bảng tiêu chí đánh giá sản phẩm nhóm.</w:t>
      </w:r>
    </w:p>
    <w:p w14:paraId="598C129C" w14:textId="77777777" w:rsidR="00AA6143" w:rsidRPr="007D7C56" w:rsidRDefault="00000000">
      <w:pPr>
        <w:spacing w:after="40"/>
        <w:ind w:hanging="198"/>
        <w:rPr>
          <w:rFonts w:cs="Times New Roman"/>
          <w:szCs w:val="26"/>
        </w:rPr>
      </w:pPr>
      <w:r w:rsidRPr="007D7C56">
        <w:rPr>
          <w:rFonts w:cs="Times New Roman"/>
          <w:szCs w:val="26"/>
        </w:rPr>
        <w:t>- Bản đồ thế giới; sơ đồ tiến trình hình thành Liên hợp quốc; bảng khái quát mục tiêu, nguyên tắc và vai trò của Liên hợp quốc.</w:t>
      </w:r>
    </w:p>
    <w:p w14:paraId="6DB2D5E4" w14:textId="77777777" w:rsidR="00AA6143" w:rsidRPr="007D7C56" w:rsidRDefault="00000000">
      <w:pPr>
        <w:spacing w:after="40"/>
        <w:ind w:hanging="198"/>
        <w:rPr>
          <w:rFonts w:cs="Times New Roman"/>
          <w:szCs w:val="26"/>
        </w:rPr>
      </w:pPr>
      <w:r w:rsidRPr="007D7C56">
        <w:rPr>
          <w:rFonts w:cs="Times New Roman"/>
          <w:szCs w:val="26"/>
        </w:rPr>
        <w:t>- Các hình ảnh trong SGK: phiên khai mạc Đại hội đồng khoá 77, lễ kí Hiến chương Liên hợp quốc, trụ sở Liên hợp quốc, lực lượng gìn giữ hoà bình, hoạt động cứu trợ và 17 mục tiêu phát triển bền vững.</w:t>
      </w:r>
    </w:p>
    <w:p w14:paraId="00C48943" w14:textId="77777777" w:rsidR="00AA6143" w:rsidRPr="007D7C56" w:rsidRDefault="00000000">
      <w:pPr>
        <w:spacing w:after="40"/>
        <w:ind w:hanging="198"/>
        <w:rPr>
          <w:rFonts w:cs="Times New Roman"/>
          <w:szCs w:val="26"/>
        </w:rPr>
      </w:pPr>
      <w:r w:rsidRPr="007D7C56">
        <w:rPr>
          <w:rFonts w:cs="Times New Roman"/>
          <w:szCs w:val="26"/>
        </w:rPr>
        <w:t>- Máy tính, máy chiếu, bài trình chiếu; đường dẫn tới một số tư liệu chính thống của Liên hợp quốc và Bộ Ngoại giao Việt Nam.</w:t>
      </w:r>
    </w:p>
    <w:p w14:paraId="0ED28584" w14:textId="77777777" w:rsidR="000E0FC9" w:rsidRPr="007D7C56" w:rsidRDefault="00000000">
      <w:pPr>
        <w:spacing w:after="0" w:line="240" w:lineRule="auto"/>
        <w:rPr>
          <w:rFonts w:cs="Times New Roman"/>
          <w:szCs w:val="26"/>
        </w:rPr>
      </w:pPr>
      <w:r w:rsidRPr="007D7C56">
        <w:rPr>
          <w:rFonts w:cs="Times New Roman"/>
          <w:szCs w:val="26"/>
        </w:rPr>
        <w:lastRenderedPageBreak/>
        <w:t>- Công cụ số tích hợp NLS: trình duyệt/Google Search để tìm nguồn chính thống; ChatGPT hoặc Gemini do GV thao tác trên màn hình chung hoặc cung cấp sẵn kết quả để HS kiểm chứng, không yêu cầu HS phải có tài khoản AI.</w:t>
      </w:r>
    </w:p>
    <w:p w14:paraId="3D58D8F2" w14:textId="77777777" w:rsidR="00AA6143" w:rsidRPr="007D7C56" w:rsidRDefault="00000000">
      <w:pPr>
        <w:spacing w:before="120" w:after="80"/>
        <w:rPr>
          <w:rFonts w:cs="Times New Roman"/>
          <w:szCs w:val="26"/>
        </w:rPr>
      </w:pPr>
      <w:r w:rsidRPr="007D7C56">
        <w:rPr>
          <w:rFonts w:cs="Times New Roman"/>
          <w:b/>
          <w:szCs w:val="26"/>
        </w:rPr>
        <w:t>2. Học sinh</w:t>
      </w:r>
    </w:p>
    <w:p w14:paraId="14877F8A" w14:textId="77777777" w:rsidR="00AA6143" w:rsidRPr="007D7C56" w:rsidRDefault="00000000">
      <w:pPr>
        <w:spacing w:after="40"/>
        <w:ind w:hanging="198"/>
        <w:rPr>
          <w:rFonts w:cs="Times New Roman"/>
          <w:szCs w:val="26"/>
        </w:rPr>
      </w:pPr>
      <w:r w:rsidRPr="007D7C56">
        <w:rPr>
          <w:rFonts w:cs="Times New Roman"/>
          <w:szCs w:val="26"/>
        </w:rPr>
        <w:t>- SGK Lịch sử 12; vở ghi, bút, thước và dụng cụ học tập.</w:t>
      </w:r>
    </w:p>
    <w:p w14:paraId="2D34952B" w14:textId="77777777" w:rsidR="00AA6143" w:rsidRPr="007D7C56" w:rsidRDefault="00000000">
      <w:pPr>
        <w:spacing w:after="40"/>
        <w:ind w:hanging="198"/>
        <w:rPr>
          <w:rFonts w:cs="Times New Roman"/>
          <w:szCs w:val="26"/>
        </w:rPr>
      </w:pPr>
      <w:r w:rsidRPr="007D7C56">
        <w:rPr>
          <w:rFonts w:cs="Times New Roman"/>
          <w:szCs w:val="26"/>
        </w:rPr>
        <w:t>- Đọc trước bài 1; quan sát các hình, tư liệu và câu hỏi trong SGK.</w:t>
      </w:r>
    </w:p>
    <w:p w14:paraId="554B69C3" w14:textId="77777777" w:rsidR="00AA6143" w:rsidRPr="007D7C56" w:rsidRDefault="00000000">
      <w:pPr>
        <w:spacing w:after="40"/>
        <w:ind w:hanging="198"/>
        <w:rPr>
          <w:rFonts w:cs="Times New Roman"/>
          <w:szCs w:val="26"/>
        </w:rPr>
      </w:pPr>
      <w:r w:rsidRPr="007D7C56">
        <w:rPr>
          <w:rFonts w:cs="Times New Roman"/>
          <w:szCs w:val="26"/>
        </w:rPr>
        <w:t>- Sưu tầm một thông tin ngắn về hoạt động của Liên hợp quốc hoặc một chương trình, quỹ của Liên hợp quốc tại Việt Nam.</w:t>
      </w:r>
    </w:p>
    <w:p w14:paraId="49254132" w14:textId="77777777" w:rsidR="000E0FC9" w:rsidRPr="007D7C56" w:rsidRDefault="00000000">
      <w:pPr>
        <w:spacing w:after="0" w:line="240" w:lineRule="auto"/>
        <w:rPr>
          <w:rFonts w:cs="Times New Roman"/>
          <w:szCs w:val="26"/>
        </w:rPr>
      </w:pPr>
      <w:r w:rsidRPr="007D7C56">
        <w:rPr>
          <w:rFonts w:cs="Times New Roman"/>
          <w:szCs w:val="26"/>
        </w:rPr>
        <w:t>- Khi thực hiện nhiệm vụ NLS, HS ưu tiên nguồn chính thống của Liên hợp quốc/Bộ Ngoại giao Việt Nam; với kết quả AI, phải đối chiếu SGK và nguồn chính thống trước khi sử dụng, không nhập dữ liệu cá nhân vào công cụ AI.</w:t>
      </w:r>
    </w:p>
    <w:p w14:paraId="3542EF76" w14:textId="77777777" w:rsidR="00AA6143" w:rsidRPr="007D7C56" w:rsidRDefault="00000000">
      <w:pPr>
        <w:spacing w:before="120" w:after="80"/>
        <w:rPr>
          <w:rFonts w:cs="Times New Roman"/>
          <w:szCs w:val="26"/>
        </w:rPr>
      </w:pPr>
      <w:r w:rsidRPr="007D7C56">
        <w:rPr>
          <w:rFonts w:cs="Times New Roman"/>
          <w:b/>
          <w:szCs w:val="26"/>
        </w:rPr>
        <w:t>III. TIẾN TRÌNH DẠY HỌC</w:t>
      </w:r>
    </w:p>
    <w:p w14:paraId="63E9429A" w14:textId="77777777" w:rsidR="00AA6143" w:rsidRPr="007D7C56" w:rsidRDefault="00000000">
      <w:pPr>
        <w:spacing w:before="120" w:after="80"/>
        <w:rPr>
          <w:rFonts w:cs="Times New Roman"/>
          <w:szCs w:val="26"/>
        </w:rPr>
      </w:pPr>
      <w:r w:rsidRPr="007D7C56">
        <w:rPr>
          <w:rFonts w:cs="Times New Roman"/>
          <w:b/>
          <w:szCs w:val="26"/>
        </w:rPr>
        <w:t>A. KHỞI ĐỘNG</w:t>
      </w:r>
    </w:p>
    <w:p w14:paraId="06AD0BC1" w14:textId="77777777" w:rsidR="00AA6143" w:rsidRPr="007D7C56" w:rsidRDefault="00000000">
      <w:pPr>
        <w:spacing w:after="0"/>
        <w:rPr>
          <w:rFonts w:cs="Times New Roman"/>
          <w:szCs w:val="26"/>
        </w:rPr>
      </w:pPr>
      <w:r w:rsidRPr="007D7C56">
        <w:rPr>
          <w:rFonts w:cs="Times New Roman"/>
          <w:b/>
          <w:szCs w:val="26"/>
        </w:rPr>
        <w:t xml:space="preserve">a. Mục tiêu: </w:t>
      </w:r>
      <w:r w:rsidRPr="007D7C56">
        <w:rPr>
          <w:rFonts w:cs="Times New Roman"/>
          <w:szCs w:val="26"/>
        </w:rPr>
        <w:t>Tạo hứng thú, huy động hiểu biết ban đầu của HS về Liên hợp quốc và định hướng nhiệm vụ học tập của bài.</w:t>
      </w:r>
    </w:p>
    <w:p w14:paraId="37A89D9E" w14:textId="77777777" w:rsidR="00AA6143" w:rsidRPr="007D7C56" w:rsidRDefault="00000000">
      <w:pPr>
        <w:spacing w:after="0"/>
        <w:rPr>
          <w:rFonts w:cs="Times New Roman"/>
          <w:szCs w:val="26"/>
        </w:rPr>
      </w:pPr>
      <w:r w:rsidRPr="007D7C56">
        <w:rPr>
          <w:rFonts w:cs="Times New Roman"/>
          <w:b/>
          <w:szCs w:val="26"/>
        </w:rPr>
        <w:t xml:space="preserve">b. Nội dung: </w:t>
      </w:r>
      <w:r w:rsidRPr="007D7C56">
        <w:rPr>
          <w:rFonts w:cs="Times New Roman"/>
          <w:szCs w:val="26"/>
        </w:rPr>
        <w:t>HS quan sát Hình 1, trao đổi về quy mô, chức năng và vai trò của Liên hợp quốc.</w:t>
      </w:r>
    </w:p>
    <w:p w14:paraId="5AB37A35" w14:textId="77777777" w:rsidR="00AA6143" w:rsidRPr="007D7C56" w:rsidRDefault="00000000">
      <w:pPr>
        <w:spacing w:after="0"/>
        <w:rPr>
          <w:rFonts w:cs="Times New Roman"/>
          <w:szCs w:val="26"/>
        </w:rPr>
      </w:pPr>
      <w:r w:rsidRPr="007D7C56">
        <w:rPr>
          <w:rFonts w:cs="Times New Roman"/>
          <w:b/>
          <w:szCs w:val="26"/>
        </w:rPr>
        <w:t xml:space="preserve">c. Sản phẩm học tập: </w:t>
      </w:r>
      <w:r w:rsidRPr="007D7C56">
        <w:rPr>
          <w:rFonts w:cs="Times New Roman"/>
          <w:szCs w:val="26"/>
        </w:rPr>
        <w:t>Câu trả lời ngắn của HS về những điều đã biết và vấn đề muốn tìm hiểu.</w:t>
      </w:r>
    </w:p>
    <w:p w14:paraId="32642BDB" w14:textId="77777777" w:rsidR="00AA6143" w:rsidRPr="007D7C56" w:rsidRDefault="00000000">
      <w:pPr>
        <w:spacing w:after="80"/>
        <w:rPr>
          <w:rFonts w:cs="Times New Roman"/>
          <w:szCs w:val="26"/>
        </w:rPr>
      </w:pPr>
      <w:r w:rsidRPr="007D7C56">
        <w:rPr>
          <w:rFonts w:cs="Times New Roman"/>
          <w:b/>
          <w:szCs w:val="26"/>
        </w:rPr>
        <w:t>d. Tổ chức thực hiện:</w:t>
      </w:r>
    </w:p>
    <w:p w14:paraId="47F339EA" w14:textId="77777777" w:rsidR="00AA6143" w:rsidRPr="007D7C56" w:rsidRDefault="00000000">
      <w:pPr>
        <w:jc w:val="center"/>
        <w:rPr>
          <w:rFonts w:cs="Times New Roman"/>
          <w:szCs w:val="26"/>
        </w:rPr>
      </w:pPr>
      <w:r w:rsidRPr="007D7C56">
        <w:rPr>
          <w:rFonts w:cs="Times New Roman"/>
          <w:noProof/>
          <w:szCs w:val="26"/>
        </w:rPr>
        <w:drawing>
          <wp:inline distT="0" distB="0" distL="0" distR="0" wp14:anchorId="17D831E4" wp14:editId="4A8C43AE">
            <wp:extent cx="2590800" cy="208935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1_daihoi.png"/>
                    <pic:cNvPicPr/>
                  </pic:nvPicPr>
                  <pic:blipFill>
                    <a:blip r:embed="rId6"/>
                    <a:stretch>
                      <a:fillRect/>
                    </a:stretch>
                  </pic:blipFill>
                  <pic:spPr>
                    <a:xfrm>
                      <a:off x="0" y="0"/>
                      <a:ext cx="2598025" cy="2095182"/>
                    </a:xfrm>
                    <a:prstGeom prst="rect">
                      <a:avLst/>
                    </a:prstGeom>
                  </pic:spPr>
                </pic:pic>
              </a:graphicData>
            </a:graphic>
          </wp:inline>
        </w:drawing>
      </w:r>
    </w:p>
    <w:p w14:paraId="5901992D" w14:textId="77777777" w:rsidR="00AA6143" w:rsidRPr="007D7C56" w:rsidRDefault="00000000">
      <w:pPr>
        <w:jc w:val="center"/>
        <w:rPr>
          <w:rFonts w:cs="Times New Roman"/>
          <w:szCs w:val="26"/>
        </w:rPr>
      </w:pPr>
      <w:r w:rsidRPr="007D7C56">
        <w:rPr>
          <w:rFonts w:cs="Times New Roman"/>
          <w:i/>
          <w:szCs w:val="26"/>
        </w:rPr>
        <w:t>Hình 1. Phiên khai mạc Đại hội đồng Liên hợp quốc khoá 77</w:t>
      </w:r>
    </w:p>
    <w:p w14:paraId="2D5E4504" w14:textId="77777777" w:rsidR="00AA6143" w:rsidRPr="007D7C56" w:rsidRDefault="00000000">
      <w:pPr>
        <w:spacing w:after="40"/>
        <w:ind w:hanging="198"/>
        <w:rPr>
          <w:rFonts w:cs="Times New Roman"/>
          <w:szCs w:val="26"/>
        </w:rPr>
      </w:pPr>
      <w:r w:rsidRPr="007D7C56">
        <w:rPr>
          <w:rFonts w:cs="Times New Roman"/>
          <w:szCs w:val="26"/>
        </w:rPr>
        <w:t>- GV yêu cầu HS quan sát hình và trả lời: Đây là hoạt động của tổ chức nào? Vì sao có đại diện của nhiều quốc gia? Tổ chức này có vai trò gì đối với thế giới?</w:t>
      </w:r>
    </w:p>
    <w:p w14:paraId="148A72FD" w14:textId="77777777" w:rsidR="00AA6143" w:rsidRPr="007D7C56" w:rsidRDefault="00000000">
      <w:pPr>
        <w:spacing w:after="40"/>
        <w:ind w:hanging="198"/>
        <w:rPr>
          <w:rFonts w:cs="Times New Roman"/>
          <w:szCs w:val="26"/>
        </w:rPr>
      </w:pPr>
      <w:r w:rsidRPr="007D7C56">
        <w:rPr>
          <w:rFonts w:cs="Times New Roman"/>
          <w:szCs w:val="26"/>
        </w:rPr>
        <w:t>- HS suy nghĩ cá nhân, trao đổi theo cặp; đại diện phát biểu.</w:t>
      </w:r>
    </w:p>
    <w:p w14:paraId="1E6A00CB" w14:textId="77777777" w:rsidR="00AA6143" w:rsidRPr="007D7C56" w:rsidRDefault="00000000">
      <w:pPr>
        <w:spacing w:after="40"/>
        <w:ind w:hanging="198"/>
        <w:rPr>
          <w:rFonts w:cs="Times New Roman"/>
          <w:szCs w:val="26"/>
        </w:rPr>
      </w:pPr>
      <w:r w:rsidRPr="007D7C56">
        <w:rPr>
          <w:rFonts w:cs="Times New Roman"/>
          <w:szCs w:val="26"/>
        </w:rPr>
        <w:t>- GV nhận xét, dẫn dắt: Liên hợp quốc là tổ chức quốc tế toàn cầu lớn nhất, ra đời trong bối cảnh đặc biệt của lịch sử thế giới và hoạt động trên nhiều lĩnh vực.</w:t>
      </w:r>
    </w:p>
    <w:p w14:paraId="63AD3E04" w14:textId="77777777" w:rsidR="00AA6143" w:rsidRPr="007D7C56" w:rsidRDefault="00000000">
      <w:pPr>
        <w:spacing w:before="120" w:after="80"/>
        <w:rPr>
          <w:rFonts w:cs="Times New Roman"/>
          <w:szCs w:val="26"/>
        </w:rPr>
      </w:pPr>
      <w:r w:rsidRPr="007D7C56">
        <w:rPr>
          <w:rFonts w:cs="Times New Roman"/>
          <w:b/>
          <w:szCs w:val="26"/>
        </w:rPr>
        <w:t>B. HÌNH THÀNH KIẾN THỨC MỚI</w:t>
      </w:r>
    </w:p>
    <w:p w14:paraId="08310A3B" w14:textId="77777777" w:rsidR="00AA6143" w:rsidRPr="007D7C56" w:rsidRDefault="00000000">
      <w:pPr>
        <w:spacing w:before="120" w:after="80"/>
        <w:rPr>
          <w:rFonts w:cs="Times New Roman"/>
          <w:szCs w:val="26"/>
        </w:rPr>
      </w:pPr>
      <w:r w:rsidRPr="007D7C56">
        <w:rPr>
          <w:rFonts w:cs="Times New Roman"/>
          <w:b/>
          <w:szCs w:val="26"/>
        </w:rPr>
        <w:t>Hoạt động 1. Tìm hiểu bối cảnh lịch sử và quá trình hình thành Liên hợp quốc</w:t>
      </w:r>
    </w:p>
    <w:p w14:paraId="5C6226B0" w14:textId="77777777" w:rsidR="00AA6143" w:rsidRPr="007D7C56" w:rsidRDefault="00000000">
      <w:pPr>
        <w:spacing w:after="0"/>
        <w:rPr>
          <w:rFonts w:cs="Times New Roman"/>
          <w:szCs w:val="26"/>
        </w:rPr>
      </w:pPr>
      <w:r w:rsidRPr="007D7C56">
        <w:rPr>
          <w:rFonts w:cs="Times New Roman"/>
          <w:b/>
          <w:szCs w:val="26"/>
        </w:rPr>
        <w:t xml:space="preserve">a. Mục tiêu: </w:t>
      </w:r>
      <w:r w:rsidRPr="007D7C56">
        <w:rPr>
          <w:rFonts w:cs="Times New Roman"/>
          <w:szCs w:val="26"/>
        </w:rPr>
        <w:t>HS nêu được bối cảnh cuối Chiến tranh thế giới thứ hai và trình bày được các mốc chính trong quá trình hình thành Liên hợp quốc.</w:t>
      </w:r>
    </w:p>
    <w:p w14:paraId="3C73230D" w14:textId="77777777" w:rsidR="00AA6143" w:rsidRPr="007D7C56" w:rsidRDefault="00000000">
      <w:pPr>
        <w:spacing w:after="0"/>
        <w:rPr>
          <w:rFonts w:cs="Times New Roman"/>
          <w:szCs w:val="26"/>
        </w:rPr>
      </w:pPr>
      <w:r w:rsidRPr="007D7C56">
        <w:rPr>
          <w:rFonts w:cs="Times New Roman"/>
          <w:b/>
          <w:szCs w:val="26"/>
        </w:rPr>
        <w:t xml:space="preserve">b. Nội dung: </w:t>
      </w:r>
      <w:r w:rsidRPr="007D7C56">
        <w:rPr>
          <w:rFonts w:cs="Times New Roman"/>
          <w:szCs w:val="26"/>
        </w:rPr>
        <w:t>HS khai thác thông tin mục 1a, Hình 2, Hình 3 và lập trục thời gian về quá trình hình thành Liên hợp quốc.</w:t>
      </w:r>
    </w:p>
    <w:p w14:paraId="28147FE4" w14:textId="77777777" w:rsidR="00AA6143" w:rsidRPr="007D7C56" w:rsidRDefault="00000000">
      <w:pPr>
        <w:spacing w:after="0"/>
        <w:rPr>
          <w:rFonts w:cs="Times New Roman"/>
          <w:szCs w:val="26"/>
        </w:rPr>
      </w:pPr>
      <w:r w:rsidRPr="007D7C56">
        <w:rPr>
          <w:rFonts w:cs="Times New Roman"/>
          <w:b/>
          <w:szCs w:val="26"/>
        </w:rPr>
        <w:lastRenderedPageBreak/>
        <w:t xml:space="preserve">c. Sản phẩm học tập: </w:t>
      </w:r>
      <w:r w:rsidRPr="007D7C56">
        <w:rPr>
          <w:rFonts w:cs="Times New Roman"/>
          <w:szCs w:val="26"/>
        </w:rPr>
        <w:t>Bảng/trục thời gian thể hiện đúng các mốc 1942, 1943, 1945 và ngày 24-10-1945.</w:t>
      </w:r>
    </w:p>
    <w:p w14:paraId="357B2353" w14:textId="77777777" w:rsidR="00AA6143" w:rsidRPr="007D7C56" w:rsidRDefault="00000000">
      <w:pPr>
        <w:spacing w:after="80"/>
        <w:rPr>
          <w:rFonts w:cs="Times New Roman"/>
          <w:szCs w:val="26"/>
        </w:rPr>
      </w:pPr>
      <w:r w:rsidRPr="007D7C56">
        <w:rPr>
          <w:rFonts w:cs="Times New Roman"/>
          <w:b/>
          <w:szCs w:val="26"/>
        </w:rPr>
        <w:t>d. Tổ chức thực hiện:</w:t>
      </w:r>
    </w:p>
    <w:tbl>
      <w:tblPr>
        <w:tblStyle w:val="TableGrid"/>
        <w:tblW w:w="5000" w:type="pct"/>
        <w:jc w:val="center"/>
        <w:tblLook w:val="04A0" w:firstRow="1" w:lastRow="0" w:firstColumn="1" w:lastColumn="0" w:noHBand="0" w:noVBand="1"/>
      </w:tblPr>
      <w:tblGrid>
        <w:gridCol w:w="4817"/>
        <w:gridCol w:w="4003"/>
        <w:gridCol w:w="1376"/>
      </w:tblGrid>
      <w:tr w:rsidR="00AA6143" w:rsidRPr="007D7C56" w14:paraId="2944B2E7" w14:textId="77777777" w:rsidTr="007D7C56">
        <w:trPr>
          <w:tblHeader/>
          <w:jc w:val="center"/>
        </w:trPr>
        <w:tc>
          <w:tcPr>
            <w:tcW w:w="2362" w:type="pct"/>
            <w:shd w:val="clear" w:color="auto" w:fill="D9EAF7"/>
            <w:tcMar>
              <w:top w:w="50" w:type="dxa"/>
              <w:left w:w="60" w:type="dxa"/>
              <w:bottom w:w="50" w:type="dxa"/>
              <w:right w:w="60" w:type="dxa"/>
            </w:tcMar>
          </w:tcPr>
          <w:p w14:paraId="5006E44B" w14:textId="77777777" w:rsidR="00AA6143" w:rsidRPr="007D7C56" w:rsidRDefault="00000000">
            <w:pPr>
              <w:jc w:val="center"/>
              <w:rPr>
                <w:rFonts w:cs="Times New Roman"/>
                <w:szCs w:val="26"/>
              </w:rPr>
            </w:pPr>
            <w:r w:rsidRPr="007D7C56">
              <w:rPr>
                <w:rFonts w:cs="Times New Roman"/>
                <w:b/>
                <w:szCs w:val="26"/>
              </w:rPr>
              <w:t>HOẠT ĐỘNG CỦA GV - HS</w:t>
            </w:r>
          </w:p>
        </w:tc>
        <w:tc>
          <w:tcPr>
            <w:tcW w:w="1963" w:type="pct"/>
            <w:shd w:val="clear" w:color="auto" w:fill="D9EAF7"/>
            <w:tcMar>
              <w:top w:w="50" w:type="dxa"/>
              <w:left w:w="60" w:type="dxa"/>
              <w:bottom w:w="50" w:type="dxa"/>
              <w:right w:w="60" w:type="dxa"/>
            </w:tcMar>
          </w:tcPr>
          <w:p w14:paraId="3370F37A" w14:textId="77777777" w:rsidR="00AA6143" w:rsidRPr="007D7C56" w:rsidRDefault="00000000">
            <w:pPr>
              <w:jc w:val="center"/>
              <w:rPr>
                <w:rFonts w:cs="Times New Roman"/>
                <w:szCs w:val="26"/>
              </w:rPr>
            </w:pPr>
            <w:r w:rsidRPr="007D7C56">
              <w:rPr>
                <w:rFonts w:cs="Times New Roman"/>
                <w:b/>
                <w:szCs w:val="26"/>
              </w:rPr>
              <w:t>DỰ KIẾN SẢN PHẨM</w:t>
            </w:r>
          </w:p>
        </w:tc>
        <w:tc>
          <w:tcPr>
            <w:tcW w:w="675" w:type="pct"/>
            <w:shd w:val="clear" w:color="auto" w:fill="D9EAF7"/>
            <w:tcMar>
              <w:top w:w="50" w:type="dxa"/>
              <w:left w:w="60" w:type="dxa"/>
              <w:bottom w:w="50" w:type="dxa"/>
              <w:right w:w="60" w:type="dxa"/>
            </w:tcMar>
            <w:vAlign w:val="center"/>
          </w:tcPr>
          <w:p w14:paraId="0F396E2F" w14:textId="77777777" w:rsidR="000E0FC9" w:rsidRPr="007D7C56" w:rsidRDefault="00000000">
            <w:pPr>
              <w:jc w:val="center"/>
              <w:rPr>
                <w:rFonts w:cs="Times New Roman"/>
                <w:szCs w:val="26"/>
              </w:rPr>
            </w:pPr>
            <w:r w:rsidRPr="007D7C56">
              <w:rPr>
                <w:rFonts w:cs="Times New Roman"/>
                <w:b/>
                <w:szCs w:val="26"/>
              </w:rPr>
              <w:t>NLS</w:t>
            </w:r>
          </w:p>
        </w:tc>
      </w:tr>
      <w:tr w:rsidR="00AA6143" w:rsidRPr="007D7C56" w14:paraId="6940439E" w14:textId="77777777" w:rsidTr="007D7C56">
        <w:trPr>
          <w:jc w:val="center"/>
        </w:trPr>
        <w:tc>
          <w:tcPr>
            <w:tcW w:w="2362" w:type="pct"/>
            <w:tcMar>
              <w:top w:w="50" w:type="dxa"/>
              <w:left w:w="60" w:type="dxa"/>
              <w:bottom w:w="50" w:type="dxa"/>
              <w:right w:w="60" w:type="dxa"/>
            </w:tcMar>
          </w:tcPr>
          <w:p w14:paraId="4B9019BD" w14:textId="77777777" w:rsidR="00AA6143" w:rsidRPr="007D7C56" w:rsidRDefault="00000000">
            <w:pPr>
              <w:spacing w:after="60"/>
              <w:rPr>
                <w:rFonts w:cs="Times New Roman"/>
                <w:bCs/>
                <w:szCs w:val="26"/>
              </w:rPr>
            </w:pPr>
            <w:r w:rsidRPr="007D7C56">
              <w:rPr>
                <w:rFonts w:cs="Times New Roman"/>
                <w:bCs/>
                <w:szCs w:val="26"/>
              </w:rPr>
              <w:t>Bước 1: GV giao nhiệm vụ cho các nhóm đọc SGK, xác định những biến chuyển của tình hình thế giới cuối Chiến tranh thế giới thứ hai và nhu cầu thành lập một tổ chức quốc tế mới.</w:t>
            </w:r>
          </w:p>
          <w:p w14:paraId="72384EFC" w14:textId="77777777" w:rsidR="00AA6143" w:rsidRPr="007D7C56" w:rsidRDefault="00000000">
            <w:pPr>
              <w:spacing w:after="60"/>
              <w:rPr>
                <w:rFonts w:cs="Times New Roman"/>
                <w:bCs/>
                <w:szCs w:val="26"/>
              </w:rPr>
            </w:pPr>
            <w:r w:rsidRPr="007D7C56">
              <w:rPr>
                <w:rFonts w:cs="Times New Roman"/>
                <w:bCs/>
                <w:szCs w:val="26"/>
              </w:rPr>
              <w:t>Bước 2: HS khai thác Hình 2 và thông tin SGK, hoàn thành phiếu học tập “Thời gian - sự kiện - ý nghĩa”.</w:t>
            </w:r>
          </w:p>
          <w:p w14:paraId="753B05E4" w14:textId="77777777" w:rsidR="00AA6143" w:rsidRPr="007D7C56" w:rsidRDefault="00000000">
            <w:pPr>
              <w:spacing w:after="60"/>
              <w:rPr>
                <w:rFonts w:cs="Times New Roman"/>
                <w:bCs/>
                <w:szCs w:val="26"/>
              </w:rPr>
            </w:pPr>
            <w:r w:rsidRPr="007D7C56">
              <w:rPr>
                <w:rFonts w:cs="Times New Roman"/>
                <w:bCs/>
                <w:szCs w:val="26"/>
              </w:rPr>
              <w:t>Bước 3: Đại diện nhóm trình bày; nhóm khác nhận xét, bổ sung.</w:t>
            </w:r>
          </w:p>
          <w:p w14:paraId="745DEED7" w14:textId="77777777" w:rsidR="00AA6143" w:rsidRPr="007D7C56" w:rsidRDefault="00000000">
            <w:pPr>
              <w:spacing w:after="60"/>
              <w:rPr>
                <w:rFonts w:cs="Times New Roman"/>
                <w:bCs/>
                <w:szCs w:val="26"/>
              </w:rPr>
            </w:pPr>
            <w:r w:rsidRPr="007D7C56">
              <w:rPr>
                <w:rFonts w:cs="Times New Roman"/>
                <w:bCs/>
                <w:szCs w:val="26"/>
              </w:rPr>
              <w:t>Bước 4: GV chuẩn xác kiến thức, nhấn mạnh ngày 24-10-1945 là ngày Liên hợp quốc chính thức được thành lập với 51 nước thành viên.</w:t>
            </w:r>
          </w:p>
          <w:p w14:paraId="52A0A76A" w14:textId="77777777" w:rsidR="00AA6143" w:rsidRPr="007D7C56" w:rsidRDefault="00000000">
            <w:pPr>
              <w:jc w:val="center"/>
              <w:rPr>
                <w:rFonts w:cs="Times New Roman"/>
                <w:szCs w:val="26"/>
              </w:rPr>
            </w:pPr>
            <w:r w:rsidRPr="007D7C56">
              <w:rPr>
                <w:rFonts w:cs="Times New Roman"/>
                <w:noProof/>
                <w:szCs w:val="26"/>
              </w:rPr>
              <w:drawing>
                <wp:inline distT="0" distB="0" distL="0" distR="0" wp14:anchorId="5734D306" wp14:editId="54038736">
                  <wp:extent cx="2124000" cy="13135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2_ky_hienchuong.png"/>
                          <pic:cNvPicPr/>
                        </pic:nvPicPr>
                        <pic:blipFill>
                          <a:blip r:embed="rId7"/>
                          <a:stretch>
                            <a:fillRect/>
                          </a:stretch>
                        </pic:blipFill>
                        <pic:spPr>
                          <a:xfrm>
                            <a:off x="0" y="0"/>
                            <a:ext cx="2124000" cy="1313526"/>
                          </a:xfrm>
                          <a:prstGeom prst="rect">
                            <a:avLst/>
                          </a:prstGeom>
                        </pic:spPr>
                      </pic:pic>
                    </a:graphicData>
                  </a:graphic>
                </wp:inline>
              </w:drawing>
            </w:r>
          </w:p>
          <w:p w14:paraId="78436A57" w14:textId="77777777" w:rsidR="00AA6143" w:rsidRPr="007D7C56" w:rsidRDefault="00000000">
            <w:pPr>
              <w:jc w:val="center"/>
              <w:rPr>
                <w:rFonts w:cs="Times New Roman"/>
                <w:szCs w:val="26"/>
              </w:rPr>
            </w:pPr>
            <w:r w:rsidRPr="007D7C56">
              <w:rPr>
                <w:rFonts w:cs="Times New Roman"/>
                <w:i/>
                <w:szCs w:val="26"/>
              </w:rPr>
              <w:t>Hình 2. Lễ kí Hiến chương Liên hợp quốc tại Hội nghị Xan Phran-xi-xcô</w:t>
            </w:r>
          </w:p>
        </w:tc>
        <w:tc>
          <w:tcPr>
            <w:tcW w:w="1963" w:type="pct"/>
            <w:tcMar>
              <w:top w:w="50" w:type="dxa"/>
              <w:left w:w="60" w:type="dxa"/>
              <w:bottom w:w="50" w:type="dxa"/>
              <w:right w:w="60" w:type="dxa"/>
            </w:tcMar>
          </w:tcPr>
          <w:p w14:paraId="4D538DD5" w14:textId="77777777" w:rsidR="00AA6143" w:rsidRPr="007D7C56" w:rsidRDefault="00000000">
            <w:pPr>
              <w:spacing w:after="60"/>
              <w:ind w:left="170" w:hanging="170"/>
              <w:rPr>
                <w:rFonts w:cs="Times New Roman"/>
                <w:szCs w:val="26"/>
              </w:rPr>
            </w:pPr>
            <w:r w:rsidRPr="007D7C56">
              <w:rPr>
                <w:rFonts w:cs="Times New Roman"/>
                <w:szCs w:val="26"/>
              </w:rPr>
              <w:t>- Cuối Chiến tranh thế giới thứ hai, yêu cầu tiêu diệt chủ nghĩa phát xít và xây dựng một cơ chế quốc tế hữu hiệu để duy trì hoà bình, an ninh trở nên cấp bách.</w:t>
            </w:r>
          </w:p>
          <w:p w14:paraId="1974F288" w14:textId="77777777" w:rsidR="00AA6143" w:rsidRPr="007D7C56" w:rsidRDefault="00000000">
            <w:pPr>
              <w:spacing w:after="60"/>
              <w:ind w:left="170" w:hanging="170"/>
              <w:rPr>
                <w:rFonts w:cs="Times New Roman"/>
                <w:szCs w:val="26"/>
              </w:rPr>
            </w:pPr>
            <w:r w:rsidRPr="007D7C56">
              <w:rPr>
                <w:rFonts w:cs="Times New Roman"/>
                <w:szCs w:val="26"/>
              </w:rPr>
              <w:t>- Ngày 1-1-1942, đại diện 26 nước kí Tuyên bố Liên hợp quốc, cam kết hợp tác chống phát xít.</w:t>
            </w:r>
          </w:p>
          <w:p w14:paraId="36891031" w14:textId="77777777" w:rsidR="00AA6143" w:rsidRPr="007D7C56" w:rsidRDefault="00000000">
            <w:pPr>
              <w:spacing w:after="60"/>
              <w:ind w:left="170" w:hanging="170"/>
              <w:rPr>
                <w:rFonts w:cs="Times New Roman"/>
                <w:szCs w:val="26"/>
              </w:rPr>
            </w:pPr>
            <w:r w:rsidRPr="007D7C56">
              <w:rPr>
                <w:rFonts w:cs="Times New Roman"/>
                <w:szCs w:val="26"/>
              </w:rPr>
              <w:t>- Năm 1943, các nước Đồng minh thoả thuận một số vấn đề cơ bản về cơ cấu Liên hợp quốc; Hội nghị Tê-hê-ran khẳng định quyết tâm thành lập tổ chức này.</w:t>
            </w:r>
          </w:p>
          <w:p w14:paraId="433EF7E6" w14:textId="77777777" w:rsidR="00AA6143" w:rsidRPr="007D7C56" w:rsidRDefault="00000000">
            <w:pPr>
              <w:spacing w:after="60"/>
              <w:ind w:left="170" w:hanging="170"/>
              <w:rPr>
                <w:rFonts w:cs="Times New Roman"/>
                <w:szCs w:val="26"/>
              </w:rPr>
            </w:pPr>
            <w:r w:rsidRPr="007D7C56">
              <w:rPr>
                <w:rFonts w:cs="Times New Roman"/>
                <w:szCs w:val="26"/>
              </w:rPr>
              <w:t>- Tháng 2-1945, Hội nghị I-an-ta quyết định thành lập Liên hợp quốc.</w:t>
            </w:r>
          </w:p>
          <w:p w14:paraId="61B91310" w14:textId="77777777" w:rsidR="00AA6143" w:rsidRPr="007D7C56" w:rsidRDefault="00000000">
            <w:pPr>
              <w:spacing w:after="60"/>
              <w:ind w:left="170" w:hanging="170"/>
              <w:rPr>
                <w:rFonts w:cs="Times New Roman"/>
                <w:szCs w:val="26"/>
              </w:rPr>
            </w:pPr>
            <w:r w:rsidRPr="007D7C56">
              <w:rPr>
                <w:rFonts w:cs="Times New Roman"/>
                <w:szCs w:val="26"/>
              </w:rPr>
              <w:t>- Từ 25-4 đến 26-6-1945, Hội nghị Xan Phran-xi-xcô thông qua Hiến chương Liên hợp quốc.</w:t>
            </w:r>
          </w:p>
          <w:p w14:paraId="141D24DB" w14:textId="77777777" w:rsidR="00AA6143" w:rsidRPr="007D7C56" w:rsidRDefault="00000000">
            <w:pPr>
              <w:spacing w:after="60"/>
              <w:ind w:left="170" w:hanging="170"/>
              <w:rPr>
                <w:rFonts w:cs="Times New Roman"/>
                <w:szCs w:val="26"/>
              </w:rPr>
            </w:pPr>
            <w:r w:rsidRPr="007D7C56">
              <w:rPr>
                <w:rFonts w:cs="Times New Roman"/>
                <w:szCs w:val="26"/>
              </w:rPr>
              <w:t>- Ngày 24-10-1945, Hiến chương có hiệu lực; Liên hợp quốc chính thức thành lập.</w:t>
            </w:r>
          </w:p>
        </w:tc>
        <w:tc>
          <w:tcPr>
            <w:tcW w:w="675" w:type="pct"/>
            <w:tcMar>
              <w:top w:w="50" w:type="dxa"/>
              <w:left w:w="60" w:type="dxa"/>
              <w:bottom w:w="50" w:type="dxa"/>
              <w:right w:w="60" w:type="dxa"/>
            </w:tcMar>
          </w:tcPr>
          <w:p w14:paraId="3D1BA972" w14:textId="77777777" w:rsidR="000E0FC9" w:rsidRPr="007D7C56" w:rsidRDefault="000E0FC9">
            <w:pPr>
              <w:rPr>
                <w:rFonts w:cs="Times New Roman"/>
                <w:szCs w:val="26"/>
              </w:rPr>
            </w:pPr>
          </w:p>
        </w:tc>
      </w:tr>
    </w:tbl>
    <w:p w14:paraId="616EEFFE" w14:textId="77777777" w:rsidR="00AA6143" w:rsidRPr="007D7C56" w:rsidRDefault="00AA6143">
      <w:pPr>
        <w:rPr>
          <w:rFonts w:cs="Times New Roman"/>
          <w:szCs w:val="26"/>
        </w:rPr>
      </w:pPr>
    </w:p>
    <w:p w14:paraId="77F9DD2E" w14:textId="77777777" w:rsidR="00AA6143" w:rsidRPr="007D7C56" w:rsidRDefault="00000000">
      <w:pPr>
        <w:spacing w:before="120" w:after="80"/>
        <w:rPr>
          <w:rFonts w:cs="Times New Roman"/>
          <w:szCs w:val="26"/>
        </w:rPr>
      </w:pPr>
      <w:r w:rsidRPr="007D7C56">
        <w:rPr>
          <w:rFonts w:cs="Times New Roman"/>
          <w:b/>
          <w:szCs w:val="26"/>
        </w:rPr>
        <w:t>Hoạt động 2. Tìm hiểu mục tiêu và nguyên tắc hoạt động của Liên hợp quốc</w:t>
      </w:r>
    </w:p>
    <w:p w14:paraId="47A71BDB" w14:textId="77777777" w:rsidR="00AA6143" w:rsidRPr="007D7C56" w:rsidRDefault="00000000">
      <w:pPr>
        <w:spacing w:after="0"/>
        <w:rPr>
          <w:rFonts w:cs="Times New Roman"/>
          <w:szCs w:val="26"/>
        </w:rPr>
      </w:pPr>
      <w:r w:rsidRPr="007D7C56">
        <w:rPr>
          <w:rFonts w:cs="Times New Roman"/>
          <w:b/>
          <w:szCs w:val="26"/>
        </w:rPr>
        <w:t xml:space="preserve">a. Mục tiêu: </w:t>
      </w:r>
      <w:r w:rsidRPr="007D7C56">
        <w:rPr>
          <w:rFonts w:cs="Times New Roman"/>
          <w:szCs w:val="26"/>
        </w:rPr>
        <w:t>HS trình bày được bốn mục tiêu và các nguyên tắc hoạt động cơ bản của Liên hợp quốc; giải thích được ý nghĩa của các nguyên tắc đó.</w:t>
      </w:r>
    </w:p>
    <w:p w14:paraId="70E47AFF" w14:textId="77777777" w:rsidR="00AA6143" w:rsidRPr="007D7C56" w:rsidRDefault="00000000">
      <w:pPr>
        <w:spacing w:after="0"/>
        <w:rPr>
          <w:rFonts w:cs="Times New Roman"/>
          <w:szCs w:val="26"/>
        </w:rPr>
      </w:pPr>
      <w:r w:rsidRPr="007D7C56">
        <w:rPr>
          <w:rFonts w:cs="Times New Roman"/>
          <w:b/>
          <w:szCs w:val="26"/>
        </w:rPr>
        <w:t xml:space="preserve">b. Nội dung: </w:t>
      </w:r>
      <w:r w:rsidRPr="007D7C56">
        <w:rPr>
          <w:rFonts w:cs="Times New Roman"/>
          <w:szCs w:val="26"/>
        </w:rPr>
        <w:t>HS khai thác Tư liệu 1, Tư liệu 2 trong SGK; thảo luận cặp đôi và hoàn thành bảng hai cột “Mục tiêu - Nguyên tắc”.</w:t>
      </w:r>
    </w:p>
    <w:p w14:paraId="084F6BB2" w14:textId="77777777" w:rsidR="00AA6143" w:rsidRPr="007D7C56" w:rsidRDefault="00000000">
      <w:pPr>
        <w:spacing w:after="0"/>
        <w:rPr>
          <w:rFonts w:cs="Times New Roman"/>
          <w:szCs w:val="26"/>
        </w:rPr>
      </w:pPr>
      <w:r w:rsidRPr="007D7C56">
        <w:rPr>
          <w:rFonts w:cs="Times New Roman"/>
          <w:b/>
          <w:szCs w:val="26"/>
        </w:rPr>
        <w:t xml:space="preserve">c. Sản phẩm học tập: </w:t>
      </w:r>
      <w:r w:rsidRPr="007D7C56">
        <w:rPr>
          <w:rFonts w:cs="Times New Roman"/>
          <w:szCs w:val="26"/>
        </w:rPr>
        <w:t>Bảng tổng hợp đúng, ngắn gọn; phần giải thích thể hiện được mối quan hệ giữa mục tiêu và nguyên tắc.</w:t>
      </w:r>
    </w:p>
    <w:p w14:paraId="69E3443C" w14:textId="77777777" w:rsidR="00AA6143" w:rsidRPr="007D7C56" w:rsidRDefault="00000000">
      <w:pPr>
        <w:spacing w:after="80"/>
        <w:rPr>
          <w:rFonts w:cs="Times New Roman"/>
          <w:szCs w:val="26"/>
        </w:rPr>
      </w:pPr>
      <w:r w:rsidRPr="007D7C56">
        <w:rPr>
          <w:rFonts w:cs="Times New Roman"/>
          <w:b/>
          <w:szCs w:val="26"/>
        </w:rPr>
        <w:t>d. Tổ chức thực hiện:</w:t>
      </w:r>
    </w:p>
    <w:tbl>
      <w:tblPr>
        <w:tblStyle w:val="TableGrid"/>
        <w:tblW w:w="5000" w:type="pct"/>
        <w:jc w:val="center"/>
        <w:tblLook w:val="04A0" w:firstRow="1" w:lastRow="0" w:firstColumn="1" w:lastColumn="0" w:noHBand="0" w:noVBand="1"/>
      </w:tblPr>
      <w:tblGrid>
        <w:gridCol w:w="4817"/>
        <w:gridCol w:w="4003"/>
        <w:gridCol w:w="1376"/>
      </w:tblGrid>
      <w:tr w:rsidR="00AA6143" w:rsidRPr="007D7C56" w14:paraId="1A7B8C2F" w14:textId="77777777" w:rsidTr="007D7C56">
        <w:trPr>
          <w:tblHeader/>
          <w:jc w:val="center"/>
        </w:trPr>
        <w:tc>
          <w:tcPr>
            <w:tcW w:w="2362" w:type="pct"/>
            <w:shd w:val="clear" w:color="auto" w:fill="D9EAF7"/>
            <w:tcMar>
              <w:top w:w="50" w:type="dxa"/>
              <w:left w:w="60" w:type="dxa"/>
              <w:bottom w:w="50" w:type="dxa"/>
              <w:right w:w="60" w:type="dxa"/>
            </w:tcMar>
          </w:tcPr>
          <w:p w14:paraId="4EBD90F5" w14:textId="77777777" w:rsidR="00AA6143" w:rsidRPr="007D7C56" w:rsidRDefault="00000000">
            <w:pPr>
              <w:jc w:val="center"/>
              <w:rPr>
                <w:rFonts w:cs="Times New Roman"/>
                <w:szCs w:val="26"/>
              </w:rPr>
            </w:pPr>
            <w:r w:rsidRPr="007D7C56">
              <w:rPr>
                <w:rFonts w:cs="Times New Roman"/>
                <w:b/>
                <w:szCs w:val="26"/>
              </w:rPr>
              <w:t>HOẠT ĐỘNG CỦA GV - HS</w:t>
            </w:r>
          </w:p>
        </w:tc>
        <w:tc>
          <w:tcPr>
            <w:tcW w:w="1963" w:type="pct"/>
            <w:shd w:val="clear" w:color="auto" w:fill="D9EAF7"/>
            <w:tcMar>
              <w:top w:w="50" w:type="dxa"/>
              <w:left w:w="60" w:type="dxa"/>
              <w:bottom w:w="50" w:type="dxa"/>
              <w:right w:w="60" w:type="dxa"/>
            </w:tcMar>
          </w:tcPr>
          <w:p w14:paraId="596ED4B4" w14:textId="77777777" w:rsidR="00AA6143" w:rsidRPr="007D7C56" w:rsidRDefault="00000000">
            <w:pPr>
              <w:jc w:val="center"/>
              <w:rPr>
                <w:rFonts w:cs="Times New Roman"/>
                <w:szCs w:val="26"/>
              </w:rPr>
            </w:pPr>
            <w:r w:rsidRPr="007D7C56">
              <w:rPr>
                <w:rFonts w:cs="Times New Roman"/>
                <w:b/>
                <w:szCs w:val="26"/>
              </w:rPr>
              <w:t>DỰ KIẾN SẢN PHẨM</w:t>
            </w:r>
          </w:p>
        </w:tc>
        <w:tc>
          <w:tcPr>
            <w:tcW w:w="675" w:type="pct"/>
            <w:shd w:val="clear" w:color="auto" w:fill="D9EAF7"/>
            <w:tcMar>
              <w:top w:w="50" w:type="dxa"/>
              <w:left w:w="60" w:type="dxa"/>
              <w:bottom w:w="50" w:type="dxa"/>
              <w:right w:w="60" w:type="dxa"/>
            </w:tcMar>
            <w:vAlign w:val="center"/>
          </w:tcPr>
          <w:p w14:paraId="0BE2E518" w14:textId="77777777" w:rsidR="000E0FC9" w:rsidRPr="007D7C56" w:rsidRDefault="00000000">
            <w:pPr>
              <w:jc w:val="center"/>
              <w:rPr>
                <w:rFonts w:cs="Times New Roman"/>
                <w:szCs w:val="26"/>
              </w:rPr>
            </w:pPr>
            <w:r w:rsidRPr="007D7C56">
              <w:rPr>
                <w:rFonts w:cs="Times New Roman"/>
                <w:b/>
                <w:szCs w:val="26"/>
              </w:rPr>
              <w:t>NLS</w:t>
            </w:r>
          </w:p>
        </w:tc>
      </w:tr>
      <w:tr w:rsidR="00AA6143" w:rsidRPr="007D7C56" w14:paraId="53FF77EC" w14:textId="77777777" w:rsidTr="007D7C56">
        <w:trPr>
          <w:jc w:val="center"/>
        </w:trPr>
        <w:tc>
          <w:tcPr>
            <w:tcW w:w="2362" w:type="pct"/>
            <w:tcMar>
              <w:top w:w="50" w:type="dxa"/>
              <w:left w:w="60" w:type="dxa"/>
              <w:bottom w:w="50" w:type="dxa"/>
              <w:right w:w="60" w:type="dxa"/>
            </w:tcMar>
          </w:tcPr>
          <w:p w14:paraId="10BD9EF9" w14:textId="77777777" w:rsidR="00AA6143" w:rsidRPr="007D7C56" w:rsidRDefault="00000000">
            <w:pPr>
              <w:spacing w:after="60"/>
              <w:rPr>
                <w:rFonts w:cs="Times New Roman"/>
                <w:bCs/>
                <w:szCs w:val="26"/>
              </w:rPr>
            </w:pPr>
            <w:r w:rsidRPr="007D7C56">
              <w:rPr>
                <w:rFonts w:cs="Times New Roman"/>
                <w:bCs/>
                <w:szCs w:val="26"/>
              </w:rPr>
              <w:t>Bước 1: GV yêu cầu HS đọc Tư liệu 1, gạch chân các từ khoá thể hiện mục tiêu của Liên hợp quốc.</w:t>
            </w:r>
          </w:p>
          <w:p w14:paraId="55887D43" w14:textId="77777777" w:rsidR="00AA6143" w:rsidRPr="007D7C56" w:rsidRDefault="00000000">
            <w:pPr>
              <w:spacing w:after="60"/>
              <w:rPr>
                <w:rFonts w:cs="Times New Roman"/>
                <w:bCs/>
                <w:szCs w:val="26"/>
              </w:rPr>
            </w:pPr>
            <w:r w:rsidRPr="007D7C56">
              <w:rPr>
                <w:rFonts w:cs="Times New Roman"/>
                <w:bCs/>
                <w:szCs w:val="26"/>
              </w:rPr>
              <w:t>Bước 2: HS đọc Tư liệu 2, xác định các nguyên tắc hoạt động và nêu ví dụ minh hoạ.</w:t>
            </w:r>
          </w:p>
          <w:p w14:paraId="703A6621" w14:textId="77777777" w:rsidR="00AA6143" w:rsidRPr="007D7C56" w:rsidRDefault="00000000">
            <w:pPr>
              <w:spacing w:after="60"/>
              <w:rPr>
                <w:rFonts w:cs="Times New Roman"/>
                <w:bCs/>
                <w:szCs w:val="26"/>
              </w:rPr>
            </w:pPr>
            <w:r w:rsidRPr="007D7C56">
              <w:rPr>
                <w:rFonts w:cs="Times New Roman"/>
                <w:bCs/>
                <w:szCs w:val="26"/>
              </w:rPr>
              <w:t xml:space="preserve">Bước 3: HS trình bày, phản biện; GV gợi mở về nguyên tắc bình đẳng chủ quyền, </w:t>
            </w:r>
            <w:r w:rsidRPr="007D7C56">
              <w:rPr>
                <w:rFonts w:cs="Times New Roman"/>
                <w:bCs/>
                <w:szCs w:val="26"/>
              </w:rPr>
              <w:lastRenderedPageBreak/>
              <w:t>không can thiệp, giải quyết tranh chấp bằng biện pháp hoà bình.</w:t>
            </w:r>
          </w:p>
          <w:p w14:paraId="0B6CE452" w14:textId="77777777" w:rsidR="00AA6143" w:rsidRPr="007D7C56" w:rsidRDefault="00000000">
            <w:pPr>
              <w:spacing w:after="60"/>
              <w:rPr>
                <w:rFonts w:cs="Times New Roman"/>
                <w:bCs/>
                <w:szCs w:val="26"/>
              </w:rPr>
            </w:pPr>
            <w:r w:rsidRPr="007D7C56">
              <w:rPr>
                <w:rFonts w:cs="Times New Roman"/>
                <w:bCs/>
                <w:szCs w:val="26"/>
              </w:rPr>
              <w:t>Bước 4: GV chốt kiến thức và liên hệ việc Việt Nam tham gia lực lượng gìn giữ hoà bình của Liên hợp quốc.</w:t>
            </w:r>
          </w:p>
          <w:p w14:paraId="6B7FD9A8" w14:textId="77777777" w:rsidR="00AA6143" w:rsidRPr="007D7C56" w:rsidRDefault="00000000">
            <w:pPr>
              <w:jc w:val="center"/>
              <w:rPr>
                <w:rFonts w:cs="Times New Roman"/>
                <w:szCs w:val="26"/>
              </w:rPr>
            </w:pPr>
            <w:r w:rsidRPr="007D7C56">
              <w:rPr>
                <w:rFonts w:cs="Times New Roman"/>
                <w:noProof/>
                <w:szCs w:val="26"/>
              </w:rPr>
              <w:drawing>
                <wp:inline distT="0" distB="0" distL="0" distR="0" wp14:anchorId="5EF81A8C" wp14:editId="6F1F5528">
                  <wp:extent cx="2124000" cy="1256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3_truso.png"/>
                          <pic:cNvPicPr/>
                        </pic:nvPicPr>
                        <pic:blipFill>
                          <a:blip r:embed="rId8"/>
                          <a:stretch>
                            <a:fillRect/>
                          </a:stretch>
                        </pic:blipFill>
                        <pic:spPr>
                          <a:xfrm>
                            <a:off x="0" y="0"/>
                            <a:ext cx="2124000" cy="1256450"/>
                          </a:xfrm>
                          <a:prstGeom prst="rect">
                            <a:avLst/>
                          </a:prstGeom>
                        </pic:spPr>
                      </pic:pic>
                    </a:graphicData>
                  </a:graphic>
                </wp:inline>
              </w:drawing>
            </w:r>
          </w:p>
          <w:p w14:paraId="22CDE0E5" w14:textId="77777777" w:rsidR="00AA6143" w:rsidRPr="007D7C56" w:rsidRDefault="00000000">
            <w:pPr>
              <w:jc w:val="center"/>
              <w:rPr>
                <w:rFonts w:cs="Times New Roman"/>
                <w:szCs w:val="26"/>
              </w:rPr>
            </w:pPr>
            <w:r w:rsidRPr="007D7C56">
              <w:rPr>
                <w:rFonts w:cs="Times New Roman"/>
                <w:i/>
                <w:szCs w:val="26"/>
              </w:rPr>
              <w:t>Hình 3. Trụ sở Liên hợp quốc tại Niu Oóc</w:t>
            </w:r>
          </w:p>
        </w:tc>
        <w:tc>
          <w:tcPr>
            <w:tcW w:w="1963" w:type="pct"/>
            <w:tcMar>
              <w:top w:w="50" w:type="dxa"/>
              <w:left w:w="60" w:type="dxa"/>
              <w:bottom w:w="50" w:type="dxa"/>
              <w:right w:w="60" w:type="dxa"/>
            </w:tcMar>
          </w:tcPr>
          <w:p w14:paraId="4F39632B" w14:textId="77777777" w:rsidR="00AA6143" w:rsidRPr="007D7C56" w:rsidRDefault="00000000">
            <w:pPr>
              <w:spacing w:after="60"/>
              <w:ind w:left="170" w:hanging="170"/>
              <w:rPr>
                <w:rFonts w:cs="Times New Roman"/>
                <w:szCs w:val="26"/>
              </w:rPr>
            </w:pPr>
            <w:r w:rsidRPr="007D7C56">
              <w:rPr>
                <w:rFonts w:cs="Times New Roman"/>
                <w:szCs w:val="26"/>
              </w:rPr>
              <w:lastRenderedPageBreak/>
              <w:t>- Mục tiêu: duy trì hoà bình và an ninh quốc tế; phát triển quan hệ hữu nghị giữa các dân tộc; thúc đẩy hợp tác quốc tế giải quyết các vấn đề kinh tế, xã hội, văn hoá, nhân đạo và bảo đảm quyền con người; là trung tâm điều hoà các nỗ lực quốc tế.</w:t>
            </w:r>
          </w:p>
          <w:p w14:paraId="679E4861" w14:textId="77777777" w:rsidR="00AA6143" w:rsidRPr="007D7C56" w:rsidRDefault="00000000">
            <w:pPr>
              <w:spacing w:after="60"/>
              <w:ind w:left="170" w:hanging="170"/>
              <w:rPr>
                <w:rFonts w:cs="Times New Roman"/>
                <w:szCs w:val="26"/>
              </w:rPr>
            </w:pPr>
            <w:r w:rsidRPr="007D7C56">
              <w:rPr>
                <w:rFonts w:cs="Times New Roman"/>
                <w:szCs w:val="26"/>
              </w:rPr>
              <w:lastRenderedPageBreak/>
              <w:t>- Nguyên tắc: bình đẳng về chủ quyền quốc gia; tôn trọng toàn vẹn lãnh thổ và độc lập chính trị; từ bỏ đe doạ hoặc sử dụng vũ lực; không can thiệp công việc nội bộ; tôn trọng nghĩa vụ quốc tế và luật pháp quốc tế; giải quyết tranh chấp bằng biện pháp hoà bình.</w:t>
            </w:r>
          </w:p>
          <w:p w14:paraId="3E4B9053" w14:textId="77777777" w:rsidR="00AA6143" w:rsidRPr="007D7C56" w:rsidRDefault="00000000">
            <w:pPr>
              <w:spacing w:after="60"/>
              <w:ind w:left="170" w:hanging="170"/>
              <w:rPr>
                <w:rFonts w:cs="Times New Roman"/>
                <w:szCs w:val="26"/>
              </w:rPr>
            </w:pPr>
            <w:r w:rsidRPr="007D7C56">
              <w:rPr>
                <w:rFonts w:cs="Times New Roman"/>
                <w:szCs w:val="26"/>
              </w:rPr>
              <w:t>- Các nguyên tắc là cơ sở bảo đảm Liên hợp quốc hoạt động vì lợi ích chung, hạn chế xung đột và thúc đẩy hợp tác bình đẳng giữa các quốc gia.</w:t>
            </w:r>
          </w:p>
        </w:tc>
        <w:tc>
          <w:tcPr>
            <w:tcW w:w="675" w:type="pct"/>
            <w:tcMar>
              <w:top w:w="50" w:type="dxa"/>
              <w:left w:w="60" w:type="dxa"/>
              <w:bottom w:w="50" w:type="dxa"/>
              <w:right w:w="60" w:type="dxa"/>
            </w:tcMar>
          </w:tcPr>
          <w:p w14:paraId="73EC86E2" w14:textId="77777777" w:rsidR="000E0FC9" w:rsidRPr="007D7C56" w:rsidRDefault="000E0FC9">
            <w:pPr>
              <w:rPr>
                <w:rFonts w:cs="Times New Roman"/>
                <w:szCs w:val="26"/>
              </w:rPr>
            </w:pPr>
          </w:p>
        </w:tc>
      </w:tr>
    </w:tbl>
    <w:p w14:paraId="0AA88143" w14:textId="77777777" w:rsidR="00AA6143" w:rsidRPr="007D7C56" w:rsidRDefault="00AA6143">
      <w:pPr>
        <w:rPr>
          <w:rFonts w:cs="Times New Roman"/>
          <w:szCs w:val="26"/>
        </w:rPr>
      </w:pPr>
    </w:p>
    <w:p w14:paraId="7D73A9B9" w14:textId="77777777" w:rsidR="00AA6143" w:rsidRPr="007D7C56" w:rsidRDefault="00000000">
      <w:pPr>
        <w:spacing w:before="120" w:after="80"/>
        <w:rPr>
          <w:rFonts w:cs="Times New Roman"/>
          <w:szCs w:val="26"/>
        </w:rPr>
      </w:pPr>
      <w:r w:rsidRPr="007D7C56">
        <w:rPr>
          <w:rFonts w:cs="Times New Roman"/>
          <w:b/>
          <w:szCs w:val="26"/>
        </w:rPr>
        <w:t>C. LUYỆN TẬP</w:t>
      </w:r>
    </w:p>
    <w:p w14:paraId="59431BDC" w14:textId="77777777" w:rsidR="00AA6143" w:rsidRPr="007D7C56" w:rsidRDefault="00000000">
      <w:pPr>
        <w:spacing w:after="40"/>
        <w:ind w:hanging="198"/>
        <w:rPr>
          <w:rFonts w:cs="Times New Roman"/>
          <w:szCs w:val="26"/>
        </w:rPr>
      </w:pPr>
      <w:r w:rsidRPr="007D7C56">
        <w:rPr>
          <w:rFonts w:cs="Times New Roman"/>
          <w:szCs w:val="26"/>
        </w:rPr>
        <w:t>- Lập bảng tóm tắt bối cảnh, quá trình thành lập, mục tiêu và nguyên tắc hoạt động của Liên hợp quốc.</w:t>
      </w:r>
    </w:p>
    <w:p w14:paraId="7E90B849" w14:textId="77777777" w:rsidR="00AA6143" w:rsidRPr="007D7C56" w:rsidRDefault="00000000">
      <w:pPr>
        <w:spacing w:after="40"/>
        <w:ind w:hanging="198"/>
        <w:rPr>
          <w:rFonts w:cs="Times New Roman"/>
          <w:szCs w:val="26"/>
        </w:rPr>
      </w:pPr>
      <w:r w:rsidRPr="007D7C56">
        <w:rPr>
          <w:rFonts w:cs="Times New Roman"/>
          <w:szCs w:val="26"/>
        </w:rPr>
        <w:t>- Giải thích vì sao nguyên tắc không sử dụng vũ lực và giải quyết tranh chấp bằng biện pháp hoà bình có ý nghĩa đặc biệt trong quan hệ quốc tế hiện nay.</w:t>
      </w:r>
    </w:p>
    <w:p w14:paraId="10FAC1E8" w14:textId="77777777" w:rsidR="00AA6143" w:rsidRPr="007D7C56" w:rsidRDefault="00000000">
      <w:pPr>
        <w:spacing w:before="120" w:after="80"/>
        <w:rPr>
          <w:rFonts w:cs="Times New Roman"/>
          <w:szCs w:val="26"/>
        </w:rPr>
      </w:pPr>
      <w:r w:rsidRPr="007D7C56">
        <w:rPr>
          <w:rFonts w:cs="Times New Roman"/>
          <w:b/>
          <w:szCs w:val="26"/>
        </w:rPr>
        <w:t>D. VẬN DỤNG</w:t>
      </w:r>
    </w:p>
    <w:p w14:paraId="7EED9EA5" w14:textId="77777777" w:rsidR="00AA6143" w:rsidRPr="007D7C56" w:rsidRDefault="00000000">
      <w:pPr>
        <w:spacing w:after="40"/>
        <w:ind w:hanging="198"/>
        <w:rPr>
          <w:rFonts w:cs="Times New Roman"/>
          <w:szCs w:val="26"/>
        </w:rPr>
      </w:pPr>
      <w:r w:rsidRPr="007D7C56">
        <w:rPr>
          <w:rFonts w:cs="Times New Roman"/>
          <w:szCs w:val="26"/>
        </w:rPr>
        <w:t>- Sưu tầm một tư liệu chính thống về Hiến chương Liên hợp quốc và viết đoạn 5-7 câu giới thiệu giá trị của văn kiện này.</w:t>
      </w:r>
    </w:p>
    <w:p w14:paraId="7CEC1713" w14:textId="77777777" w:rsidR="00AA6143" w:rsidRPr="007D7C56" w:rsidRDefault="00000000">
      <w:pPr>
        <w:spacing w:before="120" w:after="80"/>
        <w:rPr>
          <w:rFonts w:cs="Times New Roman"/>
          <w:szCs w:val="26"/>
        </w:rPr>
      </w:pPr>
      <w:r w:rsidRPr="007D7C56">
        <w:rPr>
          <w:rFonts w:cs="Times New Roman"/>
          <w:b/>
          <w:szCs w:val="26"/>
        </w:rPr>
        <w:t>Hoạt động 3. Tìm hiểu vai trò của Liên hợp quốc trong duy trì hoà bình, an ninh quốc tế</w:t>
      </w:r>
    </w:p>
    <w:p w14:paraId="083E2CEA" w14:textId="77777777" w:rsidR="00AA6143" w:rsidRPr="007D7C56" w:rsidRDefault="00000000">
      <w:pPr>
        <w:spacing w:after="0"/>
        <w:rPr>
          <w:rFonts w:cs="Times New Roman"/>
          <w:szCs w:val="26"/>
        </w:rPr>
      </w:pPr>
      <w:r w:rsidRPr="007D7C56">
        <w:rPr>
          <w:rFonts w:cs="Times New Roman"/>
          <w:b/>
          <w:szCs w:val="26"/>
        </w:rPr>
        <w:t xml:space="preserve">a. Mục tiêu: </w:t>
      </w:r>
      <w:r w:rsidRPr="007D7C56">
        <w:rPr>
          <w:rFonts w:cs="Times New Roman"/>
          <w:szCs w:val="26"/>
        </w:rPr>
        <w:t>HS nêu và phân tích được những đóng góp chủ yếu của Liên hợp quốc trong ngăn ngừa chiến tranh, gìn giữ hoà bình, giải trừ quân bị và thúc đẩy phi thực dân hoá.</w:t>
      </w:r>
    </w:p>
    <w:p w14:paraId="544DCDF8" w14:textId="77777777" w:rsidR="00AA6143" w:rsidRPr="007D7C56" w:rsidRDefault="00000000">
      <w:pPr>
        <w:spacing w:after="0"/>
        <w:rPr>
          <w:rFonts w:cs="Times New Roman"/>
          <w:szCs w:val="26"/>
        </w:rPr>
      </w:pPr>
      <w:r w:rsidRPr="007D7C56">
        <w:rPr>
          <w:rFonts w:cs="Times New Roman"/>
          <w:b/>
          <w:szCs w:val="26"/>
        </w:rPr>
        <w:t xml:space="preserve">b. Nội dung: </w:t>
      </w:r>
      <w:r w:rsidRPr="007D7C56">
        <w:rPr>
          <w:rFonts w:cs="Times New Roman"/>
          <w:szCs w:val="26"/>
        </w:rPr>
        <w:t>HS khai thác mục 2a, Hình 5, Hình 6; thảo luận nhóm và xây dựng sơ đồ vai trò.</w:t>
      </w:r>
    </w:p>
    <w:p w14:paraId="47E38F71" w14:textId="77777777" w:rsidR="00AA6143" w:rsidRPr="007D7C56" w:rsidRDefault="00000000">
      <w:pPr>
        <w:spacing w:after="0"/>
        <w:rPr>
          <w:rFonts w:cs="Times New Roman"/>
          <w:szCs w:val="26"/>
        </w:rPr>
      </w:pPr>
      <w:r w:rsidRPr="007D7C56">
        <w:rPr>
          <w:rFonts w:cs="Times New Roman"/>
          <w:b/>
          <w:szCs w:val="26"/>
        </w:rPr>
        <w:t xml:space="preserve">c. Sản phẩm học tập: </w:t>
      </w:r>
      <w:r w:rsidRPr="007D7C56">
        <w:rPr>
          <w:rFonts w:cs="Times New Roman"/>
          <w:szCs w:val="26"/>
        </w:rPr>
        <w:t>Sơ đồ tư duy/bảng tổng hợp nêu được bốn nội dung chính và dẫn chứng tiêu biểu.</w:t>
      </w:r>
    </w:p>
    <w:p w14:paraId="0002AE8F" w14:textId="77777777" w:rsidR="00AA6143" w:rsidRPr="007D7C56" w:rsidRDefault="00000000">
      <w:pPr>
        <w:spacing w:after="80"/>
        <w:rPr>
          <w:rFonts w:cs="Times New Roman"/>
          <w:szCs w:val="26"/>
        </w:rPr>
      </w:pPr>
      <w:r w:rsidRPr="007D7C56">
        <w:rPr>
          <w:rFonts w:cs="Times New Roman"/>
          <w:b/>
          <w:szCs w:val="26"/>
        </w:rPr>
        <w:t>d. Tổ chức thực hiện:</w:t>
      </w:r>
    </w:p>
    <w:tbl>
      <w:tblPr>
        <w:tblStyle w:val="TableGrid"/>
        <w:tblW w:w="5000" w:type="pct"/>
        <w:jc w:val="center"/>
        <w:tblLook w:val="04A0" w:firstRow="1" w:lastRow="0" w:firstColumn="1" w:lastColumn="0" w:noHBand="0" w:noVBand="1"/>
      </w:tblPr>
      <w:tblGrid>
        <w:gridCol w:w="4317"/>
        <w:gridCol w:w="3128"/>
        <w:gridCol w:w="2751"/>
      </w:tblGrid>
      <w:tr w:rsidR="00AA6143" w:rsidRPr="007D7C56" w14:paraId="70E57B45" w14:textId="77777777" w:rsidTr="007D7C56">
        <w:trPr>
          <w:tblHeader/>
          <w:jc w:val="center"/>
        </w:trPr>
        <w:tc>
          <w:tcPr>
            <w:tcW w:w="2117" w:type="pct"/>
            <w:shd w:val="clear" w:color="auto" w:fill="D9EAF7"/>
            <w:tcMar>
              <w:top w:w="50" w:type="dxa"/>
              <w:left w:w="60" w:type="dxa"/>
              <w:bottom w:w="50" w:type="dxa"/>
              <w:right w:w="60" w:type="dxa"/>
            </w:tcMar>
          </w:tcPr>
          <w:p w14:paraId="01EF4286" w14:textId="77777777" w:rsidR="00AA6143" w:rsidRPr="007D7C56" w:rsidRDefault="00000000">
            <w:pPr>
              <w:jc w:val="center"/>
              <w:rPr>
                <w:rFonts w:cs="Times New Roman"/>
                <w:szCs w:val="26"/>
              </w:rPr>
            </w:pPr>
            <w:r w:rsidRPr="007D7C56">
              <w:rPr>
                <w:rFonts w:cs="Times New Roman"/>
                <w:b/>
                <w:szCs w:val="26"/>
              </w:rPr>
              <w:t>HOẠT ĐỘNG CỦA GV - HS</w:t>
            </w:r>
          </w:p>
        </w:tc>
        <w:tc>
          <w:tcPr>
            <w:tcW w:w="1534" w:type="pct"/>
            <w:shd w:val="clear" w:color="auto" w:fill="D9EAF7"/>
            <w:tcMar>
              <w:top w:w="50" w:type="dxa"/>
              <w:left w:w="60" w:type="dxa"/>
              <w:bottom w:w="50" w:type="dxa"/>
              <w:right w:w="60" w:type="dxa"/>
            </w:tcMar>
          </w:tcPr>
          <w:p w14:paraId="52D7C65A" w14:textId="77777777" w:rsidR="00AA6143" w:rsidRPr="007D7C56" w:rsidRDefault="00000000">
            <w:pPr>
              <w:jc w:val="center"/>
              <w:rPr>
                <w:rFonts w:cs="Times New Roman"/>
                <w:szCs w:val="26"/>
              </w:rPr>
            </w:pPr>
            <w:r w:rsidRPr="007D7C56">
              <w:rPr>
                <w:rFonts w:cs="Times New Roman"/>
                <w:b/>
                <w:szCs w:val="26"/>
              </w:rPr>
              <w:t>DỰ KIẾN SẢN PHẨM</w:t>
            </w:r>
          </w:p>
        </w:tc>
        <w:tc>
          <w:tcPr>
            <w:tcW w:w="1349" w:type="pct"/>
            <w:shd w:val="clear" w:color="auto" w:fill="D9EAF7"/>
            <w:tcMar>
              <w:top w:w="50" w:type="dxa"/>
              <w:left w:w="60" w:type="dxa"/>
              <w:bottom w:w="50" w:type="dxa"/>
              <w:right w:w="60" w:type="dxa"/>
            </w:tcMar>
            <w:vAlign w:val="center"/>
          </w:tcPr>
          <w:p w14:paraId="3AE150CC" w14:textId="77777777" w:rsidR="000E0FC9" w:rsidRPr="007D7C56" w:rsidRDefault="00000000">
            <w:pPr>
              <w:jc w:val="center"/>
              <w:rPr>
                <w:rFonts w:cs="Times New Roman"/>
                <w:szCs w:val="26"/>
              </w:rPr>
            </w:pPr>
            <w:r w:rsidRPr="007D7C56">
              <w:rPr>
                <w:rFonts w:cs="Times New Roman"/>
                <w:b/>
                <w:szCs w:val="26"/>
              </w:rPr>
              <w:t>NLS</w:t>
            </w:r>
          </w:p>
        </w:tc>
      </w:tr>
      <w:tr w:rsidR="00AA6143" w:rsidRPr="007D7C56" w14:paraId="03AD903F" w14:textId="77777777" w:rsidTr="007D7C56">
        <w:trPr>
          <w:jc w:val="center"/>
        </w:trPr>
        <w:tc>
          <w:tcPr>
            <w:tcW w:w="2117" w:type="pct"/>
            <w:tcMar>
              <w:top w:w="50" w:type="dxa"/>
              <w:left w:w="60" w:type="dxa"/>
              <w:bottom w:w="50" w:type="dxa"/>
              <w:right w:w="60" w:type="dxa"/>
            </w:tcMar>
          </w:tcPr>
          <w:p w14:paraId="2EB70C1D" w14:textId="77777777" w:rsidR="00AA6143" w:rsidRPr="007D7C56" w:rsidRDefault="00000000">
            <w:pPr>
              <w:spacing w:after="60"/>
              <w:rPr>
                <w:rFonts w:cs="Times New Roman"/>
                <w:bCs/>
                <w:szCs w:val="26"/>
              </w:rPr>
            </w:pPr>
            <w:r w:rsidRPr="007D7C56">
              <w:rPr>
                <w:rFonts w:cs="Times New Roman"/>
                <w:bCs/>
                <w:szCs w:val="26"/>
              </w:rPr>
              <w:t>Bước 1: GV giao nhiệm vụ: tìm những thông tin làm nổi bật vai trò của Liên hợp quốc trong duy trì hoà bình và an ninh quốc tế.</w:t>
            </w:r>
          </w:p>
          <w:p w14:paraId="3F588CBA" w14:textId="77777777" w:rsidR="00AA6143" w:rsidRPr="007D7C56" w:rsidRDefault="00000000">
            <w:pPr>
              <w:spacing w:after="60"/>
              <w:rPr>
                <w:rFonts w:cs="Times New Roman"/>
                <w:bCs/>
                <w:szCs w:val="26"/>
              </w:rPr>
            </w:pPr>
            <w:r w:rsidRPr="007D7C56">
              <w:rPr>
                <w:rFonts w:cs="Times New Roman"/>
                <w:bCs/>
                <w:szCs w:val="26"/>
              </w:rPr>
              <w:t>Bước 2: Các nhóm khai thác SGK, hình ảnh lực lượng gìn giữ hoà bình và trình bày dẫn chứng.</w:t>
            </w:r>
          </w:p>
          <w:p w14:paraId="431B8D64" w14:textId="77777777" w:rsidR="00AA6143" w:rsidRPr="007D7C56" w:rsidRDefault="00000000">
            <w:pPr>
              <w:spacing w:after="60"/>
              <w:rPr>
                <w:rFonts w:cs="Times New Roman"/>
                <w:bCs/>
                <w:szCs w:val="26"/>
              </w:rPr>
            </w:pPr>
            <w:r w:rsidRPr="007D7C56">
              <w:rPr>
                <w:rFonts w:cs="Times New Roman"/>
                <w:bCs/>
                <w:szCs w:val="26"/>
              </w:rPr>
              <w:t>Bước 3: GV tổ chức nhận xét chéo, yêu cầu HS phân biệt hoạt động ngăn ngừa xung đột, gìn giữ hoà bình, giải trừ quân bị và phi thực dân hoá.</w:t>
            </w:r>
          </w:p>
          <w:p w14:paraId="130C1CA8" w14:textId="77777777" w:rsidR="00AA6143" w:rsidRPr="007D7C56" w:rsidRDefault="00000000">
            <w:pPr>
              <w:spacing w:after="60"/>
              <w:rPr>
                <w:rFonts w:cs="Times New Roman"/>
                <w:bCs/>
                <w:szCs w:val="26"/>
              </w:rPr>
            </w:pPr>
            <w:r w:rsidRPr="007D7C56">
              <w:rPr>
                <w:rFonts w:cs="Times New Roman"/>
                <w:bCs/>
                <w:szCs w:val="26"/>
              </w:rPr>
              <w:lastRenderedPageBreak/>
              <w:t>Bước 4: GV chốt kiến thức, liên hệ đóng góp của sĩ quan, quân nhân Việt Nam tại các phái bộ Liên hợp quốc.</w:t>
            </w:r>
          </w:p>
          <w:p w14:paraId="52B41F03" w14:textId="77777777" w:rsidR="00AA6143" w:rsidRPr="007D7C56" w:rsidRDefault="00000000">
            <w:pPr>
              <w:jc w:val="center"/>
              <w:rPr>
                <w:rFonts w:cs="Times New Roman"/>
                <w:szCs w:val="26"/>
              </w:rPr>
            </w:pPr>
            <w:r w:rsidRPr="007D7C56">
              <w:rPr>
                <w:rFonts w:cs="Times New Roman"/>
                <w:noProof/>
                <w:szCs w:val="26"/>
              </w:rPr>
              <w:drawing>
                <wp:inline distT="0" distB="0" distL="0" distR="0" wp14:anchorId="2012D9BE" wp14:editId="0E380B65">
                  <wp:extent cx="2124000" cy="10332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5_giuhoa.png"/>
                          <pic:cNvPicPr/>
                        </pic:nvPicPr>
                        <pic:blipFill>
                          <a:blip r:embed="rId9"/>
                          <a:stretch>
                            <a:fillRect/>
                          </a:stretch>
                        </pic:blipFill>
                        <pic:spPr>
                          <a:xfrm>
                            <a:off x="0" y="0"/>
                            <a:ext cx="2124000" cy="1033296"/>
                          </a:xfrm>
                          <a:prstGeom prst="rect">
                            <a:avLst/>
                          </a:prstGeom>
                        </pic:spPr>
                      </pic:pic>
                    </a:graphicData>
                  </a:graphic>
                </wp:inline>
              </w:drawing>
            </w:r>
          </w:p>
          <w:p w14:paraId="6316A8F4" w14:textId="77777777" w:rsidR="00AA6143" w:rsidRPr="007D7C56" w:rsidRDefault="00000000">
            <w:pPr>
              <w:jc w:val="center"/>
              <w:rPr>
                <w:rFonts w:cs="Times New Roman"/>
                <w:szCs w:val="26"/>
              </w:rPr>
            </w:pPr>
            <w:r w:rsidRPr="007D7C56">
              <w:rPr>
                <w:rFonts w:cs="Times New Roman"/>
                <w:i/>
                <w:szCs w:val="26"/>
              </w:rPr>
              <w:t>Hình 5. Đoàn sĩ quan Việt Nam tham gia Lực lượng gìn giữ hoà bình Liên hợp quốc</w:t>
            </w:r>
          </w:p>
          <w:p w14:paraId="775C83EF" w14:textId="77777777" w:rsidR="000E0FC9" w:rsidRPr="007D7C56" w:rsidRDefault="00000000">
            <w:pPr>
              <w:spacing w:before="40"/>
              <w:rPr>
                <w:rFonts w:cs="Times New Roman"/>
                <w:szCs w:val="26"/>
              </w:rPr>
            </w:pPr>
            <w:r w:rsidRPr="007D7C56">
              <w:rPr>
                <w:rFonts w:cs="Times New Roman"/>
                <w:b/>
                <w:szCs w:val="26"/>
              </w:rPr>
              <w:t xml:space="preserve">- Tích hợp NLS: </w:t>
            </w:r>
            <w:r w:rsidRPr="007D7C56">
              <w:rPr>
                <w:rFonts w:cs="Times New Roman"/>
                <w:szCs w:val="26"/>
              </w:rPr>
              <w:t>HS dùng từ khóa phù hợp để tìm 01 dẫn chứng chính thống về hoạt động gìn giữ hòa bình hoặc sự tham gia của Việt Nam; ưu tiên nguồn Liên hợp quốc/Bộ Ngoại giao Việt Nam.</w:t>
            </w:r>
          </w:p>
        </w:tc>
        <w:tc>
          <w:tcPr>
            <w:tcW w:w="1534" w:type="pct"/>
            <w:tcMar>
              <w:top w:w="50" w:type="dxa"/>
              <w:left w:w="60" w:type="dxa"/>
              <w:bottom w:w="50" w:type="dxa"/>
              <w:right w:w="60" w:type="dxa"/>
            </w:tcMar>
          </w:tcPr>
          <w:p w14:paraId="333E6C39" w14:textId="77777777" w:rsidR="00AA6143" w:rsidRPr="007D7C56" w:rsidRDefault="00000000">
            <w:pPr>
              <w:spacing w:after="60"/>
              <w:ind w:left="170" w:hanging="170"/>
              <w:rPr>
                <w:rFonts w:cs="Times New Roman"/>
                <w:szCs w:val="26"/>
              </w:rPr>
            </w:pPr>
            <w:r w:rsidRPr="007D7C56">
              <w:rPr>
                <w:rFonts w:cs="Times New Roman"/>
                <w:szCs w:val="26"/>
              </w:rPr>
              <w:lastRenderedPageBreak/>
              <w:t>- Góp phần ngăn ngừa không để xảy ra một cuộc chiến tranh thế giới mới kể từ năm 1945.</w:t>
            </w:r>
          </w:p>
          <w:p w14:paraId="7CCA9F0B" w14:textId="77777777" w:rsidR="00AA6143" w:rsidRPr="007D7C56" w:rsidRDefault="00000000">
            <w:pPr>
              <w:spacing w:after="60"/>
              <w:ind w:left="170" w:hanging="170"/>
              <w:rPr>
                <w:rFonts w:cs="Times New Roman"/>
                <w:szCs w:val="26"/>
              </w:rPr>
            </w:pPr>
            <w:r w:rsidRPr="007D7C56">
              <w:rPr>
                <w:rFonts w:cs="Times New Roman"/>
                <w:szCs w:val="26"/>
              </w:rPr>
              <w:t>- Triển khai hoạt động gìn giữ hoà bình tại nhiều khu vực, góp phần chấm dứt xung đột, khôi phục ổn định và tái thiết.</w:t>
            </w:r>
          </w:p>
          <w:p w14:paraId="04446F1F" w14:textId="77777777" w:rsidR="00AA6143" w:rsidRPr="007D7C56" w:rsidRDefault="00000000">
            <w:pPr>
              <w:spacing w:after="60"/>
              <w:ind w:left="170" w:hanging="170"/>
              <w:rPr>
                <w:rFonts w:cs="Times New Roman"/>
                <w:szCs w:val="26"/>
              </w:rPr>
            </w:pPr>
            <w:r w:rsidRPr="007D7C56">
              <w:rPr>
                <w:rFonts w:cs="Times New Roman"/>
                <w:szCs w:val="26"/>
              </w:rPr>
              <w:t xml:space="preserve">- Xây dựng hệ thống công ước quốc tế về giải trừ quân bị, chống chạy đua </w:t>
            </w:r>
            <w:r w:rsidRPr="007D7C56">
              <w:rPr>
                <w:rFonts w:cs="Times New Roman"/>
                <w:szCs w:val="26"/>
              </w:rPr>
              <w:lastRenderedPageBreak/>
              <w:t>vũ trang và cấm các loại vũ khí huỷ diệt hàng loạt.</w:t>
            </w:r>
          </w:p>
          <w:p w14:paraId="5067B122" w14:textId="77777777" w:rsidR="00AA6143" w:rsidRPr="007D7C56" w:rsidRDefault="00000000">
            <w:pPr>
              <w:spacing w:after="60"/>
              <w:ind w:left="170" w:hanging="170"/>
              <w:rPr>
                <w:rFonts w:cs="Times New Roman"/>
                <w:szCs w:val="26"/>
              </w:rPr>
            </w:pPr>
            <w:r w:rsidRPr="007D7C56">
              <w:rPr>
                <w:rFonts w:cs="Times New Roman"/>
                <w:szCs w:val="26"/>
              </w:rPr>
              <w:t>- Ủng hộ phong trào giải phóng dân tộc, góp phần xoá bỏ chủ nghĩa thực dân và mở rộng số lượng thành viên Liên hợp quốc.</w:t>
            </w:r>
          </w:p>
        </w:tc>
        <w:tc>
          <w:tcPr>
            <w:tcW w:w="1349" w:type="pct"/>
            <w:tcMar>
              <w:top w:w="50" w:type="dxa"/>
              <w:left w:w="60" w:type="dxa"/>
              <w:bottom w:w="50" w:type="dxa"/>
              <w:right w:w="60" w:type="dxa"/>
            </w:tcMar>
          </w:tcPr>
          <w:p w14:paraId="4B51BBFC" w14:textId="2FAD8B42" w:rsidR="005570C4" w:rsidRDefault="005570C4" w:rsidP="005570C4">
            <w:pPr>
              <w:rPr>
                <w:sz w:val="24"/>
              </w:rPr>
            </w:pPr>
            <w:r>
              <w:rPr>
                <w:rStyle w:val="fontstyle01"/>
              </w:rPr>
              <w:lastRenderedPageBreak/>
              <w:t xml:space="preserve">1.1.NC1b: </w:t>
            </w:r>
            <w:r>
              <w:rPr>
                <w:rStyle w:val="fontstyle21"/>
              </w:rPr>
              <w:t>Học sinh áp dụng</w:t>
            </w:r>
            <w:r>
              <w:rPr>
                <w:rStyle w:val="fontstyle21"/>
              </w:rPr>
              <w:t xml:space="preserve"> </w:t>
            </w:r>
            <w:r>
              <w:rPr>
                <w:rStyle w:val="fontstyle21"/>
              </w:rPr>
              <w:t>kỹ thuật tìm kiếm để lấy được</w:t>
            </w:r>
            <w:r>
              <w:rPr>
                <w:rStyle w:val="fontstyle21"/>
              </w:rPr>
              <w:t xml:space="preserve"> </w:t>
            </w:r>
            <w:r>
              <w:rPr>
                <w:rStyle w:val="fontstyle21"/>
              </w:rPr>
              <w:t>dữ liệu, thông tin (hình ảnh,tư liệu) về bối cảnh, quá trình</w:t>
            </w:r>
            <w:r>
              <w:rPr>
                <w:rStyle w:val="fontstyle21"/>
              </w:rPr>
              <w:t xml:space="preserve"> </w:t>
            </w:r>
            <w:r>
              <w:rPr>
                <w:rStyle w:val="fontstyle21"/>
              </w:rPr>
              <w:t>hình thành, mục tiêu và vai</w:t>
            </w:r>
            <w:r>
              <w:rPr>
                <w:rStyle w:val="fontstyle21"/>
              </w:rPr>
              <w:t xml:space="preserve"> </w:t>
            </w:r>
            <w:r>
              <w:rPr>
                <w:rStyle w:val="fontstyle21"/>
              </w:rPr>
              <w:t>trò của Liên hợp quốc.</w:t>
            </w:r>
          </w:p>
          <w:p w14:paraId="57D5B565" w14:textId="77777777" w:rsidR="000E0FC9" w:rsidRPr="007D7C56" w:rsidRDefault="00000000">
            <w:pPr>
              <w:spacing w:after="20"/>
              <w:rPr>
                <w:rFonts w:cs="Times New Roman"/>
                <w:szCs w:val="26"/>
              </w:rPr>
            </w:pPr>
            <w:r w:rsidRPr="007D7C56">
              <w:rPr>
                <w:rFonts w:cs="Times New Roman"/>
                <w:b/>
                <w:szCs w:val="26"/>
              </w:rPr>
              <w:t xml:space="preserve">Nội dung chỉ báo: </w:t>
            </w:r>
            <w:r w:rsidRPr="007D7C56">
              <w:rPr>
                <w:rFonts w:cs="Times New Roman"/>
                <w:szCs w:val="26"/>
              </w:rPr>
              <w:t xml:space="preserve">Áp dụng được kỹ thuật tìm kiếm để lấy được dữ liệu, thông tin và nội </w:t>
            </w:r>
            <w:r w:rsidRPr="007D7C56">
              <w:rPr>
                <w:rFonts w:cs="Times New Roman"/>
                <w:szCs w:val="26"/>
              </w:rPr>
              <w:lastRenderedPageBreak/>
              <w:t>dung trong môi trường số.</w:t>
            </w:r>
          </w:p>
          <w:p w14:paraId="3C9CCCE4" w14:textId="77777777" w:rsidR="000E0FC9" w:rsidRPr="007D7C56" w:rsidRDefault="00000000">
            <w:pPr>
              <w:spacing w:after="20"/>
              <w:rPr>
                <w:rFonts w:cs="Times New Roman"/>
                <w:szCs w:val="26"/>
              </w:rPr>
            </w:pPr>
            <w:r w:rsidRPr="007D7C56">
              <w:rPr>
                <w:rFonts w:cs="Times New Roman"/>
                <w:b/>
                <w:szCs w:val="26"/>
              </w:rPr>
              <w:t xml:space="preserve">Nhiệm vụ học tập: </w:t>
            </w:r>
            <w:r w:rsidRPr="007D7C56">
              <w:rPr>
                <w:rFonts w:cs="Times New Roman"/>
                <w:szCs w:val="26"/>
              </w:rPr>
              <w:t>HS sử dụng từ khóa phù hợp để tìm một dẫn chứng chính thống phục vụ nội dung về gìn giữ hòa bình; lựa chọn kết quả từ nguồn chính thống và ghi lại nguồn.</w:t>
            </w:r>
          </w:p>
          <w:p w14:paraId="666D2190" w14:textId="77777777" w:rsidR="000E0FC9" w:rsidRPr="007D7C56" w:rsidRDefault="00000000">
            <w:pPr>
              <w:rPr>
                <w:rFonts w:cs="Times New Roman"/>
                <w:szCs w:val="26"/>
              </w:rPr>
            </w:pPr>
            <w:r w:rsidRPr="007D7C56">
              <w:rPr>
                <w:rFonts w:cs="Times New Roman"/>
                <w:b/>
                <w:szCs w:val="26"/>
              </w:rPr>
              <w:t xml:space="preserve">Công cụ: </w:t>
            </w:r>
            <w:r w:rsidRPr="007D7C56">
              <w:rPr>
                <w:rFonts w:cs="Times New Roman"/>
                <w:szCs w:val="26"/>
              </w:rPr>
              <w:t>Trình duyệt/Google Search; trang chính thức của Liên hợp quốc hoặc Bộ Ngoại giao Việt Nam.</w:t>
            </w:r>
          </w:p>
        </w:tc>
      </w:tr>
    </w:tbl>
    <w:p w14:paraId="348368D3" w14:textId="77777777" w:rsidR="00AA6143" w:rsidRPr="007D7C56" w:rsidRDefault="00AA6143">
      <w:pPr>
        <w:rPr>
          <w:rFonts w:cs="Times New Roman"/>
          <w:szCs w:val="26"/>
        </w:rPr>
      </w:pPr>
    </w:p>
    <w:p w14:paraId="30593960" w14:textId="77777777" w:rsidR="00AA6143" w:rsidRPr="007D7C56" w:rsidRDefault="00000000">
      <w:pPr>
        <w:spacing w:before="120" w:after="80"/>
        <w:rPr>
          <w:rFonts w:cs="Times New Roman"/>
          <w:szCs w:val="26"/>
        </w:rPr>
      </w:pPr>
      <w:r w:rsidRPr="007D7C56">
        <w:rPr>
          <w:rFonts w:cs="Times New Roman"/>
          <w:b/>
          <w:szCs w:val="26"/>
        </w:rPr>
        <w:t>Hoạt động 4. Tìm hiểu vai trò trong phát triển kinh tế, tài chính, thương mại quốc tế và nâng cao đời sống người dân</w:t>
      </w:r>
    </w:p>
    <w:p w14:paraId="69FADFBB" w14:textId="77777777" w:rsidR="00AA6143" w:rsidRPr="007D7C56" w:rsidRDefault="00000000">
      <w:pPr>
        <w:spacing w:after="0"/>
        <w:rPr>
          <w:rFonts w:cs="Times New Roman"/>
          <w:szCs w:val="26"/>
        </w:rPr>
      </w:pPr>
      <w:r w:rsidRPr="007D7C56">
        <w:rPr>
          <w:rFonts w:cs="Times New Roman"/>
          <w:b/>
          <w:szCs w:val="26"/>
        </w:rPr>
        <w:t xml:space="preserve">a. Mục tiêu: </w:t>
      </w:r>
      <w:r w:rsidRPr="007D7C56">
        <w:rPr>
          <w:rFonts w:cs="Times New Roman"/>
          <w:szCs w:val="26"/>
        </w:rPr>
        <w:t>HS trình bày được vai trò của Liên hợp quốc trong tạo môi trường hợp tác, hỗ trợ phát triển, xoá đói giảm nghèo, ứng phó các thách thức toàn cầu.</w:t>
      </w:r>
    </w:p>
    <w:p w14:paraId="5865EA30" w14:textId="77777777" w:rsidR="00AA6143" w:rsidRPr="007D7C56" w:rsidRDefault="00000000">
      <w:pPr>
        <w:spacing w:after="0"/>
        <w:rPr>
          <w:rFonts w:cs="Times New Roman"/>
          <w:szCs w:val="26"/>
        </w:rPr>
      </w:pPr>
      <w:r w:rsidRPr="007D7C56">
        <w:rPr>
          <w:rFonts w:cs="Times New Roman"/>
          <w:b/>
          <w:szCs w:val="26"/>
        </w:rPr>
        <w:t xml:space="preserve">b. Nội dung: </w:t>
      </w:r>
      <w:r w:rsidRPr="007D7C56">
        <w:rPr>
          <w:rFonts w:cs="Times New Roman"/>
          <w:szCs w:val="26"/>
        </w:rPr>
        <w:t>HS khai thác mục 2b, Tư liệu 3, Hình 7, Hình 8; hoàn thành bảng “Hoạt động - cơ quan/chương trình - ý nghĩa”.</w:t>
      </w:r>
    </w:p>
    <w:p w14:paraId="58D62ACC" w14:textId="77777777" w:rsidR="00AA6143" w:rsidRPr="007D7C56" w:rsidRDefault="00000000">
      <w:pPr>
        <w:spacing w:after="0"/>
        <w:rPr>
          <w:rFonts w:cs="Times New Roman"/>
          <w:szCs w:val="26"/>
        </w:rPr>
      </w:pPr>
      <w:r w:rsidRPr="007D7C56">
        <w:rPr>
          <w:rFonts w:cs="Times New Roman"/>
          <w:b/>
          <w:szCs w:val="26"/>
        </w:rPr>
        <w:t xml:space="preserve">c. Sản phẩm học tập: </w:t>
      </w:r>
      <w:r w:rsidRPr="007D7C56">
        <w:rPr>
          <w:rFonts w:cs="Times New Roman"/>
          <w:szCs w:val="26"/>
        </w:rPr>
        <w:t>Bảng tổng hợp đúng; HS nêu được ví dụ về Mục tiêu Thiên niên kỉ và Chương trình nghị sự 2030.</w:t>
      </w:r>
    </w:p>
    <w:p w14:paraId="2B34BB83" w14:textId="77777777" w:rsidR="00AA6143" w:rsidRPr="007D7C56" w:rsidRDefault="00000000">
      <w:pPr>
        <w:spacing w:after="80"/>
        <w:rPr>
          <w:rFonts w:cs="Times New Roman"/>
          <w:szCs w:val="26"/>
        </w:rPr>
      </w:pPr>
      <w:r w:rsidRPr="007D7C56">
        <w:rPr>
          <w:rFonts w:cs="Times New Roman"/>
          <w:b/>
          <w:szCs w:val="26"/>
        </w:rPr>
        <w:t>d. Tổ chức thực hiện:</w:t>
      </w:r>
    </w:p>
    <w:tbl>
      <w:tblPr>
        <w:tblStyle w:val="TableGrid"/>
        <w:tblW w:w="5000" w:type="pct"/>
        <w:jc w:val="center"/>
        <w:tblLook w:val="04A0" w:firstRow="1" w:lastRow="0" w:firstColumn="1" w:lastColumn="0" w:noHBand="0" w:noVBand="1"/>
      </w:tblPr>
      <w:tblGrid>
        <w:gridCol w:w="4817"/>
        <w:gridCol w:w="4003"/>
        <w:gridCol w:w="1376"/>
      </w:tblGrid>
      <w:tr w:rsidR="00AA6143" w:rsidRPr="007D7C56" w14:paraId="47EB5CDF" w14:textId="77777777" w:rsidTr="007D7C56">
        <w:trPr>
          <w:tblHeader/>
          <w:jc w:val="center"/>
        </w:trPr>
        <w:tc>
          <w:tcPr>
            <w:tcW w:w="2362" w:type="pct"/>
            <w:shd w:val="clear" w:color="auto" w:fill="D9EAF7"/>
            <w:tcMar>
              <w:top w:w="50" w:type="dxa"/>
              <w:left w:w="60" w:type="dxa"/>
              <w:bottom w:w="50" w:type="dxa"/>
              <w:right w:w="60" w:type="dxa"/>
            </w:tcMar>
          </w:tcPr>
          <w:p w14:paraId="210A5D8B" w14:textId="77777777" w:rsidR="00AA6143" w:rsidRPr="007D7C56" w:rsidRDefault="00000000">
            <w:pPr>
              <w:jc w:val="center"/>
              <w:rPr>
                <w:rFonts w:cs="Times New Roman"/>
                <w:szCs w:val="26"/>
              </w:rPr>
            </w:pPr>
            <w:r w:rsidRPr="007D7C56">
              <w:rPr>
                <w:rFonts w:cs="Times New Roman"/>
                <w:b/>
                <w:szCs w:val="26"/>
              </w:rPr>
              <w:t>HOẠT ĐỘNG CỦA GV - HS</w:t>
            </w:r>
          </w:p>
        </w:tc>
        <w:tc>
          <w:tcPr>
            <w:tcW w:w="1963" w:type="pct"/>
            <w:shd w:val="clear" w:color="auto" w:fill="D9EAF7"/>
            <w:tcMar>
              <w:top w:w="50" w:type="dxa"/>
              <w:left w:w="60" w:type="dxa"/>
              <w:bottom w:w="50" w:type="dxa"/>
              <w:right w:w="60" w:type="dxa"/>
            </w:tcMar>
          </w:tcPr>
          <w:p w14:paraId="25B365E1" w14:textId="77777777" w:rsidR="00AA6143" w:rsidRPr="007D7C56" w:rsidRDefault="00000000">
            <w:pPr>
              <w:jc w:val="center"/>
              <w:rPr>
                <w:rFonts w:cs="Times New Roman"/>
                <w:szCs w:val="26"/>
              </w:rPr>
            </w:pPr>
            <w:r w:rsidRPr="007D7C56">
              <w:rPr>
                <w:rFonts w:cs="Times New Roman"/>
                <w:b/>
                <w:szCs w:val="26"/>
              </w:rPr>
              <w:t>DỰ KIẾN SẢN PHẨM</w:t>
            </w:r>
          </w:p>
        </w:tc>
        <w:tc>
          <w:tcPr>
            <w:tcW w:w="675" w:type="pct"/>
            <w:shd w:val="clear" w:color="auto" w:fill="D9EAF7"/>
            <w:tcMar>
              <w:top w:w="50" w:type="dxa"/>
              <w:left w:w="60" w:type="dxa"/>
              <w:bottom w:w="50" w:type="dxa"/>
              <w:right w:w="60" w:type="dxa"/>
            </w:tcMar>
            <w:vAlign w:val="center"/>
          </w:tcPr>
          <w:p w14:paraId="6E582E0B" w14:textId="77777777" w:rsidR="000E0FC9" w:rsidRPr="007D7C56" w:rsidRDefault="00000000">
            <w:pPr>
              <w:jc w:val="center"/>
              <w:rPr>
                <w:rFonts w:cs="Times New Roman"/>
                <w:szCs w:val="26"/>
              </w:rPr>
            </w:pPr>
            <w:r w:rsidRPr="007D7C56">
              <w:rPr>
                <w:rFonts w:cs="Times New Roman"/>
                <w:b/>
                <w:szCs w:val="26"/>
              </w:rPr>
              <w:t>NLS</w:t>
            </w:r>
          </w:p>
        </w:tc>
      </w:tr>
      <w:tr w:rsidR="00AA6143" w:rsidRPr="007D7C56" w14:paraId="06681335" w14:textId="77777777" w:rsidTr="007D7C56">
        <w:trPr>
          <w:jc w:val="center"/>
        </w:trPr>
        <w:tc>
          <w:tcPr>
            <w:tcW w:w="2362" w:type="pct"/>
            <w:tcMar>
              <w:top w:w="50" w:type="dxa"/>
              <w:left w:w="60" w:type="dxa"/>
              <w:bottom w:w="50" w:type="dxa"/>
              <w:right w:w="60" w:type="dxa"/>
            </w:tcMar>
          </w:tcPr>
          <w:p w14:paraId="2B56C109" w14:textId="77777777" w:rsidR="00AA6143" w:rsidRPr="007D7C56" w:rsidRDefault="00000000">
            <w:pPr>
              <w:spacing w:after="60"/>
              <w:rPr>
                <w:rFonts w:cs="Times New Roman"/>
                <w:bCs/>
                <w:szCs w:val="26"/>
              </w:rPr>
            </w:pPr>
            <w:r w:rsidRPr="007D7C56">
              <w:rPr>
                <w:rFonts w:cs="Times New Roman"/>
                <w:bCs/>
                <w:szCs w:val="26"/>
              </w:rPr>
              <w:t>Bước 1: GV yêu cầu HS tìm các từ khoá về hợp tác kinh tế, thương mại, tài chính và nâng cao đời sống.</w:t>
            </w:r>
          </w:p>
          <w:p w14:paraId="3A3850EF" w14:textId="77777777" w:rsidR="00AA6143" w:rsidRPr="007D7C56" w:rsidRDefault="00000000">
            <w:pPr>
              <w:spacing w:after="60"/>
              <w:rPr>
                <w:rFonts w:cs="Times New Roman"/>
                <w:bCs/>
                <w:szCs w:val="26"/>
              </w:rPr>
            </w:pPr>
            <w:r w:rsidRPr="007D7C56">
              <w:rPr>
                <w:rFonts w:cs="Times New Roman"/>
                <w:bCs/>
                <w:szCs w:val="26"/>
              </w:rPr>
              <w:t>Bước 2: HS quan sát Hình 7, Hình 8, giải thích ý nghĩa của cứu trợ nhân đạo và 17 mục tiêu phát triển bền vững.</w:t>
            </w:r>
          </w:p>
          <w:p w14:paraId="1D85B26C" w14:textId="77777777" w:rsidR="00AA6143" w:rsidRPr="007D7C56" w:rsidRDefault="00000000">
            <w:pPr>
              <w:spacing w:after="60"/>
              <w:rPr>
                <w:rFonts w:cs="Times New Roman"/>
                <w:bCs/>
                <w:szCs w:val="26"/>
              </w:rPr>
            </w:pPr>
            <w:r w:rsidRPr="007D7C56">
              <w:rPr>
                <w:rFonts w:cs="Times New Roman"/>
                <w:bCs/>
                <w:szCs w:val="26"/>
              </w:rPr>
              <w:t>Bước 3: Nhóm trình bày; GV đặt câu hỏi mở rộng về vai trò của UNCTAD, UNDP, FAO, UNICEF, WFP.</w:t>
            </w:r>
          </w:p>
          <w:p w14:paraId="2D1AABA8" w14:textId="77777777" w:rsidR="00AA6143" w:rsidRPr="007D7C56" w:rsidRDefault="00000000">
            <w:pPr>
              <w:spacing w:after="60"/>
              <w:rPr>
                <w:rFonts w:cs="Times New Roman"/>
                <w:bCs/>
                <w:szCs w:val="26"/>
              </w:rPr>
            </w:pPr>
            <w:r w:rsidRPr="007D7C56">
              <w:rPr>
                <w:rFonts w:cs="Times New Roman"/>
                <w:bCs/>
                <w:szCs w:val="26"/>
              </w:rPr>
              <w:t>Bước 4: GV chuẩn xác: các hoạt động hướng tới phát triển hài hoà, giảm nghèo, ứng phó biến đổi khí hậu, dịch bệnh và hỗ trợ các nhóm dễ bị tổn thương.</w:t>
            </w:r>
          </w:p>
          <w:p w14:paraId="73381E60" w14:textId="77777777" w:rsidR="00AA6143" w:rsidRPr="007D7C56" w:rsidRDefault="00000000">
            <w:pPr>
              <w:jc w:val="center"/>
              <w:rPr>
                <w:rFonts w:cs="Times New Roman"/>
                <w:szCs w:val="26"/>
              </w:rPr>
            </w:pPr>
            <w:r w:rsidRPr="007D7C56">
              <w:rPr>
                <w:rFonts w:cs="Times New Roman"/>
                <w:noProof/>
                <w:szCs w:val="26"/>
              </w:rPr>
              <w:lastRenderedPageBreak/>
              <w:drawing>
                <wp:inline distT="0" distB="0" distL="0" distR="0" wp14:anchorId="1719CC1B" wp14:editId="53B7D3F1">
                  <wp:extent cx="2124000" cy="13625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8_muctieu2030.png"/>
                          <pic:cNvPicPr/>
                        </pic:nvPicPr>
                        <pic:blipFill>
                          <a:blip r:embed="rId10"/>
                          <a:stretch>
                            <a:fillRect/>
                          </a:stretch>
                        </pic:blipFill>
                        <pic:spPr>
                          <a:xfrm>
                            <a:off x="0" y="0"/>
                            <a:ext cx="2124000" cy="1362565"/>
                          </a:xfrm>
                          <a:prstGeom prst="rect">
                            <a:avLst/>
                          </a:prstGeom>
                        </pic:spPr>
                      </pic:pic>
                    </a:graphicData>
                  </a:graphic>
                </wp:inline>
              </w:drawing>
            </w:r>
          </w:p>
          <w:p w14:paraId="4AF23A9E" w14:textId="77777777" w:rsidR="00AA6143" w:rsidRPr="007D7C56" w:rsidRDefault="00000000">
            <w:pPr>
              <w:jc w:val="center"/>
              <w:rPr>
                <w:rFonts w:cs="Times New Roman"/>
                <w:szCs w:val="26"/>
              </w:rPr>
            </w:pPr>
            <w:r w:rsidRPr="007D7C56">
              <w:rPr>
                <w:rFonts w:cs="Times New Roman"/>
                <w:i/>
                <w:szCs w:val="26"/>
              </w:rPr>
              <w:t>Hình 8. 17 mục tiêu của Chương trình nghị sự 2030 vì sự phát triển bền vững</w:t>
            </w:r>
          </w:p>
        </w:tc>
        <w:tc>
          <w:tcPr>
            <w:tcW w:w="1963" w:type="pct"/>
            <w:tcMar>
              <w:top w:w="50" w:type="dxa"/>
              <w:left w:w="60" w:type="dxa"/>
              <w:bottom w:w="50" w:type="dxa"/>
              <w:right w:w="60" w:type="dxa"/>
            </w:tcMar>
          </w:tcPr>
          <w:p w14:paraId="49BF8F0C" w14:textId="77777777" w:rsidR="00AA6143" w:rsidRPr="007D7C56" w:rsidRDefault="00000000">
            <w:pPr>
              <w:spacing w:after="60"/>
              <w:ind w:left="170" w:hanging="170"/>
              <w:rPr>
                <w:rFonts w:cs="Times New Roman"/>
                <w:szCs w:val="26"/>
              </w:rPr>
            </w:pPr>
            <w:r w:rsidRPr="007D7C56">
              <w:rPr>
                <w:rFonts w:cs="Times New Roman"/>
                <w:szCs w:val="26"/>
              </w:rPr>
              <w:lastRenderedPageBreak/>
              <w:t>- Thúc đẩy hợp tác kinh tế, tài chính, thương mại quốc tế; tạo môi trường thuận lợi cho các nước phát triển.</w:t>
            </w:r>
          </w:p>
          <w:p w14:paraId="54DF9C6B" w14:textId="77777777" w:rsidR="00AA6143" w:rsidRPr="007D7C56" w:rsidRDefault="00000000">
            <w:pPr>
              <w:spacing w:after="60"/>
              <w:ind w:left="170" w:hanging="170"/>
              <w:rPr>
                <w:rFonts w:cs="Times New Roman"/>
                <w:szCs w:val="26"/>
              </w:rPr>
            </w:pPr>
            <w:r w:rsidRPr="007D7C56">
              <w:rPr>
                <w:rFonts w:cs="Times New Roman"/>
                <w:szCs w:val="26"/>
              </w:rPr>
              <w:t>- Thực hiện nhiều chương trình, dự án hỗ trợ xoá đói giảm nghèo, cải thiện y tế, giáo dục, việc làm và chất lượng cuộc sống.</w:t>
            </w:r>
          </w:p>
          <w:p w14:paraId="2180A5A4" w14:textId="77777777" w:rsidR="00AA6143" w:rsidRPr="007D7C56" w:rsidRDefault="00000000">
            <w:pPr>
              <w:spacing w:after="60"/>
              <w:ind w:left="170" w:hanging="170"/>
              <w:rPr>
                <w:rFonts w:cs="Times New Roman"/>
                <w:szCs w:val="26"/>
              </w:rPr>
            </w:pPr>
            <w:r w:rsidRPr="007D7C56">
              <w:rPr>
                <w:rFonts w:cs="Times New Roman"/>
                <w:szCs w:val="26"/>
              </w:rPr>
              <w:t>- Hỗ trợ nhân đạo tại các khu vực xung đột, thiên tai, dịch bệnh.</w:t>
            </w:r>
          </w:p>
          <w:p w14:paraId="5F5F4637" w14:textId="77777777" w:rsidR="00AA6143" w:rsidRPr="007D7C56" w:rsidRDefault="00000000">
            <w:pPr>
              <w:spacing w:after="60"/>
              <w:ind w:left="170" w:hanging="170"/>
              <w:rPr>
                <w:rFonts w:cs="Times New Roman"/>
                <w:szCs w:val="26"/>
              </w:rPr>
            </w:pPr>
            <w:r w:rsidRPr="007D7C56">
              <w:rPr>
                <w:rFonts w:cs="Times New Roman"/>
                <w:szCs w:val="26"/>
              </w:rPr>
              <w:t>- Thông qua Chương trình nghị sự 2030 với 17 mục tiêu phát triển bền vững, định hướng hành động toàn cầu đến năm 2030.</w:t>
            </w:r>
          </w:p>
        </w:tc>
        <w:tc>
          <w:tcPr>
            <w:tcW w:w="675" w:type="pct"/>
            <w:tcMar>
              <w:top w:w="50" w:type="dxa"/>
              <w:left w:w="60" w:type="dxa"/>
              <w:bottom w:w="50" w:type="dxa"/>
              <w:right w:w="60" w:type="dxa"/>
            </w:tcMar>
          </w:tcPr>
          <w:p w14:paraId="65158A50" w14:textId="77777777" w:rsidR="000E0FC9" w:rsidRPr="007D7C56" w:rsidRDefault="000E0FC9">
            <w:pPr>
              <w:rPr>
                <w:rFonts w:cs="Times New Roman"/>
                <w:szCs w:val="26"/>
              </w:rPr>
            </w:pPr>
          </w:p>
        </w:tc>
      </w:tr>
    </w:tbl>
    <w:p w14:paraId="61B57A32" w14:textId="77777777" w:rsidR="00AA6143" w:rsidRPr="007D7C56" w:rsidRDefault="00AA6143">
      <w:pPr>
        <w:rPr>
          <w:rFonts w:cs="Times New Roman"/>
          <w:szCs w:val="26"/>
        </w:rPr>
      </w:pPr>
    </w:p>
    <w:p w14:paraId="0A1DB4DF" w14:textId="77777777" w:rsidR="00AA6143" w:rsidRPr="007D7C56" w:rsidRDefault="00000000">
      <w:pPr>
        <w:spacing w:before="120" w:after="80"/>
        <w:rPr>
          <w:rFonts w:cs="Times New Roman"/>
          <w:szCs w:val="26"/>
        </w:rPr>
      </w:pPr>
      <w:r w:rsidRPr="007D7C56">
        <w:rPr>
          <w:rFonts w:cs="Times New Roman"/>
          <w:b/>
          <w:szCs w:val="26"/>
        </w:rPr>
        <w:t>C. LUYỆN TẬP</w:t>
      </w:r>
    </w:p>
    <w:p w14:paraId="30B08749" w14:textId="77777777" w:rsidR="00AA6143" w:rsidRPr="007D7C56" w:rsidRDefault="00000000">
      <w:pPr>
        <w:spacing w:after="40"/>
        <w:ind w:hanging="198"/>
        <w:rPr>
          <w:rFonts w:cs="Times New Roman"/>
          <w:szCs w:val="26"/>
        </w:rPr>
      </w:pPr>
      <w:r w:rsidRPr="007D7C56">
        <w:rPr>
          <w:rFonts w:cs="Times New Roman"/>
          <w:szCs w:val="26"/>
        </w:rPr>
        <w:t>- Lập sơ đồ tư duy thể hiện vai trò của Liên hợp quốc trong hai lĩnh vực: duy trì hoà bình, an ninh quốc tế; phát triển kinh tế và nâng cao đời sống người dân.</w:t>
      </w:r>
    </w:p>
    <w:p w14:paraId="7F42BECD" w14:textId="77777777" w:rsidR="00AA6143" w:rsidRPr="007D7C56" w:rsidRDefault="00000000">
      <w:pPr>
        <w:spacing w:after="40"/>
        <w:ind w:hanging="198"/>
        <w:rPr>
          <w:rFonts w:cs="Times New Roman"/>
          <w:szCs w:val="26"/>
        </w:rPr>
      </w:pPr>
      <w:r w:rsidRPr="007D7C56">
        <w:rPr>
          <w:rFonts w:cs="Times New Roman"/>
          <w:szCs w:val="26"/>
        </w:rPr>
        <w:t>- Nêu một dẫn chứng chứng minh Liên hợp quốc có vai trò quan trọng đối với một quốc gia hoặc khu vực cụ thể.</w:t>
      </w:r>
    </w:p>
    <w:p w14:paraId="3E9EC305" w14:textId="77777777" w:rsidR="00AA6143" w:rsidRPr="007D7C56" w:rsidRDefault="00000000">
      <w:pPr>
        <w:spacing w:before="120" w:after="80"/>
        <w:rPr>
          <w:rFonts w:cs="Times New Roman"/>
          <w:szCs w:val="26"/>
        </w:rPr>
      </w:pPr>
      <w:r w:rsidRPr="007D7C56">
        <w:rPr>
          <w:rFonts w:cs="Times New Roman"/>
          <w:b/>
          <w:szCs w:val="26"/>
        </w:rPr>
        <w:t>D. VẬN DỤNG</w:t>
      </w:r>
    </w:p>
    <w:p w14:paraId="6BAC7D17" w14:textId="77777777" w:rsidR="00AA6143" w:rsidRPr="007D7C56" w:rsidRDefault="00000000">
      <w:pPr>
        <w:spacing w:after="40"/>
        <w:ind w:hanging="198"/>
        <w:rPr>
          <w:rFonts w:cs="Times New Roman"/>
          <w:szCs w:val="26"/>
        </w:rPr>
      </w:pPr>
      <w:r w:rsidRPr="007D7C56">
        <w:rPr>
          <w:rFonts w:cs="Times New Roman"/>
          <w:szCs w:val="26"/>
        </w:rPr>
        <w:t>- Viết đoạn 8-10 câu nêu cảm nhận của em về hoạt động gìn giữ hoà bình của Liên hợp quốc và sự tham gia của Việt Nam.</w:t>
      </w:r>
    </w:p>
    <w:p w14:paraId="5347D93C" w14:textId="77777777" w:rsidR="00AA6143" w:rsidRPr="007D7C56" w:rsidRDefault="00000000">
      <w:pPr>
        <w:spacing w:before="120" w:after="80"/>
        <w:rPr>
          <w:rFonts w:cs="Times New Roman"/>
          <w:szCs w:val="26"/>
        </w:rPr>
      </w:pPr>
      <w:r w:rsidRPr="007D7C56">
        <w:rPr>
          <w:rFonts w:cs="Times New Roman"/>
          <w:b/>
          <w:szCs w:val="26"/>
        </w:rPr>
        <w:t>Hoạt động 5. Tìm hiểu vai trò của Liên hợp quốc trong bảo đảm quyền con người, phát triển văn hoá, xã hội</w:t>
      </w:r>
    </w:p>
    <w:p w14:paraId="0665B2A2" w14:textId="77777777" w:rsidR="00AA6143" w:rsidRPr="007D7C56" w:rsidRDefault="00000000">
      <w:pPr>
        <w:spacing w:after="0"/>
        <w:rPr>
          <w:rFonts w:cs="Times New Roman"/>
          <w:szCs w:val="26"/>
        </w:rPr>
      </w:pPr>
      <w:r w:rsidRPr="007D7C56">
        <w:rPr>
          <w:rFonts w:cs="Times New Roman"/>
          <w:b/>
          <w:szCs w:val="26"/>
        </w:rPr>
        <w:t xml:space="preserve">a. Mục tiêu: </w:t>
      </w:r>
      <w:r w:rsidRPr="007D7C56">
        <w:rPr>
          <w:rFonts w:cs="Times New Roman"/>
          <w:szCs w:val="26"/>
        </w:rPr>
        <w:t>HS trình bày được những đóng góp của Liên hợp quốc trong xây dựng chuẩn mực quốc tế về quyền con người và thúc đẩy hợp tác văn hoá, giáo dục, y tế, khoa học.</w:t>
      </w:r>
    </w:p>
    <w:p w14:paraId="0682B08B" w14:textId="77777777" w:rsidR="00AA6143" w:rsidRPr="007D7C56" w:rsidRDefault="00000000">
      <w:pPr>
        <w:spacing w:after="0"/>
        <w:rPr>
          <w:rFonts w:cs="Times New Roman"/>
          <w:szCs w:val="26"/>
        </w:rPr>
      </w:pPr>
      <w:r w:rsidRPr="007D7C56">
        <w:rPr>
          <w:rFonts w:cs="Times New Roman"/>
          <w:b/>
          <w:szCs w:val="26"/>
        </w:rPr>
        <w:t xml:space="preserve">b. Nội dung: </w:t>
      </w:r>
      <w:r w:rsidRPr="007D7C56">
        <w:rPr>
          <w:rFonts w:cs="Times New Roman"/>
          <w:szCs w:val="26"/>
        </w:rPr>
        <w:t>HS khai thác mục 2c, Tư liệu 4, Hình 9 và thông tin bổ sung về UNESCO, UNICEF; thảo luận nhóm.</w:t>
      </w:r>
    </w:p>
    <w:p w14:paraId="5EBB871B" w14:textId="77777777" w:rsidR="00AA6143" w:rsidRPr="007D7C56" w:rsidRDefault="00000000">
      <w:pPr>
        <w:spacing w:after="0"/>
        <w:rPr>
          <w:rFonts w:cs="Times New Roman"/>
          <w:szCs w:val="26"/>
        </w:rPr>
      </w:pPr>
      <w:r w:rsidRPr="007D7C56">
        <w:rPr>
          <w:rFonts w:cs="Times New Roman"/>
          <w:b/>
          <w:szCs w:val="26"/>
        </w:rPr>
        <w:t xml:space="preserve">c. Sản phẩm học tập: </w:t>
      </w:r>
      <w:r w:rsidRPr="007D7C56">
        <w:rPr>
          <w:rFonts w:cs="Times New Roman"/>
          <w:szCs w:val="26"/>
        </w:rPr>
        <w:t>Bản trình bày nêu được vai trò của Tuyên ngôn Nhân quyền, các công ước quốc tế và các tổ chức chuyên môn.</w:t>
      </w:r>
    </w:p>
    <w:p w14:paraId="5B3B0301" w14:textId="77777777" w:rsidR="00AA6143" w:rsidRPr="007D7C56" w:rsidRDefault="00000000">
      <w:pPr>
        <w:spacing w:after="80"/>
        <w:rPr>
          <w:rFonts w:cs="Times New Roman"/>
          <w:b/>
          <w:szCs w:val="26"/>
        </w:rPr>
      </w:pPr>
      <w:r w:rsidRPr="007D7C56">
        <w:rPr>
          <w:rFonts w:cs="Times New Roman"/>
          <w:b/>
          <w:szCs w:val="26"/>
        </w:rPr>
        <w:t>d. Tổ chức thực hiện:</w:t>
      </w:r>
    </w:p>
    <w:p w14:paraId="01EF224C" w14:textId="77777777" w:rsidR="00D36F79" w:rsidRPr="007D7C56" w:rsidRDefault="00D36F79">
      <w:pPr>
        <w:spacing w:after="80"/>
        <w:rPr>
          <w:rFonts w:cs="Times New Roman"/>
          <w:szCs w:val="26"/>
        </w:rPr>
      </w:pPr>
    </w:p>
    <w:tbl>
      <w:tblPr>
        <w:tblStyle w:val="TableGrid"/>
        <w:tblW w:w="5000" w:type="pct"/>
        <w:jc w:val="center"/>
        <w:tblLook w:val="04A0" w:firstRow="1" w:lastRow="0" w:firstColumn="1" w:lastColumn="0" w:noHBand="0" w:noVBand="1"/>
      </w:tblPr>
      <w:tblGrid>
        <w:gridCol w:w="4317"/>
        <w:gridCol w:w="3128"/>
        <w:gridCol w:w="2751"/>
      </w:tblGrid>
      <w:tr w:rsidR="00AA6143" w:rsidRPr="007D7C56" w14:paraId="1FCB2723" w14:textId="77777777" w:rsidTr="007D7C56">
        <w:trPr>
          <w:tblHeader/>
          <w:jc w:val="center"/>
        </w:trPr>
        <w:tc>
          <w:tcPr>
            <w:tcW w:w="2117" w:type="pct"/>
            <w:shd w:val="clear" w:color="auto" w:fill="D9EAF7"/>
            <w:tcMar>
              <w:top w:w="50" w:type="dxa"/>
              <w:left w:w="60" w:type="dxa"/>
              <w:bottom w:w="50" w:type="dxa"/>
              <w:right w:w="60" w:type="dxa"/>
            </w:tcMar>
          </w:tcPr>
          <w:p w14:paraId="4E03646C" w14:textId="77777777" w:rsidR="00AA6143" w:rsidRPr="007D7C56" w:rsidRDefault="00000000">
            <w:pPr>
              <w:jc w:val="center"/>
              <w:rPr>
                <w:rFonts w:cs="Times New Roman"/>
                <w:szCs w:val="26"/>
              </w:rPr>
            </w:pPr>
            <w:r w:rsidRPr="007D7C56">
              <w:rPr>
                <w:rFonts w:cs="Times New Roman"/>
                <w:b/>
                <w:szCs w:val="26"/>
              </w:rPr>
              <w:t>HOẠT ĐỘNG CỦA GV - HS</w:t>
            </w:r>
          </w:p>
        </w:tc>
        <w:tc>
          <w:tcPr>
            <w:tcW w:w="1534" w:type="pct"/>
            <w:shd w:val="clear" w:color="auto" w:fill="D9EAF7"/>
            <w:tcMar>
              <w:top w:w="50" w:type="dxa"/>
              <w:left w:w="60" w:type="dxa"/>
              <w:bottom w:w="50" w:type="dxa"/>
              <w:right w:w="60" w:type="dxa"/>
            </w:tcMar>
          </w:tcPr>
          <w:p w14:paraId="73306085" w14:textId="77777777" w:rsidR="00AA6143" w:rsidRPr="007D7C56" w:rsidRDefault="00000000">
            <w:pPr>
              <w:jc w:val="center"/>
              <w:rPr>
                <w:rFonts w:cs="Times New Roman"/>
                <w:szCs w:val="26"/>
              </w:rPr>
            </w:pPr>
            <w:r w:rsidRPr="007D7C56">
              <w:rPr>
                <w:rFonts w:cs="Times New Roman"/>
                <w:b/>
                <w:szCs w:val="26"/>
              </w:rPr>
              <w:t>DỰ KIẾN SẢN PHẨM</w:t>
            </w:r>
          </w:p>
        </w:tc>
        <w:tc>
          <w:tcPr>
            <w:tcW w:w="1349" w:type="pct"/>
            <w:shd w:val="clear" w:color="auto" w:fill="D9EAF7"/>
            <w:tcMar>
              <w:top w:w="50" w:type="dxa"/>
              <w:left w:w="60" w:type="dxa"/>
              <w:bottom w:w="50" w:type="dxa"/>
              <w:right w:w="60" w:type="dxa"/>
            </w:tcMar>
            <w:vAlign w:val="center"/>
          </w:tcPr>
          <w:p w14:paraId="21F3C4A1" w14:textId="77777777" w:rsidR="000E0FC9" w:rsidRPr="007D7C56" w:rsidRDefault="00000000">
            <w:pPr>
              <w:jc w:val="center"/>
              <w:rPr>
                <w:rFonts w:cs="Times New Roman"/>
                <w:szCs w:val="26"/>
              </w:rPr>
            </w:pPr>
            <w:r w:rsidRPr="007D7C56">
              <w:rPr>
                <w:rFonts w:cs="Times New Roman"/>
                <w:b/>
                <w:szCs w:val="26"/>
              </w:rPr>
              <w:t>NLS</w:t>
            </w:r>
          </w:p>
        </w:tc>
      </w:tr>
      <w:tr w:rsidR="00AA6143" w:rsidRPr="007D7C56" w14:paraId="3243E75E" w14:textId="77777777" w:rsidTr="007D7C56">
        <w:trPr>
          <w:jc w:val="center"/>
        </w:trPr>
        <w:tc>
          <w:tcPr>
            <w:tcW w:w="2117" w:type="pct"/>
            <w:tcMar>
              <w:top w:w="50" w:type="dxa"/>
              <w:left w:w="60" w:type="dxa"/>
              <w:bottom w:w="50" w:type="dxa"/>
              <w:right w:w="60" w:type="dxa"/>
            </w:tcMar>
          </w:tcPr>
          <w:p w14:paraId="4FA92A9A" w14:textId="77777777" w:rsidR="00AA6143" w:rsidRPr="007D7C56" w:rsidRDefault="00000000">
            <w:pPr>
              <w:spacing w:after="60"/>
              <w:rPr>
                <w:rFonts w:cs="Times New Roman"/>
                <w:bCs/>
                <w:szCs w:val="26"/>
              </w:rPr>
            </w:pPr>
            <w:r w:rsidRPr="007D7C56">
              <w:rPr>
                <w:rFonts w:cs="Times New Roman"/>
                <w:bCs/>
                <w:szCs w:val="26"/>
              </w:rPr>
              <w:t>Bước 1: GV yêu cầu HS đọc Tư liệu 4, xác định nội dung cốt lõi của Tuyên ngôn Nhân quyền năm 1948.</w:t>
            </w:r>
          </w:p>
          <w:p w14:paraId="27D43B53" w14:textId="77777777" w:rsidR="00AA6143" w:rsidRPr="007D7C56" w:rsidRDefault="00000000">
            <w:pPr>
              <w:spacing w:after="60"/>
              <w:rPr>
                <w:rFonts w:cs="Times New Roman"/>
                <w:bCs/>
                <w:szCs w:val="26"/>
              </w:rPr>
            </w:pPr>
            <w:r w:rsidRPr="007D7C56">
              <w:rPr>
                <w:rFonts w:cs="Times New Roman"/>
                <w:bCs/>
                <w:szCs w:val="26"/>
              </w:rPr>
              <w:t>Bước 2: HS quan sát Hình 9, phân tích ý nghĩa của hoạt động bảo đảm quyền được giáo dục cho trẻ em tị nạn.</w:t>
            </w:r>
          </w:p>
          <w:p w14:paraId="13F4AFC7" w14:textId="77777777" w:rsidR="00AA6143" w:rsidRPr="007D7C56" w:rsidRDefault="00000000">
            <w:pPr>
              <w:spacing w:after="60"/>
              <w:rPr>
                <w:rFonts w:cs="Times New Roman"/>
                <w:bCs/>
                <w:szCs w:val="26"/>
              </w:rPr>
            </w:pPr>
            <w:r w:rsidRPr="007D7C56">
              <w:rPr>
                <w:rFonts w:cs="Times New Roman"/>
                <w:bCs/>
                <w:szCs w:val="26"/>
              </w:rPr>
              <w:t>Bước 3: Các nhóm tìm hiểu vai trò của UNESCO, UNICEF, WHO và trình bày một ví dụ.</w:t>
            </w:r>
          </w:p>
          <w:p w14:paraId="2D0829DB" w14:textId="77777777" w:rsidR="00AA6143" w:rsidRPr="007D7C56" w:rsidRDefault="00000000">
            <w:pPr>
              <w:spacing w:after="60"/>
              <w:rPr>
                <w:rFonts w:cs="Times New Roman"/>
                <w:bCs/>
                <w:szCs w:val="26"/>
              </w:rPr>
            </w:pPr>
            <w:r w:rsidRPr="007D7C56">
              <w:rPr>
                <w:rFonts w:cs="Times New Roman"/>
                <w:bCs/>
                <w:szCs w:val="26"/>
              </w:rPr>
              <w:t xml:space="preserve">Bước 4: GV nhận xét, chốt kiến thức; nhấn mạnh quyền con người gắn với </w:t>
            </w:r>
            <w:r w:rsidRPr="007D7C56">
              <w:rPr>
                <w:rFonts w:cs="Times New Roman"/>
                <w:bCs/>
                <w:szCs w:val="26"/>
              </w:rPr>
              <w:lastRenderedPageBreak/>
              <w:t>hoà bình, phát triển và trách nhiệm của cộng đồng quốc tế.</w:t>
            </w:r>
          </w:p>
          <w:p w14:paraId="2D3A71C1" w14:textId="77777777" w:rsidR="00AA6143" w:rsidRPr="007D7C56" w:rsidRDefault="00000000">
            <w:pPr>
              <w:jc w:val="center"/>
              <w:rPr>
                <w:rFonts w:cs="Times New Roman"/>
                <w:szCs w:val="26"/>
              </w:rPr>
            </w:pPr>
            <w:r w:rsidRPr="007D7C56">
              <w:rPr>
                <w:rFonts w:cs="Times New Roman"/>
                <w:noProof/>
                <w:szCs w:val="26"/>
              </w:rPr>
              <w:drawing>
                <wp:inline distT="0" distB="0" distL="0" distR="0" wp14:anchorId="4E4A9DDD" wp14:editId="1F9714E8">
                  <wp:extent cx="2124000" cy="12550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9_lophoc.png"/>
                          <pic:cNvPicPr/>
                        </pic:nvPicPr>
                        <pic:blipFill>
                          <a:blip r:embed="rId11"/>
                          <a:stretch>
                            <a:fillRect/>
                          </a:stretch>
                        </pic:blipFill>
                        <pic:spPr>
                          <a:xfrm>
                            <a:off x="0" y="0"/>
                            <a:ext cx="2124000" cy="1255090"/>
                          </a:xfrm>
                          <a:prstGeom prst="rect">
                            <a:avLst/>
                          </a:prstGeom>
                        </pic:spPr>
                      </pic:pic>
                    </a:graphicData>
                  </a:graphic>
                </wp:inline>
              </w:drawing>
            </w:r>
          </w:p>
          <w:p w14:paraId="362ABF9F" w14:textId="77777777" w:rsidR="00AA6143" w:rsidRPr="007D7C56" w:rsidRDefault="00000000">
            <w:pPr>
              <w:jc w:val="center"/>
              <w:rPr>
                <w:rFonts w:cs="Times New Roman"/>
                <w:szCs w:val="26"/>
              </w:rPr>
            </w:pPr>
            <w:r w:rsidRPr="007D7C56">
              <w:rPr>
                <w:rFonts w:cs="Times New Roman"/>
                <w:i/>
                <w:szCs w:val="26"/>
              </w:rPr>
              <w:t>Hình 9. Một lớp học tạm thời ở Công-gô do Cao uỷ Liên hợp quốc về người tị nạn tổ chức</w:t>
            </w:r>
          </w:p>
          <w:p w14:paraId="21060DAE" w14:textId="77777777" w:rsidR="000E0FC9" w:rsidRPr="007D7C56" w:rsidRDefault="00000000">
            <w:pPr>
              <w:spacing w:before="40"/>
              <w:rPr>
                <w:rFonts w:cs="Times New Roman"/>
                <w:szCs w:val="26"/>
              </w:rPr>
            </w:pPr>
            <w:r w:rsidRPr="007D7C56">
              <w:rPr>
                <w:rFonts w:cs="Times New Roman"/>
                <w:b/>
                <w:szCs w:val="26"/>
              </w:rPr>
              <w:t xml:space="preserve">- Tích hợp NLS: </w:t>
            </w:r>
            <w:r w:rsidRPr="007D7C56">
              <w:rPr>
                <w:rFonts w:cs="Times New Roman"/>
                <w:szCs w:val="26"/>
              </w:rPr>
              <w:t>GV trình chiếu một đoạn tóm tắt ngắn do ChatGPT hoặc Gemini tạo về vai trò của UNESCO, UNICEF, WHO. HS đối chiếu từng ý với SGK, Tư liệu 4 và nguồn chính thống; xác định nội dung chính xác, nội dung chưa đủ căn cứ hoặc cần chỉnh sửa trước khi kết luận.</w:t>
            </w:r>
          </w:p>
        </w:tc>
        <w:tc>
          <w:tcPr>
            <w:tcW w:w="1534" w:type="pct"/>
            <w:tcMar>
              <w:top w:w="50" w:type="dxa"/>
              <w:left w:w="60" w:type="dxa"/>
              <w:bottom w:w="50" w:type="dxa"/>
              <w:right w:w="60" w:type="dxa"/>
            </w:tcMar>
          </w:tcPr>
          <w:p w14:paraId="00479AAA" w14:textId="77777777" w:rsidR="00AA6143" w:rsidRPr="007D7C56" w:rsidRDefault="00000000">
            <w:pPr>
              <w:spacing w:after="60"/>
              <w:ind w:left="170" w:hanging="170"/>
              <w:rPr>
                <w:rFonts w:cs="Times New Roman"/>
                <w:szCs w:val="26"/>
              </w:rPr>
            </w:pPr>
            <w:r w:rsidRPr="007D7C56">
              <w:rPr>
                <w:rFonts w:cs="Times New Roman"/>
                <w:szCs w:val="26"/>
              </w:rPr>
              <w:lastRenderedPageBreak/>
              <w:t>- Ngay từ khi thành lập, Liên hợp quốc đã thúc đẩy xây dựng, kí kết nhiều văn bản và công ước quốc tế nhằm bảo đảm các quyền cơ bản của con người.</w:t>
            </w:r>
          </w:p>
          <w:p w14:paraId="5605260D" w14:textId="77777777" w:rsidR="00AA6143" w:rsidRPr="007D7C56" w:rsidRDefault="00000000">
            <w:pPr>
              <w:spacing w:after="60"/>
              <w:ind w:left="170" w:hanging="170"/>
              <w:rPr>
                <w:rFonts w:cs="Times New Roman"/>
                <w:szCs w:val="26"/>
              </w:rPr>
            </w:pPr>
            <w:r w:rsidRPr="007D7C56">
              <w:rPr>
                <w:rFonts w:cs="Times New Roman"/>
                <w:szCs w:val="26"/>
              </w:rPr>
              <w:t>- Tuyên ngôn Nhân quyền năm 1948 là nền tảng quan trọng cho việc bảo vệ quyền bình đẳng, tự do, giáo dục, tham gia chính quyền và các quyền cơ bản khác.</w:t>
            </w:r>
          </w:p>
          <w:p w14:paraId="1E91A6B4" w14:textId="77777777" w:rsidR="00AA6143" w:rsidRPr="007D7C56" w:rsidRDefault="00000000">
            <w:pPr>
              <w:spacing w:after="60"/>
              <w:ind w:left="170" w:hanging="170"/>
              <w:rPr>
                <w:rFonts w:cs="Times New Roman"/>
                <w:szCs w:val="26"/>
              </w:rPr>
            </w:pPr>
            <w:r w:rsidRPr="007D7C56">
              <w:rPr>
                <w:rFonts w:cs="Times New Roman"/>
                <w:szCs w:val="26"/>
              </w:rPr>
              <w:lastRenderedPageBreak/>
              <w:t>- Các cơ quan và tổ chức chuyên môn thúc đẩy hợp tác quốc tế về văn hoá, giáo dục, y tế, khoa học; hỗ trợ các nhóm yếu thế, người tị nạn, trẻ em và phụ nữ.</w:t>
            </w:r>
          </w:p>
          <w:p w14:paraId="54B5116B" w14:textId="77777777" w:rsidR="00AA6143" w:rsidRPr="007D7C56" w:rsidRDefault="00000000">
            <w:pPr>
              <w:spacing w:after="60"/>
              <w:ind w:left="170" w:hanging="170"/>
              <w:rPr>
                <w:rFonts w:cs="Times New Roman"/>
                <w:szCs w:val="26"/>
              </w:rPr>
            </w:pPr>
            <w:r w:rsidRPr="007D7C56">
              <w:rPr>
                <w:rFonts w:cs="Times New Roman"/>
                <w:szCs w:val="26"/>
              </w:rPr>
              <w:t>- Liên hợp quốc góp phần bảo tồn di sản văn hoá, nâng cao dân trí, chăm sóc sức khoẻ và phát triển xã hội bền vững.</w:t>
            </w:r>
          </w:p>
        </w:tc>
        <w:tc>
          <w:tcPr>
            <w:tcW w:w="1349" w:type="pct"/>
            <w:tcMar>
              <w:top w:w="50" w:type="dxa"/>
              <w:left w:w="60" w:type="dxa"/>
              <w:bottom w:w="50" w:type="dxa"/>
              <w:right w:w="60" w:type="dxa"/>
            </w:tcMar>
          </w:tcPr>
          <w:p w14:paraId="0DF09AC6" w14:textId="6D1D46E8" w:rsidR="00831A09" w:rsidRPr="00831A09" w:rsidRDefault="00831A09" w:rsidP="00831A09">
            <w:pPr>
              <w:rPr>
                <w:rFonts w:ascii="TimesNewRomanPSMT" w:hAnsi="TimesNewRomanPSMT" w:cs="Times New Roman"/>
                <w:color w:val="000000" w:themeColor="text1"/>
                <w:szCs w:val="26"/>
              </w:rPr>
            </w:pPr>
            <w:r w:rsidRPr="00831A09">
              <w:rPr>
                <w:rFonts w:ascii="TimesNewRomanPSMT" w:hAnsi="TimesNewRomanPSMT" w:cs="Times New Roman"/>
                <w:b/>
                <w:bCs/>
                <w:color w:val="000000" w:themeColor="text1"/>
                <w:szCs w:val="26"/>
              </w:rPr>
              <w:lastRenderedPageBreak/>
              <w:t>[1.2-NC1-a/b]</w:t>
            </w:r>
            <w:r w:rsidRPr="00831A09">
              <w:rPr>
                <w:rFonts w:ascii="TimesNewRomanPSMT" w:hAnsi="TimesNewRomanPSMT" w:cs="Times New Roman"/>
                <w:color w:val="000000" w:themeColor="text1"/>
                <w:szCs w:val="26"/>
              </w:rPr>
              <w:t xml:space="preserve"> - Đánh giá dữ liệu, thông tin và nội dung số:Thực hiện đánh giá được độ tin cậy, độ chính xác của các nguồn dữ liệu, thông tin và nội dung số; tiến hành đánh giá các dữ liệu,</w:t>
            </w:r>
            <w:r>
              <w:rPr>
                <w:rFonts w:ascii="TimesNewRomanPSMT" w:hAnsi="TimesNewRomanPSMT" w:cs="Times New Roman"/>
                <w:color w:val="000000" w:themeColor="text1"/>
                <w:szCs w:val="26"/>
              </w:rPr>
              <w:t xml:space="preserve"> </w:t>
            </w:r>
            <w:r w:rsidRPr="00831A09">
              <w:rPr>
                <w:rFonts w:ascii="TimesNewRomanPSMT" w:hAnsi="TimesNewRomanPSMT" w:cs="Times New Roman"/>
                <w:color w:val="000000" w:themeColor="text1"/>
                <w:szCs w:val="26"/>
              </w:rPr>
              <w:t>thông tin và nội dung số khác nhau khi tìm hiểu Liên hợp quốc.</w:t>
            </w:r>
          </w:p>
          <w:p w14:paraId="03F52D5B" w14:textId="77777777" w:rsidR="00831A09" w:rsidRDefault="00831A09">
            <w:pPr>
              <w:spacing w:after="20"/>
              <w:rPr>
                <w:rFonts w:cs="Times New Roman"/>
                <w:b/>
                <w:szCs w:val="26"/>
              </w:rPr>
            </w:pPr>
          </w:p>
          <w:p w14:paraId="6F67DEF7" w14:textId="77777777" w:rsidR="000E0FC9" w:rsidRPr="007D7C56" w:rsidRDefault="00000000">
            <w:pPr>
              <w:spacing w:after="20"/>
              <w:rPr>
                <w:rFonts w:cs="Times New Roman"/>
                <w:szCs w:val="26"/>
              </w:rPr>
            </w:pPr>
            <w:r w:rsidRPr="007D7C56">
              <w:rPr>
                <w:rFonts w:cs="Times New Roman"/>
                <w:b/>
                <w:szCs w:val="26"/>
              </w:rPr>
              <w:lastRenderedPageBreak/>
              <w:t xml:space="preserve">Nhiệm vụ học tập: </w:t>
            </w:r>
            <w:r w:rsidRPr="007D7C56">
              <w:rPr>
                <w:rFonts w:cs="Times New Roman"/>
                <w:szCs w:val="26"/>
              </w:rPr>
              <w:t>HS kiểm chứng đoạn tóm tắt do AI tạo về UNESCO, UNICEF, WHO bằng SGK và nguồn chính thống; chỉ ra ý đúng, ý chưa đủ căn cứ/cần sửa và nêu căn cứ.</w:t>
            </w:r>
          </w:p>
          <w:p w14:paraId="7EE1AA01" w14:textId="77777777" w:rsidR="000E0FC9" w:rsidRPr="007D7C56" w:rsidRDefault="00000000">
            <w:pPr>
              <w:rPr>
                <w:rFonts w:cs="Times New Roman"/>
                <w:szCs w:val="26"/>
              </w:rPr>
            </w:pPr>
            <w:r w:rsidRPr="007D7C56">
              <w:rPr>
                <w:rFonts w:cs="Times New Roman"/>
                <w:b/>
                <w:szCs w:val="26"/>
              </w:rPr>
              <w:t xml:space="preserve">Công cụ: </w:t>
            </w:r>
            <w:r w:rsidRPr="007D7C56">
              <w:rPr>
                <w:rFonts w:cs="Times New Roman"/>
                <w:szCs w:val="26"/>
              </w:rPr>
              <w:t>ChatGPT hoặc Gemini do GV thao tác/cung cấp kết quả sẵn; HS không bắt buộc có tài khoản AI.</w:t>
            </w:r>
          </w:p>
        </w:tc>
      </w:tr>
    </w:tbl>
    <w:p w14:paraId="720FD67D" w14:textId="77777777" w:rsidR="00AA6143" w:rsidRPr="007D7C56" w:rsidRDefault="00AA6143">
      <w:pPr>
        <w:rPr>
          <w:rFonts w:cs="Times New Roman"/>
          <w:szCs w:val="26"/>
        </w:rPr>
      </w:pPr>
    </w:p>
    <w:p w14:paraId="64A47557" w14:textId="77777777" w:rsidR="00AA6143" w:rsidRPr="007D7C56" w:rsidRDefault="00000000">
      <w:pPr>
        <w:spacing w:before="120" w:after="80"/>
        <w:rPr>
          <w:rFonts w:cs="Times New Roman"/>
          <w:szCs w:val="26"/>
        </w:rPr>
      </w:pPr>
      <w:r w:rsidRPr="007D7C56">
        <w:rPr>
          <w:rFonts w:cs="Times New Roman"/>
          <w:b/>
          <w:szCs w:val="26"/>
        </w:rPr>
        <w:t>C. HOẠT ĐỘNG LUYỆN TẬP</w:t>
      </w:r>
    </w:p>
    <w:p w14:paraId="1436753B" w14:textId="77777777" w:rsidR="00AA6143" w:rsidRPr="007D7C56" w:rsidRDefault="00000000">
      <w:pPr>
        <w:spacing w:after="0"/>
        <w:rPr>
          <w:rFonts w:cs="Times New Roman"/>
          <w:szCs w:val="26"/>
        </w:rPr>
      </w:pPr>
      <w:r w:rsidRPr="007D7C56">
        <w:rPr>
          <w:rFonts w:cs="Times New Roman"/>
          <w:b/>
          <w:szCs w:val="26"/>
        </w:rPr>
        <w:t xml:space="preserve">a. Mục tiêu: </w:t>
      </w:r>
      <w:r w:rsidRPr="007D7C56">
        <w:rPr>
          <w:rFonts w:cs="Times New Roman"/>
          <w:szCs w:val="26"/>
        </w:rPr>
        <w:t>Củng cố, hệ thống hoá toàn bộ kiến thức của bài học.</w:t>
      </w:r>
    </w:p>
    <w:p w14:paraId="083C1E1F" w14:textId="77777777" w:rsidR="00AA6143" w:rsidRPr="007D7C56" w:rsidRDefault="00000000">
      <w:pPr>
        <w:spacing w:after="80"/>
        <w:rPr>
          <w:rFonts w:cs="Times New Roman"/>
          <w:szCs w:val="26"/>
        </w:rPr>
      </w:pPr>
      <w:r w:rsidRPr="007D7C56">
        <w:rPr>
          <w:rFonts w:cs="Times New Roman"/>
          <w:b/>
          <w:szCs w:val="26"/>
        </w:rPr>
        <w:t>b. Nội dung và tổ chức thực hiện:</w:t>
      </w:r>
    </w:p>
    <w:p w14:paraId="055C3BE5" w14:textId="77777777" w:rsidR="00AA6143" w:rsidRPr="007D7C56" w:rsidRDefault="00000000">
      <w:pPr>
        <w:spacing w:after="40"/>
        <w:ind w:hanging="198"/>
        <w:rPr>
          <w:rFonts w:cs="Times New Roman"/>
          <w:szCs w:val="26"/>
        </w:rPr>
      </w:pPr>
      <w:r w:rsidRPr="007D7C56">
        <w:rPr>
          <w:rFonts w:cs="Times New Roman"/>
          <w:szCs w:val="26"/>
        </w:rPr>
        <w:t>- Câu 1. Lập bảng tóm tắt bối cảnh thành lập, mục tiêu, nguyên tắc hoạt động của Liên hợp quốc.</w:t>
      </w:r>
    </w:p>
    <w:p w14:paraId="3E726F3F" w14:textId="77777777" w:rsidR="00AA6143" w:rsidRPr="007D7C56" w:rsidRDefault="00000000">
      <w:pPr>
        <w:spacing w:after="40"/>
        <w:ind w:hanging="198"/>
        <w:rPr>
          <w:rFonts w:cs="Times New Roman"/>
          <w:szCs w:val="26"/>
        </w:rPr>
      </w:pPr>
      <w:r w:rsidRPr="007D7C56">
        <w:rPr>
          <w:rFonts w:cs="Times New Roman"/>
          <w:szCs w:val="26"/>
        </w:rPr>
        <w:t>- Câu 2. Lập sơ đồ tư duy thể hiện vai trò của Liên hợp quốc trên ba lĩnh vực: hoà bình - an ninh; kinh tế - phát triển; quyền con người - văn hoá - xã hội.</w:t>
      </w:r>
    </w:p>
    <w:p w14:paraId="4722A06C" w14:textId="77777777" w:rsidR="00AA6143" w:rsidRPr="007D7C56" w:rsidRDefault="00000000">
      <w:pPr>
        <w:spacing w:after="40"/>
        <w:ind w:hanging="198"/>
        <w:rPr>
          <w:rFonts w:cs="Times New Roman"/>
          <w:szCs w:val="26"/>
        </w:rPr>
      </w:pPr>
      <w:r w:rsidRPr="007D7C56">
        <w:rPr>
          <w:rFonts w:cs="Times New Roman"/>
          <w:szCs w:val="26"/>
        </w:rPr>
        <w:t>- Câu 3. Có ý kiến cho rằng: “Vai trò quan trọng nhất của Liên hợp quốc là góp phần ngăn ngừa không để xảy ra một cuộc chiến tranh thế giới mới kể từ năm 1945 đến nay”. Em có đồng ý không? Vì sao?</w:t>
      </w:r>
    </w:p>
    <w:p w14:paraId="16713597" w14:textId="77777777" w:rsidR="00AA6143" w:rsidRPr="007D7C56" w:rsidRDefault="00000000">
      <w:pPr>
        <w:spacing w:after="80"/>
        <w:rPr>
          <w:rFonts w:cs="Times New Roman"/>
          <w:szCs w:val="26"/>
        </w:rPr>
      </w:pPr>
      <w:r w:rsidRPr="007D7C56">
        <w:rPr>
          <w:rFonts w:cs="Times New Roman"/>
          <w:b/>
          <w:szCs w:val="26"/>
        </w:rPr>
        <w:t>Gợi ý đánh giá:</w:t>
      </w:r>
    </w:p>
    <w:p w14:paraId="102199FB" w14:textId="77777777" w:rsidR="00AA6143" w:rsidRPr="007D7C56" w:rsidRDefault="00000000">
      <w:pPr>
        <w:spacing w:after="40"/>
        <w:ind w:hanging="198"/>
        <w:rPr>
          <w:rFonts w:cs="Times New Roman"/>
          <w:szCs w:val="26"/>
        </w:rPr>
      </w:pPr>
      <w:r w:rsidRPr="007D7C56">
        <w:rPr>
          <w:rFonts w:cs="Times New Roman"/>
          <w:szCs w:val="26"/>
        </w:rPr>
        <w:t>- Nội dung chính xác, có dẫn chứng; trình bày logic, rõ ràng.</w:t>
      </w:r>
    </w:p>
    <w:p w14:paraId="741CE788" w14:textId="77777777" w:rsidR="00AA6143" w:rsidRPr="007D7C56" w:rsidRDefault="00000000">
      <w:pPr>
        <w:spacing w:after="40"/>
        <w:ind w:hanging="198"/>
        <w:rPr>
          <w:rFonts w:cs="Times New Roman"/>
          <w:szCs w:val="26"/>
        </w:rPr>
      </w:pPr>
      <w:r w:rsidRPr="007D7C56">
        <w:rPr>
          <w:rFonts w:cs="Times New Roman"/>
          <w:szCs w:val="26"/>
        </w:rPr>
        <w:t>- Biết khai thác kênh hình và tư liệu; biết phân biệt sự kiện, nhận xét và đánh giá.</w:t>
      </w:r>
    </w:p>
    <w:p w14:paraId="13EB32D6" w14:textId="77777777" w:rsidR="00AA6143" w:rsidRPr="007D7C56" w:rsidRDefault="00000000">
      <w:pPr>
        <w:spacing w:after="40"/>
        <w:ind w:hanging="198"/>
        <w:rPr>
          <w:rFonts w:cs="Times New Roman"/>
          <w:szCs w:val="26"/>
        </w:rPr>
      </w:pPr>
      <w:r w:rsidRPr="007D7C56">
        <w:rPr>
          <w:rFonts w:cs="Times New Roman"/>
          <w:szCs w:val="26"/>
        </w:rPr>
        <w:t>- Có quan điểm cá nhân nhưng phải dựa trên kiến thức lịch sử và lập luận hợp lí.</w:t>
      </w:r>
    </w:p>
    <w:p w14:paraId="4109FAE8" w14:textId="77777777" w:rsidR="00AA6143" w:rsidRPr="007D7C56" w:rsidRDefault="00000000">
      <w:pPr>
        <w:spacing w:before="120" w:after="80"/>
        <w:rPr>
          <w:rFonts w:cs="Times New Roman"/>
          <w:szCs w:val="26"/>
        </w:rPr>
      </w:pPr>
      <w:r w:rsidRPr="007D7C56">
        <w:rPr>
          <w:rFonts w:cs="Times New Roman"/>
          <w:b/>
          <w:szCs w:val="26"/>
        </w:rPr>
        <w:t>D. HOẠT ĐỘNG VẬN DỤNG</w:t>
      </w:r>
    </w:p>
    <w:p w14:paraId="36EB74D7" w14:textId="77777777" w:rsidR="00AA6143" w:rsidRPr="007D7C56" w:rsidRDefault="00000000">
      <w:pPr>
        <w:spacing w:after="0"/>
        <w:rPr>
          <w:rFonts w:cs="Times New Roman"/>
          <w:szCs w:val="26"/>
        </w:rPr>
      </w:pPr>
      <w:r w:rsidRPr="007D7C56">
        <w:rPr>
          <w:rFonts w:cs="Times New Roman"/>
          <w:b/>
          <w:szCs w:val="26"/>
        </w:rPr>
        <w:t xml:space="preserve">a. Mục tiêu: </w:t>
      </w:r>
      <w:r w:rsidRPr="007D7C56">
        <w:rPr>
          <w:rFonts w:cs="Times New Roman"/>
          <w:szCs w:val="26"/>
        </w:rPr>
        <w:t>Vận dụng kiến thức bài học để tìm hiểu mối quan hệ giữa Liên hợp quốc và Việt Nam, đồng thời rèn kĩ năng sưu tầm, xử lí thông tin.</w:t>
      </w:r>
    </w:p>
    <w:p w14:paraId="01EE3ECA" w14:textId="77777777" w:rsidR="00AA6143" w:rsidRPr="007D7C56" w:rsidRDefault="00000000">
      <w:pPr>
        <w:spacing w:after="80"/>
        <w:rPr>
          <w:rFonts w:cs="Times New Roman"/>
          <w:szCs w:val="26"/>
        </w:rPr>
      </w:pPr>
      <w:r w:rsidRPr="007D7C56">
        <w:rPr>
          <w:rFonts w:cs="Times New Roman"/>
          <w:b/>
          <w:szCs w:val="26"/>
        </w:rPr>
        <w:t>b. Nhiệm vụ:</w:t>
      </w:r>
    </w:p>
    <w:p w14:paraId="2BEB8754" w14:textId="77777777" w:rsidR="00AA6143" w:rsidRPr="007D7C56" w:rsidRDefault="00000000">
      <w:pPr>
        <w:spacing w:after="40"/>
        <w:ind w:hanging="198"/>
        <w:rPr>
          <w:rFonts w:cs="Times New Roman"/>
          <w:szCs w:val="26"/>
        </w:rPr>
      </w:pPr>
      <w:r w:rsidRPr="007D7C56">
        <w:rPr>
          <w:rFonts w:cs="Times New Roman"/>
          <w:szCs w:val="26"/>
        </w:rPr>
        <w:t>- Tìm thông tin từ sách, báo, internet và chia sẻ với bạn bè về những đóng góp, hỗ trợ của Liên hợp quốc đối với Việt Nam.</w:t>
      </w:r>
    </w:p>
    <w:p w14:paraId="05B360FC" w14:textId="77777777" w:rsidR="00AA6143" w:rsidRPr="007D7C56" w:rsidRDefault="00000000">
      <w:pPr>
        <w:spacing w:after="40"/>
        <w:ind w:hanging="198"/>
        <w:rPr>
          <w:rFonts w:cs="Times New Roman"/>
          <w:szCs w:val="26"/>
        </w:rPr>
      </w:pPr>
      <w:r w:rsidRPr="007D7C56">
        <w:rPr>
          <w:rFonts w:cs="Times New Roman"/>
          <w:szCs w:val="26"/>
        </w:rPr>
        <w:t>- Thiết kế một sản phẩm ngắn (bài viết, infographic hoặc 5-7 trang trình chiếu) giới thiệu một chương trình/quỹ của Liên hợp quốc đang hoạt động tại Việt Nam.</w:t>
      </w:r>
    </w:p>
    <w:p w14:paraId="4D9C6841" w14:textId="77777777" w:rsidR="00AA6143" w:rsidRPr="007D7C56" w:rsidRDefault="00000000">
      <w:pPr>
        <w:spacing w:after="40"/>
        <w:ind w:hanging="198"/>
        <w:rPr>
          <w:rFonts w:cs="Times New Roman"/>
          <w:szCs w:val="26"/>
        </w:rPr>
      </w:pPr>
      <w:r w:rsidRPr="007D7C56">
        <w:rPr>
          <w:rFonts w:cs="Times New Roman"/>
          <w:szCs w:val="26"/>
        </w:rPr>
        <w:lastRenderedPageBreak/>
        <w:t>- Nêu ba nguyên tắc cần tuân thủ khi tìm kiếm, kiểm chứng và chia sẻ thông tin lịch sử trên internet.</w:t>
      </w:r>
    </w:p>
    <w:p w14:paraId="0458751C" w14:textId="77777777" w:rsidR="00AA6143" w:rsidRPr="007D7C56" w:rsidRDefault="00000000">
      <w:pPr>
        <w:spacing w:after="0"/>
        <w:rPr>
          <w:rFonts w:cs="Times New Roman"/>
          <w:szCs w:val="26"/>
        </w:rPr>
      </w:pPr>
      <w:r w:rsidRPr="007D7C56">
        <w:rPr>
          <w:rFonts w:cs="Times New Roman"/>
          <w:b/>
          <w:szCs w:val="26"/>
        </w:rPr>
        <w:t xml:space="preserve">c. Sản phẩm học tập: </w:t>
      </w:r>
      <w:r w:rsidRPr="007D7C56">
        <w:rPr>
          <w:rFonts w:cs="Times New Roman"/>
          <w:szCs w:val="26"/>
        </w:rPr>
        <w:t>Bài viết, infographic hoặc bài trình chiếu có nguồn trích dẫn rõ ràng, nội dung chính xác, trình bày khoa học.</w:t>
      </w:r>
    </w:p>
    <w:p w14:paraId="50917170" w14:textId="77777777" w:rsidR="00AA6143" w:rsidRPr="007D7C56" w:rsidRDefault="00000000">
      <w:pPr>
        <w:spacing w:before="120" w:after="80"/>
        <w:rPr>
          <w:rFonts w:cs="Times New Roman"/>
          <w:szCs w:val="26"/>
        </w:rPr>
      </w:pPr>
      <w:r w:rsidRPr="007D7C56">
        <w:rPr>
          <w:rFonts w:cs="Times New Roman"/>
          <w:b/>
          <w:szCs w:val="26"/>
        </w:rPr>
        <w:t>E. CỦNG CỐ - DẶN DÒ</w:t>
      </w:r>
    </w:p>
    <w:p w14:paraId="76B9AD5A" w14:textId="77777777" w:rsidR="00AA6143" w:rsidRPr="007D7C56" w:rsidRDefault="00000000">
      <w:pPr>
        <w:spacing w:after="40"/>
        <w:ind w:hanging="198"/>
        <w:rPr>
          <w:rFonts w:cs="Times New Roman"/>
          <w:szCs w:val="26"/>
        </w:rPr>
      </w:pPr>
      <w:r w:rsidRPr="007D7C56">
        <w:rPr>
          <w:rFonts w:cs="Times New Roman"/>
          <w:szCs w:val="26"/>
        </w:rPr>
        <w:t>- GV yêu cầu HS nhắc lại bốn nội dung cốt lõi: quá trình thành lập; mục tiêu; nguyên tắc; vai trò của Liên hợp quốc.</w:t>
      </w:r>
    </w:p>
    <w:p w14:paraId="4C3C4377" w14:textId="77777777" w:rsidR="00AA6143" w:rsidRPr="007D7C56" w:rsidRDefault="00000000">
      <w:pPr>
        <w:spacing w:after="40"/>
        <w:ind w:hanging="198"/>
        <w:rPr>
          <w:rFonts w:cs="Times New Roman"/>
          <w:szCs w:val="26"/>
        </w:rPr>
      </w:pPr>
      <w:r w:rsidRPr="007D7C56">
        <w:rPr>
          <w:rFonts w:cs="Times New Roman"/>
          <w:szCs w:val="26"/>
        </w:rPr>
        <w:t>- Hoàn thiện sơ đồ tư duy bài học.</w:t>
      </w:r>
    </w:p>
    <w:p w14:paraId="3EF50A1E" w14:textId="77777777" w:rsidR="00AA6143" w:rsidRPr="007D7C56" w:rsidRDefault="00000000">
      <w:pPr>
        <w:spacing w:after="40"/>
        <w:ind w:hanging="198"/>
        <w:rPr>
          <w:rFonts w:cs="Times New Roman"/>
          <w:szCs w:val="26"/>
        </w:rPr>
      </w:pPr>
      <w:r w:rsidRPr="007D7C56">
        <w:rPr>
          <w:rFonts w:cs="Times New Roman"/>
          <w:szCs w:val="26"/>
        </w:rPr>
        <w:t>- Chuẩn bị bài tiếp theo theo yêu cầu của GV.</w:t>
      </w:r>
    </w:p>
    <w:p w14:paraId="5991EB3A" w14:textId="77777777" w:rsidR="00AA6143" w:rsidRPr="007D7C56" w:rsidRDefault="00000000">
      <w:pPr>
        <w:spacing w:before="120" w:after="80"/>
        <w:rPr>
          <w:rFonts w:cs="Times New Roman"/>
          <w:szCs w:val="26"/>
        </w:rPr>
      </w:pPr>
      <w:r w:rsidRPr="007D7C56">
        <w:rPr>
          <w:rFonts w:cs="Times New Roman"/>
          <w:b/>
          <w:szCs w:val="26"/>
        </w:rPr>
        <w:t>F. NHẬN XÉT SAU GIỜ DẠY</w:t>
      </w:r>
    </w:p>
    <w:p w14:paraId="4DF9F11A" w14:textId="554491B6" w:rsidR="00AA6143" w:rsidRPr="007D7C56" w:rsidRDefault="00000000">
      <w:pPr>
        <w:spacing w:after="40"/>
        <w:rPr>
          <w:rFonts w:cs="Times New Roman"/>
          <w:szCs w:val="26"/>
        </w:rPr>
      </w:pPr>
      <w:r w:rsidRPr="007D7C56">
        <w:rPr>
          <w:rFonts w:cs="Times New Roman"/>
          <w:szCs w:val="26"/>
        </w:rPr>
        <w:t>...........................................................................................................................................</w:t>
      </w:r>
    </w:p>
    <w:p w14:paraId="08A354E8" w14:textId="4296E708" w:rsidR="00AA6143" w:rsidRPr="007D7C56" w:rsidRDefault="00000000">
      <w:pPr>
        <w:spacing w:after="40"/>
        <w:rPr>
          <w:rFonts w:cs="Times New Roman"/>
          <w:szCs w:val="26"/>
        </w:rPr>
      </w:pPr>
      <w:r w:rsidRPr="007D7C56">
        <w:rPr>
          <w:rFonts w:cs="Times New Roman"/>
          <w:szCs w:val="26"/>
        </w:rPr>
        <w:t>...........................................................................................................................................</w:t>
      </w:r>
    </w:p>
    <w:p w14:paraId="7CFCEF51" w14:textId="3229F7AC" w:rsidR="00AA6143" w:rsidRPr="007D7C56" w:rsidRDefault="00000000">
      <w:pPr>
        <w:spacing w:after="40"/>
        <w:rPr>
          <w:rFonts w:cs="Times New Roman"/>
          <w:szCs w:val="26"/>
        </w:rPr>
      </w:pPr>
      <w:r w:rsidRPr="007D7C56">
        <w:rPr>
          <w:rFonts w:cs="Times New Roman"/>
          <w:szCs w:val="26"/>
        </w:rPr>
        <w:t>...........................................................................................................................................</w:t>
      </w:r>
    </w:p>
    <w:p w14:paraId="0E75E89F" w14:textId="77777777" w:rsidR="00AA6143" w:rsidRPr="007D7C56" w:rsidRDefault="00AA6143">
      <w:pPr>
        <w:spacing w:after="40"/>
        <w:rPr>
          <w:rFonts w:cs="Times New Roman"/>
          <w:szCs w:val="26"/>
        </w:rPr>
      </w:pPr>
    </w:p>
    <w:sectPr w:rsidR="00AA6143" w:rsidRPr="007D7C56" w:rsidSect="00791F94">
      <w:pgSz w:w="11906" w:h="16838"/>
      <w:pgMar w:top="568" w:right="566"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4272726">
    <w:abstractNumId w:val="8"/>
  </w:num>
  <w:num w:numId="2" w16cid:durableId="2097743752">
    <w:abstractNumId w:val="6"/>
  </w:num>
  <w:num w:numId="3" w16cid:durableId="1266158886">
    <w:abstractNumId w:val="5"/>
  </w:num>
  <w:num w:numId="4" w16cid:durableId="1156997300">
    <w:abstractNumId w:val="4"/>
  </w:num>
  <w:num w:numId="5" w16cid:durableId="1622422617">
    <w:abstractNumId w:val="7"/>
  </w:num>
  <w:num w:numId="6" w16cid:durableId="909342918">
    <w:abstractNumId w:val="3"/>
  </w:num>
  <w:num w:numId="7" w16cid:durableId="469905519">
    <w:abstractNumId w:val="2"/>
  </w:num>
  <w:num w:numId="8" w16cid:durableId="162547912">
    <w:abstractNumId w:val="1"/>
  </w:num>
  <w:num w:numId="9" w16cid:durableId="143354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0FC9"/>
    <w:rsid w:val="0015074B"/>
    <w:rsid w:val="0026173A"/>
    <w:rsid w:val="0029639D"/>
    <w:rsid w:val="00321417"/>
    <w:rsid w:val="00326F90"/>
    <w:rsid w:val="003E455D"/>
    <w:rsid w:val="00436C1E"/>
    <w:rsid w:val="005570C4"/>
    <w:rsid w:val="00744163"/>
    <w:rsid w:val="00791F94"/>
    <w:rsid w:val="007D7C56"/>
    <w:rsid w:val="0080393D"/>
    <w:rsid w:val="00831A09"/>
    <w:rsid w:val="009373F3"/>
    <w:rsid w:val="00A45354"/>
    <w:rsid w:val="00AA10EF"/>
    <w:rsid w:val="00AA1D8D"/>
    <w:rsid w:val="00AA6143"/>
    <w:rsid w:val="00B47730"/>
    <w:rsid w:val="00BF73A1"/>
    <w:rsid w:val="00CB0664"/>
    <w:rsid w:val="00D14DDD"/>
    <w:rsid w:val="00D36F79"/>
    <w:rsid w:val="00D840BF"/>
    <w:rsid w:val="00DC7315"/>
    <w:rsid w:val="00FB3EEB"/>
    <w:rsid w:val="00FC693F"/>
    <w:rsid w:val="00FF0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001D23"/>
  <w14:defaultImageDpi w14:val="300"/>
  <w15:docId w15:val="{71193A61-C4FA-4BC4-9AFB-A1B436322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sid w:val="00A45354"/>
    <w:rPr>
      <w:rFonts w:ascii="TimesNewRomanPSMT" w:hAnsi="TimesNewRomanPSMT" w:hint="default"/>
      <w:b w:val="0"/>
      <w:bCs w:val="0"/>
      <w:i w:val="0"/>
      <w:iCs w:val="0"/>
      <w:color w:val="000000"/>
      <w:sz w:val="26"/>
      <w:szCs w:val="26"/>
    </w:rPr>
  </w:style>
  <w:style w:type="character" w:customStyle="1" w:styleId="fontstyle21">
    <w:name w:val="fontstyle21"/>
    <w:basedOn w:val="DefaultParagraphFont"/>
    <w:rsid w:val="005570C4"/>
    <w:rPr>
      <w:rFonts w:ascii="TimesNewRomanPSMT" w:hAnsi="TimesNewRomanPSMT" w:hint="default"/>
      <w:b w:val="0"/>
      <w:bCs w:val="0"/>
      <w:i w:val="0"/>
      <w:iCs w:val="0"/>
      <w:color w:val="30303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2407</Words>
  <Characters>13726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12</cp:revision>
  <dcterms:created xsi:type="dcterms:W3CDTF">2026-07-21T09:44:00Z</dcterms:created>
  <dcterms:modified xsi:type="dcterms:W3CDTF">2026-09-27T14:32:00Z</dcterms:modified>
  <cp:category/>
</cp:coreProperties>
</file>