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F83B8" w14:textId="28C478AF" w:rsidR="00851A19" w:rsidRDefault="00851A19" w:rsidP="00851A19">
      <w:pPr>
        <w:spacing w:after="80"/>
        <w:rPr>
          <w:rFonts w:cs="Times New Roman"/>
          <w:b/>
          <w:bCs/>
          <w:i/>
          <w:iCs/>
          <w:szCs w:val="26"/>
        </w:rPr>
      </w:pPr>
      <w:r>
        <w:rPr>
          <w:rFonts w:cs="Times New Roman"/>
          <w:b/>
          <w:bCs/>
          <w:i/>
          <w:iCs/>
          <w:szCs w:val="26"/>
        </w:rPr>
        <w:t>Ngày soạn: 15/9/2026.</w:t>
      </w:r>
    </w:p>
    <w:p w14:paraId="24320DFE" w14:textId="5BD854BB" w:rsidR="00851A19" w:rsidRPr="00851A19" w:rsidRDefault="00851A19" w:rsidP="00851A19">
      <w:pPr>
        <w:spacing w:after="80"/>
        <w:rPr>
          <w:rFonts w:cs="Times New Roman"/>
          <w:b/>
          <w:bCs/>
          <w:i/>
          <w:iCs/>
          <w:szCs w:val="26"/>
        </w:rPr>
      </w:pPr>
      <w:r w:rsidRPr="00791F94">
        <w:rPr>
          <w:rFonts w:cs="Times New Roman"/>
          <w:b/>
          <w:bCs/>
          <w:i/>
          <w:iCs/>
          <w:szCs w:val="26"/>
        </w:rPr>
        <w:t>Giáo viên : Nguyễn Văn Thuật</w:t>
      </w:r>
    </w:p>
    <w:p w14:paraId="76CBF076" w14:textId="77777777" w:rsidR="005D67C0" w:rsidRDefault="00000000">
      <w:pPr>
        <w:keepNext/>
        <w:spacing w:before="120" w:after="120"/>
        <w:jc w:val="center"/>
        <w:rPr>
          <w:b/>
          <w:sz w:val="28"/>
          <w:szCs w:val="28"/>
        </w:rPr>
      </w:pPr>
      <w:r w:rsidRPr="00687C6B">
        <w:rPr>
          <w:b/>
          <w:sz w:val="28"/>
          <w:szCs w:val="28"/>
        </w:rPr>
        <w:t>BÀI 2. TRI THỨC LỊCH SỬ VÀ CUỘC SỐNG</w:t>
      </w:r>
    </w:p>
    <w:p w14:paraId="0A93A23E" w14:textId="680949BA" w:rsidR="00851A19" w:rsidRPr="00687C6B" w:rsidRDefault="00851A19">
      <w:pPr>
        <w:keepNext/>
        <w:spacing w:before="120" w:after="120"/>
        <w:jc w:val="center"/>
        <w:rPr>
          <w:sz w:val="28"/>
          <w:szCs w:val="28"/>
        </w:rPr>
      </w:pPr>
      <w:r>
        <w:rPr>
          <w:b/>
          <w:sz w:val="28"/>
          <w:szCs w:val="28"/>
        </w:rPr>
        <w:t>(Tiết 4, 5)</w:t>
      </w:r>
    </w:p>
    <w:p w14:paraId="08D4DC14" w14:textId="77777777" w:rsidR="005D67C0" w:rsidRPr="00687C6B" w:rsidRDefault="00000000">
      <w:pPr>
        <w:keepNext/>
        <w:spacing w:before="120" w:after="60"/>
        <w:rPr>
          <w:sz w:val="28"/>
          <w:szCs w:val="28"/>
        </w:rPr>
      </w:pPr>
      <w:r w:rsidRPr="00687C6B">
        <w:rPr>
          <w:b/>
          <w:sz w:val="28"/>
          <w:szCs w:val="28"/>
        </w:rPr>
        <w:t>I. MỤC ĐÍCH, YÊU CẦU</w:t>
      </w:r>
    </w:p>
    <w:p w14:paraId="690B97FF" w14:textId="77777777" w:rsidR="005D67C0" w:rsidRPr="00687C6B" w:rsidRDefault="00000000">
      <w:pPr>
        <w:keepNext/>
        <w:rPr>
          <w:sz w:val="28"/>
          <w:szCs w:val="28"/>
        </w:rPr>
      </w:pPr>
      <w:r w:rsidRPr="00687C6B">
        <w:rPr>
          <w:b/>
          <w:sz w:val="28"/>
          <w:szCs w:val="28"/>
        </w:rPr>
        <w:t>1. Về kiến thức</w:t>
      </w:r>
    </w:p>
    <w:p w14:paraId="7CD2FC55" w14:textId="7CC4102D" w:rsidR="005D67C0" w:rsidRPr="00687C6B" w:rsidRDefault="00000000">
      <w:pPr>
        <w:rPr>
          <w:sz w:val="28"/>
          <w:szCs w:val="28"/>
        </w:rPr>
      </w:pPr>
      <w:r w:rsidRPr="00687C6B">
        <w:rPr>
          <w:sz w:val="28"/>
          <w:szCs w:val="28"/>
        </w:rPr>
        <w:t xml:space="preserve">- </w:t>
      </w:r>
      <w:r w:rsidR="00015211">
        <w:rPr>
          <w:sz w:val="28"/>
          <w:szCs w:val="28"/>
        </w:rPr>
        <w:t>S</w:t>
      </w:r>
      <w:r w:rsidRPr="00687C6B">
        <w:rPr>
          <w:sz w:val="28"/>
          <w:szCs w:val="28"/>
        </w:rPr>
        <w:t>ự cần thiết phải học tập và khám phá lịch sử suốt đời.</w:t>
      </w:r>
    </w:p>
    <w:p w14:paraId="45273BE5" w14:textId="5C6A0109" w:rsidR="005D67C0" w:rsidRPr="00687C6B" w:rsidRDefault="00000000">
      <w:pPr>
        <w:rPr>
          <w:sz w:val="28"/>
          <w:szCs w:val="28"/>
        </w:rPr>
      </w:pPr>
      <w:r w:rsidRPr="00687C6B">
        <w:rPr>
          <w:sz w:val="28"/>
          <w:szCs w:val="28"/>
        </w:rPr>
        <w:t xml:space="preserve">- </w:t>
      </w:r>
      <w:r w:rsidR="00015211">
        <w:rPr>
          <w:sz w:val="28"/>
          <w:szCs w:val="28"/>
        </w:rPr>
        <w:t>M</w:t>
      </w:r>
      <w:r w:rsidRPr="00687C6B">
        <w:rPr>
          <w:sz w:val="28"/>
          <w:szCs w:val="28"/>
        </w:rPr>
        <w:t>ối quan hệ giữa tri thức lịch sử với cuộc sống; biết kết nối lịch sử với cuộc sống và nhận ra những dấu tích, chứng nhân lịch sử trong môi trường xung quanh.</w:t>
      </w:r>
    </w:p>
    <w:p w14:paraId="0D319324" w14:textId="75849727" w:rsidR="005D67C0" w:rsidRPr="00687C6B" w:rsidRDefault="00000000">
      <w:pPr>
        <w:rPr>
          <w:sz w:val="28"/>
          <w:szCs w:val="28"/>
        </w:rPr>
      </w:pPr>
      <w:r w:rsidRPr="00687C6B">
        <w:rPr>
          <w:sz w:val="28"/>
          <w:szCs w:val="28"/>
        </w:rPr>
        <w:t xml:space="preserve">- </w:t>
      </w:r>
      <w:r w:rsidR="00015211">
        <w:rPr>
          <w:sz w:val="28"/>
          <w:szCs w:val="28"/>
        </w:rPr>
        <w:t>C</w:t>
      </w:r>
      <w:r w:rsidRPr="00687C6B">
        <w:rPr>
          <w:sz w:val="28"/>
          <w:szCs w:val="28"/>
        </w:rPr>
        <w:t>ác hình thức học tập, tìm hiểu lịch sử ngoài giờ học trên lớp như đọc sách, tham quan bảo tàng, di tích lịch sử - văn hoá, tìm hiểu lịch sử gia đình, dòng họ, quê hương và khai thác học liệu số.</w:t>
      </w:r>
    </w:p>
    <w:p w14:paraId="41E6827A" w14:textId="5ECB3EEA" w:rsidR="005D67C0" w:rsidRPr="00687C6B" w:rsidRDefault="00000000">
      <w:pPr>
        <w:rPr>
          <w:sz w:val="28"/>
          <w:szCs w:val="28"/>
        </w:rPr>
      </w:pPr>
      <w:r w:rsidRPr="00687C6B">
        <w:rPr>
          <w:sz w:val="28"/>
          <w:szCs w:val="28"/>
        </w:rPr>
        <w:t xml:space="preserve">- </w:t>
      </w:r>
      <w:r w:rsidR="00015211">
        <w:rPr>
          <w:sz w:val="28"/>
          <w:szCs w:val="28"/>
        </w:rPr>
        <w:t>K</w:t>
      </w:r>
      <w:r w:rsidRPr="00687C6B">
        <w:rPr>
          <w:sz w:val="28"/>
          <w:szCs w:val="28"/>
        </w:rPr>
        <w:t>hái niệm sử liệu; nêu được nội dung cơ bản của việc sưu tầm, thu thập và xử lí thông tin sử liệu trong học tập, khám phá lịch sử.</w:t>
      </w:r>
    </w:p>
    <w:p w14:paraId="43285737" w14:textId="1C13DA0B" w:rsidR="005D67C0" w:rsidRPr="00687C6B" w:rsidRDefault="00000000">
      <w:pPr>
        <w:rPr>
          <w:sz w:val="28"/>
          <w:szCs w:val="28"/>
        </w:rPr>
      </w:pPr>
      <w:r w:rsidRPr="00687C6B">
        <w:rPr>
          <w:sz w:val="28"/>
          <w:szCs w:val="28"/>
        </w:rPr>
        <w:t xml:space="preserve">- </w:t>
      </w:r>
      <w:r w:rsidR="00015211">
        <w:rPr>
          <w:sz w:val="28"/>
          <w:szCs w:val="28"/>
        </w:rPr>
        <w:t>V</w:t>
      </w:r>
      <w:r w:rsidRPr="00687C6B">
        <w:rPr>
          <w:sz w:val="28"/>
          <w:szCs w:val="28"/>
        </w:rPr>
        <w:t>ận dụng tri thức và bài học lịch sử để giải thích một số vấn đề thời sự trong nước, thế giới và những vấn đề trong thực tiễn cuộc sống ở mức độ đơn giản.</w:t>
      </w:r>
    </w:p>
    <w:p w14:paraId="7DA6AB19" w14:textId="77777777" w:rsidR="005D67C0" w:rsidRPr="00687C6B" w:rsidRDefault="00000000">
      <w:pPr>
        <w:keepNext/>
        <w:rPr>
          <w:sz w:val="28"/>
          <w:szCs w:val="28"/>
        </w:rPr>
      </w:pPr>
      <w:r w:rsidRPr="00687C6B">
        <w:rPr>
          <w:b/>
          <w:sz w:val="28"/>
          <w:szCs w:val="28"/>
        </w:rPr>
        <w:t>2. Về kĩ năng, năng lực</w:t>
      </w:r>
    </w:p>
    <w:p w14:paraId="7DFEE147" w14:textId="77777777" w:rsidR="005D67C0" w:rsidRPr="00687C6B" w:rsidRDefault="00000000">
      <w:pPr>
        <w:rPr>
          <w:sz w:val="28"/>
          <w:szCs w:val="28"/>
        </w:rPr>
      </w:pPr>
      <w:r w:rsidRPr="00687C6B">
        <w:rPr>
          <w:sz w:val="28"/>
          <w:szCs w:val="28"/>
        </w:rPr>
        <w:t>- Rèn luyện kĩ năng sưu tầm, thu thập, phân loại, đánh giá, so sánh và khai thác thông tin từ các nguồn sử liệu khác nhau.</w:t>
      </w:r>
    </w:p>
    <w:p w14:paraId="36156318" w14:textId="77777777" w:rsidR="005D67C0" w:rsidRPr="00687C6B" w:rsidRDefault="00000000">
      <w:pPr>
        <w:rPr>
          <w:sz w:val="28"/>
          <w:szCs w:val="28"/>
        </w:rPr>
      </w:pPr>
      <w:r w:rsidRPr="00687C6B">
        <w:rPr>
          <w:sz w:val="28"/>
          <w:szCs w:val="28"/>
        </w:rPr>
        <w:t>- Phát triển năng lực tìm hiểu lịch sử thông qua quan sát kênh hình, đọc tư liệu, đặt câu hỏi, xác định vấn đề và lựa chọn nguồn thông tin phù hợp.</w:t>
      </w:r>
    </w:p>
    <w:p w14:paraId="6D8764C3" w14:textId="77777777" w:rsidR="005D67C0" w:rsidRPr="00687C6B" w:rsidRDefault="00000000">
      <w:pPr>
        <w:rPr>
          <w:sz w:val="28"/>
          <w:szCs w:val="28"/>
        </w:rPr>
      </w:pPr>
      <w:r w:rsidRPr="00687C6B">
        <w:rPr>
          <w:sz w:val="28"/>
          <w:szCs w:val="28"/>
        </w:rPr>
        <w:t>- Phát triển năng lực nhận thức và tư duy lịch sử thông qua việc giải thích vai trò của tri thức lịch sử, phân tích mối liên hệ giữa quá khứ với hiện tại và tương lai.</w:t>
      </w:r>
    </w:p>
    <w:p w14:paraId="7E316CE5" w14:textId="77777777" w:rsidR="005D67C0" w:rsidRPr="00687C6B" w:rsidRDefault="00000000">
      <w:pPr>
        <w:rPr>
          <w:sz w:val="28"/>
          <w:szCs w:val="28"/>
        </w:rPr>
      </w:pPr>
      <w:r w:rsidRPr="00687C6B">
        <w:rPr>
          <w:sz w:val="28"/>
          <w:szCs w:val="28"/>
        </w:rPr>
        <w:t>- Phát triển năng lực vận dụng kiến thức, kĩ năng đã học để liên hệ lịch sử với gia đình, nhà trường, quê hương; trình bày quan điểm cá nhân về ý nghĩa của việc học tập lịch sử.</w:t>
      </w:r>
    </w:p>
    <w:p w14:paraId="492B884C" w14:textId="77777777" w:rsidR="005D67C0" w:rsidRPr="00687C6B" w:rsidRDefault="00000000">
      <w:pPr>
        <w:rPr>
          <w:sz w:val="28"/>
          <w:szCs w:val="28"/>
        </w:rPr>
      </w:pPr>
      <w:r w:rsidRPr="00687C6B">
        <w:rPr>
          <w:sz w:val="28"/>
          <w:szCs w:val="28"/>
        </w:rPr>
        <w:t>- Rèn luyện năng lực giao tiếp, hợp tác, tự chủ và tự học thông qua hoạt động cá nhân, cặp đôi, nhóm và nhiệm vụ học tập ngoài lớp học.</w:t>
      </w:r>
    </w:p>
    <w:p w14:paraId="2618B63C" w14:textId="1C001B8E" w:rsidR="006D45B8" w:rsidRDefault="0045736A">
      <w:pPr>
        <w:rPr>
          <w:b/>
          <w:bCs/>
          <w:sz w:val="28"/>
          <w:szCs w:val="28"/>
        </w:rPr>
      </w:pPr>
      <w:r w:rsidRPr="0045736A">
        <w:rPr>
          <w:b/>
          <w:bCs/>
          <w:sz w:val="28"/>
          <w:szCs w:val="28"/>
        </w:rPr>
        <w:t>3.Năng lực số</w:t>
      </w:r>
    </w:p>
    <w:p w14:paraId="73F70168" w14:textId="764AA693" w:rsidR="0045736A" w:rsidRPr="0045736A" w:rsidRDefault="0045736A" w:rsidP="0045736A">
      <w:pPr>
        <w:spacing w:line="240" w:lineRule="auto"/>
        <w:rPr>
          <w:rFonts w:cs="Times New Roman"/>
          <w:color w:val="EE0000"/>
          <w:sz w:val="24"/>
          <w:szCs w:val="24"/>
        </w:rPr>
      </w:pPr>
      <w:r w:rsidRPr="0045736A">
        <w:rPr>
          <w:rFonts w:ascii="TimesNewRomanPSMT" w:hAnsi="TimesNewRomanPSMT" w:cs="Times New Roman"/>
          <w:color w:val="EE0000"/>
          <w:szCs w:val="26"/>
        </w:rPr>
        <w:t>1.1.NC1b HS sử dụng</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công nghệ số để tìm kiếm</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để lấy được dữ liệu, thông</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tin và nội dung trong môi</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trường số</w:t>
      </w:r>
    </w:p>
    <w:p w14:paraId="7182A62E" w14:textId="7DADD41C" w:rsidR="0045736A" w:rsidRPr="0045736A" w:rsidRDefault="0045736A" w:rsidP="0045736A">
      <w:pPr>
        <w:rPr>
          <w:rFonts w:cs="Times New Roman"/>
          <w:color w:val="EE0000"/>
          <w:sz w:val="24"/>
          <w:szCs w:val="24"/>
        </w:rPr>
      </w:pPr>
      <w:r w:rsidRPr="0045736A">
        <w:rPr>
          <w:rFonts w:ascii="TimesNewRomanPSMT" w:hAnsi="TimesNewRomanPSMT" w:cs="Times New Roman"/>
          <w:color w:val="EE0000"/>
          <w:szCs w:val="26"/>
        </w:rPr>
        <w:t>6.2.NC1a. Sử dụng AI để</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tạo nội dung, khám phá</w:t>
      </w:r>
      <w:r w:rsidRPr="0045736A">
        <w:rPr>
          <w:rFonts w:ascii="TimesNewRomanPSMT" w:hAnsi="TimesNewRomanPSMT" w:cs="Times New Roman"/>
          <w:color w:val="EE0000"/>
          <w:szCs w:val="26"/>
        </w:rPr>
        <w:t xml:space="preserve"> </w:t>
      </w:r>
      <w:r w:rsidRPr="0045736A">
        <w:rPr>
          <w:rFonts w:ascii="TimesNewRomanPSMT" w:hAnsi="TimesNewRomanPSMT" w:cs="Times New Roman"/>
          <w:color w:val="EE0000"/>
          <w:szCs w:val="26"/>
        </w:rPr>
        <w:t>kiến thức trong học tập.</w:t>
      </w:r>
    </w:p>
    <w:p w14:paraId="2DCB50FE" w14:textId="35EA2248" w:rsidR="005D67C0" w:rsidRPr="00687C6B" w:rsidRDefault="0045736A">
      <w:pPr>
        <w:keepNext/>
        <w:rPr>
          <w:sz w:val="28"/>
          <w:szCs w:val="28"/>
        </w:rPr>
      </w:pPr>
      <w:r>
        <w:rPr>
          <w:b/>
          <w:sz w:val="28"/>
          <w:szCs w:val="28"/>
        </w:rPr>
        <w:t>4</w:t>
      </w:r>
      <w:r w:rsidR="00000000" w:rsidRPr="00687C6B">
        <w:rPr>
          <w:b/>
          <w:sz w:val="28"/>
          <w:szCs w:val="28"/>
        </w:rPr>
        <w:t>. Về phẩm chất</w:t>
      </w:r>
    </w:p>
    <w:p w14:paraId="6BEEF889" w14:textId="77777777" w:rsidR="005D67C0" w:rsidRPr="00687C6B" w:rsidRDefault="00000000">
      <w:pPr>
        <w:rPr>
          <w:sz w:val="28"/>
          <w:szCs w:val="28"/>
        </w:rPr>
      </w:pPr>
      <w:r w:rsidRPr="00687C6B">
        <w:rPr>
          <w:sz w:val="28"/>
          <w:szCs w:val="28"/>
        </w:rPr>
        <w:t>- Bồi dưỡng lòng yêu quê hương, đất nước; có ý thức trân trọng lịch sử, văn hoá của dân tộc và thế giới.</w:t>
      </w:r>
    </w:p>
    <w:p w14:paraId="49C19EEC" w14:textId="77777777" w:rsidR="005D67C0" w:rsidRPr="00687C6B" w:rsidRDefault="00000000">
      <w:pPr>
        <w:rPr>
          <w:sz w:val="28"/>
          <w:szCs w:val="28"/>
        </w:rPr>
      </w:pPr>
      <w:r w:rsidRPr="00687C6B">
        <w:rPr>
          <w:sz w:val="28"/>
          <w:szCs w:val="28"/>
        </w:rPr>
        <w:t>- Hình thành thái độ tôn trọng sự thật lịch sử, biết sử dụng thông tin có căn cứ và có trách nhiệm khi chia sẻ tư liệu.</w:t>
      </w:r>
    </w:p>
    <w:p w14:paraId="23FAA704" w14:textId="77777777" w:rsidR="005D67C0" w:rsidRPr="00687C6B" w:rsidRDefault="00000000">
      <w:pPr>
        <w:rPr>
          <w:sz w:val="28"/>
          <w:szCs w:val="28"/>
        </w:rPr>
      </w:pPr>
      <w:r w:rsidRPr="00687C6B">
        <w:rPr>
          <w:sz w:val="28"/>
          <w:szCs w:val="28"/>
        </w:rPr>
        <w:t>- Hình thành phẩm chất chăm chỉ, trách nhiệm, chủ động tìm tòi và duy trì thói quen học tập, khám phá lịch sử suốt đời.</w:t>
      </w:r>
    </w:p>
    <w:p w14:paraId="61E611C7" w14:textId="77777777" w:rsidR="005D67C0" w:rsidRPr="00687C6B" w:rsidRDefault="00000000">
      <w:pPr>
        <w:rPr>
          <w:sz w:val="28"/>
          <w:szCs w:val="28"/>
        </w:rPr>
      </w:pPr>
      <w:r w:rsidRPr="00687C6B">
        <w:rPr>
          <w:sz w:val="28"/>
          <w:szCs w:val="28"/>
        </w:rPr>
        <w:lastRenderedPageBreak/>
        <w:t>- Có ý thức giữ gìn, bảo vệ và phát huy giá trị của di sản, hiện vật, tư liệu lịch sử trong gia đình, nhà trường và cộng đồng.</w:t>
      </w:r>
    </w:p>
    <w:p w14:paraId="5244EA84" w14:textId="77777777" w:rsidR="005D67C0" w:rsidRPr="00687C6B" w:rsidRDefault="00000000">
      <w:pPr>
        <w:keepNext/>
        <w:spacing w:before="120" w:after="60"/>
        <w:rPr>
          <w:sz w:val="28"/>
          <w:szCs w:val="28"/>
        </w:rPr>
      </w:pPr>
      <w:r w:rsidRPr="00687C6B">
        <w:rPr>
          <w:b/>
          <w:sz w:val="28"/>
          <w:szCs w:val="28"/>
        </w:rPr>
        <w:t>II. THIẾT BỊ DẠY HỌC VÀ HỌC LIỆU</w:t>
      </w:r>
    </w:p>
    <w:p w14:paraId="38E5A105" w14:textId="77777777" w:rsidR="005D67C0" w:rsidRPr="00687C6B" w:rsidRDefault="00000000">
      <w:pPr>
        <w:keepNext/>
        <w:rPr>
          <w:sz w:val="28"/>
          <w:szCs w:val="28"/>
        </w:rPr>
      </w:pPr>
      <w:r w:rsidRPr="00687C6B">
        <w:rPr>
          <w:b/>
          <w:sz w:val="28"/>
          <w:szCs w:val="28"/>
        </w:rPr>
        <w:t>1. Giáo viên</w:t>
      </w:r>
    </w:p>
    <w:p w14:paraId="5C5F1934" w14:textId="77777777" w:rsidR="005D67C0" w:rsidRPr="00687C6B" w:rsidRDefault="00000000">
      <w:pPr>
        <w:rPr>
          <w:sz w:val="28"/>
          <w:szCs w:val="28"/>
        </w:rPr>
      </w:pPr>
      <w:r w:rsidRPr="00687C6B">
        <w:rPr>
          <w:sz w:val="28"/>
          <w:szCs w:val="28"/>
        </w:rPr>
        <w:t>- Giáo án được xây dựng theo định hướng phát triển phẩm chất, năng lực và yêu cầu của Công văn 5512.</w:t>
      </w:r>
    </w:p>
    <w:p w14:paraId="4756B84E" w14:textId="77777777" w:rsidR="005D67C0" w:rsidRPr="00687C6B" w:rsidRDefault="00000000">
      <w:pPr>
        <w:rPr>
          <w:sz w:val="28"/>
          <w:szCs w:val="28"/>
        </w:rPr>
      </w:pPr>
      <w:r w:rsidRPr="00687C6B">
        <w:rPr>
          <w:sz w:val="28"/>
          <w:szCs w:val="28"/>
        </w:rPr>
        <w:t>- SGK, SGV Lịch sử và Địa lí 6 (phân môn Lịch sử), bộ sách Kết nối tri thức với cuộc sống.</w:t>
      </w:r>
    </w:p>
    <w:p w14:paraId="64E96F10" w14:textId="77777777" w:rsidR="005D67C0" w:rsidRPr="00687C6B" w:rsidRDefault="00000000">
      <w:pPr>
        <w:rPr>
          <w:sz w:val="28"/>
          <w:szCs w:val="28"/>
        </w:rPr>
      </w:pPr>
      <w:r w:rsidRPr="00687C6B">
        <w:rPr>
          <w:sz w:val="28"/>
          <w:szCs w:val="28"/>
        </w:rPr>
        <w:t>- Phiếu học tập, bảng nhiệm vụ và bảng hệ thống các bước sưu tầm, thu thập, xử lí thông tin sử liệu.</w:t>
      </w:r>
    </w:p>
    <w:p w14:paraId="6A5693C6" w14:textId="77777777" w:rsidR="005D67C0" w:rsidRPr="00687C6B" w:rsidRDefault="00000000">
      <w:pPr>
        <w:rPr>
          <w:sz w:val="28"/>
          <w:szCs w:val="28"/>
        </w:rPr>
      </w:pPr>
      <w:r w:rsidRPr="00687C6B">
        <w:rPr>
          <w:sz w:val="28"/>
          <w:szCs w:val="28"/>
        </w:rPr>
        <w:t>- Hình ảnh trong SGK: người dân tham dự lễ rước kiệu tại Đền Hùng; bìa sách Hùng Vương dựng nước; cảnh rước kiệu trong lễ hội Gion; Bảo tàng Lịch sử Thành phố Hồ Chí Minh; Đài tưởng niệm trung tâm ở di tích Thành cổ Quảng Trị; lá đề trang trí hình rồng; tờ tiền Việt Nam; trang báo Nhân dân số 5043.</w:t>
      </w:r>
    </w:p>
    <w:p w14:paraId="16700067" w14:textId="77777777" w:rsidR="005D67C0" w:rsidRPr="00687C6B" w:rsidRDefault="00000000">
      <w:pPr>
        <w:rPr>
          <w:sz w:val="28"/>
          <w:szCs w:val="28"/>
        </w:rPr>
      </w:pPr>
      <w:r w:rsidRPr="00687C6B">
        <w:rPr>
          <w:sz w:val="28"/>
          <w:szCs w:val="28"/>
        </w:rPr>
        <w:t>- Máy tính, máy chiếu hoặc ti-vi; bài trình chiếu; giấy khổ lớn, bút dạ và thiết bị kết nối internet (nếu có).</w:t>
      </w:r>
    </w:p>
    <w:p w14:paraId="61CC315A" w14:textId="77777777" w:rsidR="006D45B8" w:rsidRPr="00687C6B" w:rsidRDefault="00000000">
      <w:pPr>
        <w:rPr>
          <w:sz w:val="28"/>
          <w:szCs w:val="28"/>
        </w:rPr>
      </w:pPr>
      <w:r w:rsidRPr="00687C6B">
        <w:rPr>
          <w:sz w:val="28"/>
          <w:szCs w:val="28"/>
        </w:rPr>
        <w:t>- Công cụ số tích hợp NLS: trình duyệt/Google Search; Microsoft PowerPoint hoặc Microsoft Word; máy ảnh/điện thoại dùng theo nhóm; Zalo, Google Drive hoặc USB để nhận và chia sẻ sản phẩm khi phù hợp. GV chuẩn bị trước một số địa chỉ nguồn chính thống như trang của bảo tàng, cơ quan lưu trữ, báo chí chính thống; không bắt buộc mỗi HS phải có thiết bị hay tài khoản trực tuyến.</w:t>
      </w:r>
    </w:p>
    <w:p w14:paraId="718E43E7" w14:textId="77777777" w:rsidR="005D67C0" w:rsidRPr="00687C6B" w:rsidRDefault="00000000">
      <w:pPr>
        <w:keepNext/>
        <w:rPr>
          <w:sz w:val="28"/>
          <w:szCs w:val="28"/>
        </w:rPr>
      </w:pPr>
      <w:r w:rsidRPr="00687C6B">
        <w:rPr>
          <w:b/>
          <w:sz w:val="28"/>
          <w:szCs w:val="28"/>
        </w:rPr>
        <w:t>2. Học sinh</w:t>
      </w:r>
    </w:p>
    <w:p w14:paraId="79CFD892" w14:textId="77777777" w:rsidR="005D67C0" w:rsidRPr="00687C6B" w:rsidRDefault="00000000">
      <w:pPr>
        <w:rPr>
          <w:sz w:val="28"/>
          <w:szCs w:val="28"/>
        </w:rPr>
      </w:pPr>
      <w:r w:rsidRPr="00687C6B">
        <w:rPr>
          <w:sz w:val="28"/>
          <w:szCs w:val="28"/>
        </w:rPr>
        <w:t>- SGK Lịch sử và Địa lí 6; vở ghi, bút, thước và dụng cụ học tập theo yêu cầu của GV.</w:t>
      </w:r>
    </w:p>
    <w:p w14:paraId="35B4495C" w14:textId="77777777" w:rsidR="005D67C0" w:rsidRPr="00687C6B" w:rsidRDefault="00000000">
      <w:pPr>
        <w:rPr>
          <w:sz w:val="28"/>
          <w:szCs w:val="28"/>
        </w:rPr>
      </w:pPr>
      <w:r w:rsidRPr="00687C6B">
        <w:rPr>
          <w:sz w:val="28"/>
          <w:szCs w:val="28"/>
        </w:rPr>
        <w:t>- Đọc trước Bài 2, quan sát các hình 1 đến 8 và chuẩn bị câu trả lời cho các câu hỏi trong SGK.</w:t>
      </w:r>
    </w:p>
    <w:p w14:paraId="606F0CB0" w14:textId="77777777" w:rsidR="005D67C0" w:rsidRPr="00687C6B" w:rsidRDefault="00000000">
      <w:pPr>
        <w:rPr>
          <w:sz w:val="28"/>
          <w:szCs w:val="28"/>
        </w:rPr>
      </w:pPr>
      <w:r w:rsidRPr="00687C6B">
        <w:rPr>
          <w:sz w:val="28"/>
          <w:szCs w:val="28"/>
        </w:rPr>
        <w:t>- Sưu tầm một tư liệu có liên quan đến quá khứ của gia đình, nhà trường hoặc quê hương để sử dụng trong hoạt động vận dụng.</w:t>
      </w:r>
    </w:p>
    <w:p w14:paraId="1F46939B" w14:textId="77777777" w:rsidR="006D45B8" w:rsidRPr="00687C6B" w:rsidRDefault="00000000">
      <w:pPr>
        <w:rPr>
          <w:sz w:val="28"/>
          <w:szCs w:val="28"/>
        </w:rPr>
      </w:pPr>
      <w:r w:rsidRPr="00687C6B">
        <w:rPr>
          <w:sz w:val="28"/>
          <w:szCs w:val="28"/>
        </w:rPr>
        <w:t>- Nếu có điều kiện, mỗi nhóm chuẩn bị 01 điện thoại thông minh hoặc máy tính bảng để tìm kiếm, chụp ảnh và tạo sản phẩm số; nếu thiếu thiết bị hoặc mất mạng, sử dụng tư liệu GV in sẵn và trình bày sản phẩm trên giấy.</w:t>
      </w:r>
    </w:p>
    <w:p w14:paraId="719968B6" w14:textId="77777777" w:rsidR="005D67C0" w:rsidRPr="00687C6B" w:rsidRDefault="00000000">
      <w:pPr>
        <w:keepNext/>
        <w:spacing w:before="120" w:after="60"/>
        <w:rPr>
          <w:sz w:val="28"/>
          <w:szCs w:val="28"/>
        </w:rPr>
      </w:pPr>
      <w:r w:rsidRPr="00687C6B">
        <w:rPr>
          <w:b/>
          <w:sz w:val="28"/>
          <w:szCs w:val="28"/>
        </w:rPr>
        <w:t>III. TIẾN TRÌNH DẠY HỌC</w:t>
      </w:r>
    </w:p>
    <w:p w14:paraId="2553124B" w14:textId="77777777" w:rsidR="005D67C0" w:rsidRPr="00687C6B" w:rsidRDefault="00000000">
      <w:pPr>
        <w:keepNext/>
        <w:spacing w:before="100" w:after="40"/>
        <w:rPr>
          <w:sz w:val="28"/>
          <w:szCs w:val="28"/>
        </w:rPr>
      </w:pPr>
      <w:r w:rsidRPr="00687C6B">
        <w:rPr>
          <w:b/>
          <w:sz w:val="28"/>
          <w:szCs w:val="28"/>
        </w:rPr>
        <w:t>A. KHỞI ĐỘNG</w:t>
      </w:r>
    </w:p>
    <w:p w14:paraId="7EF18A9A" w14:textId="77777777" w:rsidR="005D67C0" w:rsidRPr="00687C6B" w:rsidRDefault="00000000">
      <w:pPr>
        <w:rPr>
          <w:sz w:val="28"/>
          <w:szCs w:val="28"/>
        </w:rPr>
      </w:pPr>
      <w:r w:rsidRPr="00687C6B">
        <w:rPr>
          <w:b/>
          <w:sz w:val="28"/>
          <w:szCs w:val="28"/>
        </w:rPr>
        <w:t xml:space="preserve">a. Mục tiêu: </w:t>
      </w:r>
      <w:r w:rsidRPr="00687C6B">
        <w:rPr>
          <w:sz w:val="28"/>
          <w:szCs w:val="28"/>
        </w:rPr>
        <w:t>Tạo hứng thú học tập; giúp HS huy động hiểu biết về thời đại Hùng Vương và nhận ra tri thức lịch sử có ý nghĩa đối với việc hiểu cội nguồn, bồi dưỡng lòng yêu nước và định hướng hành động trong hiện tại.</w:t>
      </w:r>
    </w:p>
    <w:p w14:paraId="135F4177" w14:textId="77777777" w:rsidR="005D67C0" w:rsidRPr="00687C6B" w:rsidRDefault="00000000">
      <w:pPr>
        <w:rPr>
          <w:sz w:val="28"/>
          <w:szCs w:val="28"/>
        </w:rPr>
      </w:pPr>
      <w:r w:rsidRPr="00687C6B">
        <w:rPr>
          <w:b/>
          <w:sz w:val="28"/>
          <w:szCs w:val="28"/>
        </w:rPr>
        <w:t xml:space="preserve">b. Nội dung: </w:t>
      </w:r>
      <w:r w:rsidRPr="00687C6B">
        <w:rPr>
          <w:sz w:val="28"/>
          <w:szCs w:val="28"/>
        </w:rPr>
        <w:t>HS quan sát hình ảnh lễ rước kiệu tại Đền Hùng và bìa sách Hùng Vương dựng nước; đọc đoạn dẫn mở đầu bài học và trả lời các câu hỏi gợi mở của GV.</w:t>
      </w:r>
    </w:p>
    <w:p w14:paraId="485F2E19" w14:textId="77777777" w:rsidR="005D67C0" w:rsidRPr="00687C6B" w:rsidRDefault="00000000">
      <w:pPr>
        <w:rPr>
          <w:sz w:val="28"/>
          <w:szCs w:val="28"/>
        </w:rPr>
      </w:pPr>
      <w:r w:rsidRPr="00687C6B">
        <w:rPr>
          <w:b/>
          <w:sz w:val="28"/>
          <w:szCs w:val="28"/>
        </w:rPr>
        <w:lastRenderedPageBreak/>
        <w:t xml:space="preserve">c. Sản phẩm học tập: </w:t>
      </w:r>
      <w:r w:rsidRPr="00687C6B">
        <w:rPr>
          <w:sz w:val="28"/>
          <w:szCs w:val="28"/>
        </w:rPr>
        <w:t>HS nêu được một số hiểu biết ban đầu về thời đại Hùng Vương; trình bày được suy nghĩ về ý nghĩa của việc tìm hiểu lịch sử dân tộc đối với cuộc sống hiện tại và tương lai.</w:t>
      </w:r>
    </w:p>
    <w:p w14:paraId="067853F2" w14:textId="77777777" w:rsidR="005D67C0" w:rsidRPr="00687C6B" w:rsidRDefault="00000000">
      <w:pPr>
        <w:rPr>
          <w:sz w:val="28"/>
          <w:szCs w:val="28"/>
        </w:rPr>
      </w:pPr>
      <w:r w:rsidRPr="00687C6B">
        <w:rPr>
          <w:b/>
          <w:sz w:val="28"/>
          <w:szCs w:val="28"/>
        </w:rPr>
        <w:t xml:space="preserve">d. Tổ chức thực hiện: </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6D45B8" w:rsidRPr="00687C6B" w14:paraId="7FE60F17" w14:textId="77777777">
        <w:trPr>
          <w:tblHeader/>
          <w:jc w:val="center"/>
        </w:trPr>
        <w:tc>
          <w:tcPr>
            <w:tcW w:w="4082" w:type="dxa"/>
            <w:shd w:val="clear" w:color="auto" w:fill="D9EAF7"/>
            <w:tcMar>
              <w:top w:w="70" w:type="dxa"/>
              <w:left w:w="80" w:type="dxa"/>
              <w:bottom w:w="70" w:type="dxa"/>
              <w:right w:w="80" w:type="dxa"/>
            </w:tcMar>
          </w:tcPr>
          <w:p w14:paraId="51391CBE" w14:textId="77777777" w:rsidR="006D45B8" w:rsidRPr="00687C6B" w:rsidRDefault="00000000">
            <w:pPr>
              <w:spacing w:line="252" w:lineRule="auto"/>
              <w:jc w:val="center"/>
              <w:rPr>
                <w:sz w:val="28"/>
                <w:szCs w:val="28"/>
              </w:rPr>
            </w:pPr>
            <w:r w:rsidRPr="00687C6B">
              <w:rPr>
                <w:b/>
                <w:sz w:val="28"/>
                <w:szCs w:val="28"/>
              </w:rPr>
              <w:t>HOẠT ĐỘNG CỦA GV-HS</w:t>
            </w:r>
          </w:p>
        </w:tc>
        <w:tc>
          <w:tcPr>
            <w:tcW w:w="3118" w:type="dxa"/>
            <w:shd w:val="clear" w:color="auto" w:fill="D9EAF7"/>
            <w:tcMar>
              <w:top w:w="70" w:type="dxa"/>
              <w:left w:w="80" w:type="dxa"/>
              <w:bottom w:w="70" w:type="dxa"/>
              <w:right w:w="80" w:type="dxa"/>
            </w:tcMar>
          </w:tcPr>
          <w:p w14:paraId="171076D9" w14:textId="77777777" w:rsidR="006D45B8" w:rsidRPr="00687C6B" w:rsidRDefault="00000000">
            <w:pPr>
              <w:spacing w:line="252"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6DAC23CB" w14:textId="77777777" w:rsidR="006D45B8" w:rsidRPr="00687C6B" w:rsidRDefault="00000000">
            <w:pPr>
              <w:spacing w:line="252" w:lineRule="auto"/>
              <w:jc w:val="center"/>
              <w:rPr>
                <w:sz w:val="28"/>
                <w:szCs w:val="28"/>
              </w:rPr>
            </w:pPr>
            <w:r w:rsidRPr="00687C6B">
              <w:rPr>
                <w:b/>
                <w:sz w:val="28"/>
                <w:szCs w:val="28"/>
              </w:rPr>
              <w:t>NLS</w:t>
            </w:r>
          </w:p>
        </w:tc>
      </w:tr>
      <w:tr w:rsidR="006D45B8" w:rsidRPr="00687C6B" w14:paraId="6C7EA50F" w14:textId="77777777">
        <w:trPr>
          <w:jc w:val="center"/>
        </w:trPr>
        <w:tc>
          <w:tcPr>
            <w:tcW w:w="4082" w:type="dxa"/>
            <w:tcMar>
              <w:top w:w="70" w:type="dxa"/>
              <w:left w:w="80" w:type="dxa"/>
              <w:bottom w:w="70" w:type="dxa"/>
              <w:right w:w="80" w:type="dxa"/>
            </w:tcMar>
          </w:tcPr>
          <w:p w14:paraId="37DDD85F" w14:textId="77777777" w:rsidR="006D45B8" w:rsidRPr="00687C6B" w:rsidRDefault="00000000">
            <w:pPr>
              <w:spacing w:line="252" w:lineRule="auto"/>
              <w:rPr>
                <w:sz w:val="28"/>
                <w:szCs w:val="28"/>
              </w:rPr>
            </w:pPr>
            <w:r w:rsidRPr="00687C6B">
              <w:rPr>
                <w:sz w:val="28"/>
                <w:szCs w:val="28"/>
              </w:rPr>
              <w:t>GV trình chiếu hai hình ảnh trong phần mở đầu bài học, yêu cầu HS quan sát và xác định nội dung mà mỗi hình ảnh gợi nhắc. GV giới thiệu ngắn: thời đại Hùng Vương được biết đến qua truyền thuyết, nghi lễ thờ cúng, di tích, hiện vật và kết quả nghiên cứu lịch sử. Những nguồn thông tin đó giúp con người hiểu về cội nguồn dân tộc.</w:t>
            </w:r>
          </w:p>
          <w:p w14:paraId="54C28775" w14:textId="77777777" w:rsidR="006D45B8" w:rsidRPr="00687C6B" w:rsidRDefault="00000000">
            <w:pPr>
              <w:spacing w:line="252" w:lineRule="auto"/>
              <w:jc w:val="center"/>
              <w:rPr>
                <w:sz w:val="28"/>
                <w:szCs w:val="28"/>
              </w:rPr>
            </w:pPr>
            <w:r w:rsidRPr="00687C6B">
              <w:rPr>
                <w:noProof/>
                <w:sz w:val="28"/>
                <w:szCs w:val="28"/>
              </w:rPr>
              <w:drawing>
                <wp:inline distT="0" distB="0" distL="0" distR="0" wp14:anchorId="5D28BA36" wp14:editId="7E7C8E8B">
                  <wp:extent cx="1872000" cy="12459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1872000" cy="1245954"/>
                          </a:xfrm>
                          <a:prstGeom prst="rect">
                            <a:avLst/>
                          </a:prstGeom>
                        </pic:spPr>
                      </pic:pic>
                    </a:graphicData>
                  </a:graphic>
                </wp:inline>
              </w:drawing>
            </w:r>
          </w:p>
          <w:p w14:paraId="45D37044" w14:textId="77777777" w:rsidR="006D45B8" w:rsidRPr="00687C6B" w:rsidRDefault="00000000">
            <w:pPr>
              <w:spacing w:line="252" w:lineRule="auto"/>
              <w:jc w:val="center"/>
              <w:rPr>
                <w:sz w:val="28"/>
                <w:szCs w:val="28"/>
              </w:rPr>
            </w:pPr>
            <w:r w:rsidRPr="00687C6B">
              <w:rPr>
                <w:i/>
                <w:sz w:val="28"/>
                <w:szCs w:val="28"/>
              </w:rPr>
              <w:t>Hình 1. Người dân tham dự lễ rước kiệu tại Đền Hùng (tỉnh Phú Thọ) trong dịp giỗ Tổ</w:t>
            </w:r>
          </w:p>
          <w:p w14:paraId="5B86B598" w14:textId="77777777" w:rsidR="006D45B8" w:rsidRPr="00687C6B" w:rsidRDefault="00000000">
            <w:pPr>
              <w:spacing w:line="252" w:lineRule="auto"/>
              <w:jc w:val="center"/>
              <w:rPr>
                <w:sz w:val="28"/>
                <w:szCs w:val="28"/>
              </w:rPr>
            </w:pPr>
            <w:r w:rsidRPr="00687C6B">
              <w:rPr>
                <w:noProof/>
                <w:sz w:val="28"/>
                <w:szCs w:val="28"/>
              </w:rPr>
              <w:drawing>
                <wp:inline distT="0" distB="0" distL="0" distR="0" wp14:anchorId="0B755E0A" wp14:editId="30A55CB5">
                  <wp:extent cx="1018537" cy="14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1018537" cy="1440000"/>
                          </a:xfrm>
                          <a:prstGeom prst="rect">
                            <a:avLst/>
                          </a:prstGeom>
                        </pic:spPr>
                      </pic:pic>
                    </a:graphicData>
                  </a:graphic>
                </wp:inline>
              </w:drawing>
            </w:r>
          </w:p>
          <w:p w14:paraId="59F180B4" w14:textId="77777777" w:rsidR="006D45B8" w:rsidRPr="00687C6B" w:rsidRDefault="00000000">
            <w:pPr>
              <w:spacing w:line="252" w:lineRule="auto"/>
              <w:jc w:val="center"/>
              <w:rPr>
                <w:sz w:val="28"/>
                <w:szCs w:val="28"/>
              </w:rPr>
            </w:pPr>
            <w:r w:rsidRPr="00687C6B">
              <w:rPr>
                <w:i/>
                <w:sz w:val="28"/>
                <w:szCs w:val="28"/>
              </w:rPr>
              <w:t>Hình 2. Trang bìa một cuốn sách viết về thời đại Hùng Vương</w:t>
            </w:r>
          </w:p>
          <w:p w14:paraId="20E3563B" w14:textId="77777777" w:rsidR="006D45B8" w:rsidRPr="00687C6B" w:rsidRDefault="00000000">
            <w:pPr>
              <w:spacing w:line="252" w:lineRule="auto"/>
              <w:rPr>
                <w:sz w:val="28"/>
                <w:szCs w:val="28"/>
              </w:rPr>
            </w:pPr>
            <w:r w:rsidRPr="00687C6B">
              <w:rPr>
                <w:b/>
                <w:sz w:val="28"/>
                <w:szCs w:val="28"/>
              </w:rPr>
              <w:t>GV đặt câu hỏi:</w:t>
            </w:r>
          </w:p>
          <w:p w14:paraId="4C6FCAEF" w14:textId="77777777" w:rsidR="006D45B8" w:rsidRPr="00687C6B" w:rsidRDefault="00000000">
            <w:pPr>
              <w:spacing w:line="252" w:lineRule="auto"/>
              <w:rPr>
                <w:sz w:val="28"/>
                <w:szCs w:val="28"/>
              </w:rPr>
            </w:pPr>
            <w:r w:rsidRPr="00687C6B">
              <w:rPr>
                <w:sz w:val="28"/>
                <w:szCs w:val="28"/>
              </w:rPr>
              <w:t>- Em biết những thông tin nào về thời đại Hùng Vương và các vua Hùng?</w:t>
            </w:r>
          </w:p>
          <w:p w14:paraId="77C900D2" w14:textId="77777777" w:rsidR="006D45B8" w:rsidRPr="00687C6B" w:rsidRDefault="00000000">
            <w:pPr>
              <w:spacing w:line="252" w:lineRule="auto"/>
              <w:rPr>
                <w:sz w:val="28"/>
                <w:szCs w:val="28"/>
              </w:rPr>
            </w:pPr>
            <w:r w:rsidRPr="00687C6B">
              <w:rPr>
                <w:sz w:val="28"/>
                <w:szCs w:val="28"/>
              </w:rPr>
              <w:t>- Việc tìm hiểu về thời đại Hùng Vương nói riêng và lịch sử dân tộc nói chung có ý nghĩa như thế nào đối với cuộc sống hiện tại và tương lai?</w:t>
            </w:r>
          </w:p>
          <w:p w14:paraId="75317BDC" w14:textId="77777777" w:rsidR="006D45B8" w:rsidRPr="00687C6B" w:rsidRDefault="00000000">
            <w:pPr>
              <w:spacing w:line="252" w:lineRule="auto"/>
              <w:rPr>
                <w:sz w:val="28"/>
                <w:szCs w:val="28"/>
              </w:rPr>
            </w:pPr>
            <w:r w:rsidRPr="00687C6B">
              <w:rPr>
                <w:sz w:val="28"/>
                <w:szCs w:val="28"/>
              </w:rPr>
              <w:lastRenderedPageBreak/>
              <w:t>- Ngoài giờ học trên lớp, em có thể tìm hiểu lịch sử bằng những cách nào và ở đâu?</w:t>
            </w:r>
          </w:p>
          <w:p w14:paraId="0669A5A1" w14:textId="77777777" w:rsidR="006D45B8" w:rsidRPr="00687C6B" w:rsidRDefault="00000000">
            <w:pPr>
              <w:spacing w:line="252" w:lineRule="auto"/>
              <w:rPr>
                <w:sz w:val="28"/>
                <w:szCs w:val="28"/>
              </w:rPr>
            </w:pPr>
            <w:r w:rsidRPr="00687C6B">
              <w:rPr>
                <w:sz w:val="28"/>
                <w:szCs w:val="28"/>
              </w:rPr>
              <w:t>HS suy nghĩ, trao đổi và phát biểu. GV khuyến khích các ý kiến khác nhau, ghi nhận những câu hỏi HS muốn tìm hiểu và dẫn dắt vào bài: tri thức lịch sử không chỉ nằm trong sách giáo khoa mà hiện diện trong di tích, hiện vật, lễ hội, gia đình và đời sống hằng ngày. Vì vậy, mỗi người cần học tập, khám phá lịch sử suốt đời và biết sử dụng sử liệu một cách khoa học.</w:t>
            </w:r>
          </w:p>
        </w:tc>
        <w:tc>
          <w:tcPr>
            <w:tcW w:w="3118" w:type="dxa"/>
            <w:tcMar>
              <w:top w:w="70" w:type="dxa"/>
              <w:left w:w="80" w:type="dxa"/>
              <w:bottom w:w="70" w:type="dxa"/>
              <w:right w:w="80" w:type="dxa"/>
            </w:tcMar>
          </w:tcPr>
          <w:p w14:paraId="1E03CAF6" w14:textId="77777777" w:rsidR="006D45B8" w:rsidRPr="00687C6B" w:rsidRDefault="00000000">
            <w:pPr>
              <w:spacing w:line="252" w:lineRule="auto"/>
              <w:rPr>
                <w:sz w:val="28"/>
                <w:szCs w:val="28"/>
              </w:rPr>
            </w:pPr>
            <w:r w:rsidRPr="00687C6B">
              <w:rPr>
                <w:sz w:val="28"/>
                <w:szCs w:val="28"/>
              </w:rPr>
              <w:lastRenderedPageBreak/>
              <w:t>- HS nêu được một số hiểu biết ban đầu về thời đại Hùng Vương.</w:t>
            </w:r>
            <w:r w:rsidRPr="00687C6B">
              <w:rPr>
                <w:sz w:val="28"/>
                <w:szCs w:val="28"/>
              </w:rPr>
              <w:br/>
              <w:t>- HS trình bày được suy nghĩ về ý nghĩa của việc tìm hiểu lịch sử dân tộc đối với cuộc sống hiện tại và tương lai.</w:t>
            </w:r>
            <w:r w:rsidRPr="00687C6B">
              <w:rPr>
                <w:sz w:val="28"/>
                <w:szCs w:val="28"/>
              </w:rPr>
              <w:br/>
              <w:t>- HS nêu được một số hình thức tìm hiểu lịch sử ngoài giờ học trên lớp.</w:t>
            </w:r>
          </w:p>
        </w:tc>
        <w:tc>
          <w:tcPr>
            <w:tcW w:w="2438" w:type="dxa"/>
            <w:tcMar>
              <w:top w:w="70" w:type="dxa"/>
              <w:left w:w="80" w:type="dxa"/>
              <w:bottom w:w="70" w:type="dxa"/>
              <w:right w:w="80" w:type="dxa"/>
            </w:tcMar>
          </w:tcPr>
          <w:p w14:paraId="128DFF0F" w14:textId="77777777" w:rsidR="006D45B8" w:rsidRPr="00687C6B" w:rsidRDefault="006D45B8">
            <w:pPr>
              <w:spacing w:line="252" w:lineRule="auto"/>
              <w:rPr>
                <w:sz w:val="28"/>
                <w:szCs w:val="28"/>
              </w:rPr>
            </w:pPr>
          </w:p>
        </w:tc>
      </w:tr>
    </w:tbl>
    <w:p w14:paraId="518F1CA5" w14:textId="77777777" w:rsidR="005D67C0" w:rsidRPr="00687C6B" w:rsidRDefault="00000000">
      <w:pPr>
        <w:keepNext/>
        <w:spacing w:before="100" w:after="40"/>
        <w:rPr>
          <w:sz w:val="28"/>
          <w:szCs w:val="28"/>
        </w:rPr>
      </w:pPr>
      <w:r w:rsidRPr="00687C6B">
        <w:rPr>
          <w:b/>
          <w:sz w:val="28"/>
          <w:szCs w:val="28"/>
        </w:rPr>
        <w:t>B. HÌNH THÀNH KIẾN THỨC</w:t>
      </w:r>
    </w:p>
    <w:p w14:paraId="7A4ACADE" w14:textId="77777777" w:rsidR="005D67C0" w:rsidRPr="00687C6B" w:rsidRDefault="00000000">
      <w:pPr>
        <w:keepNext/>
        <w:spacing w:before="80" w:after="40"/>
        <w:rPr>
          <w:sz w:val="28"/>
          <w:szCs w:val="28"/>
        </w:rPr>
      </w:pPr>
      <w:r w:rsidRPr="00687C6B">
        <w:rPr>
          <w:b/>
          <w:sz w:val="28"/>
          <w:szCs w:val="28"/>
        </w:rPr>
        <w:t>Hoạt động 1. Tìm hiểu sự cần thiết của việc học tập, khám phá lịch sử suốt đời</w:t>
      </w:r>
    </w:p>
    <w:p w14:paraId="22559A31" w14:textId="77777777" w:rsidR="005D67C0" w:rsidRPr="00687C6B" w:rsidRDefault="00000000">
      <w:pPr>
        <w:rPr>
          <w:sz w:val="28"/>
          <w:szCs w:val="28"/>
        </w:rPr>
      </w:pPr>
      <w:r w:rsidRPr="00687C6B">
        <w:rPr>
          <w:b/>
          <w:sz w:val="28"/>
          <w:szCs w:val="28"/>
        </w:rPr>
        <w:t xml:space="preserve">a. Mục tiêu: </w:t>
      </w:r>
      <w:r w:rsidRPr="00687C6B">
        <w:rPr>
          <w:sz w:val="28"/>
          <w:szCs w:val="28"/>
        </w:rPr>
        <w:t>HS giải thích được sự cần thiết phải học tập và khám phá lịch sử suốt đời; nhận biết được vai trò của tri thức lịch sử đối với cá nhân, cộng đồng và xã hội.</w:t>
      </w:r>
    </w:p>
    <w:p w14:paraId="490900DF" w14:textId="77777777" w:rsidR="005D67C0" w:rsidRPr="00687C6B" w:rsidRDefault="00000000">
      <w:pPr>
        <w:rPr>
          <w:sz w:val="28"/>
          <w:szCs w:val="28"/>
        </w:rPr>
      </w:pPr>
      <w:r w:rsidRPr="00687C6B">
        <w:rPr>
          <w:b/>
          <w:sz w:val="28"/>
          <w:szCs w:val="28"/>
        </w:rPr>
        <w:t xml:space="preserve">b. Nội dung: </w:t>
      </w:r>
      <w:r w:rsidRPr="00687C6B">
        <w:rPr>
          <w:sz w:val="28"/>
          <w:szCs w:val="28"/>
        </w:rPr>
        <w:t>HS khai thác mục 1, Tư liệu 1, Tư liệu 2 và Hình 3 trong SGK; thảo luận để làm rõ vì sao con người cần tìm hiểu quá khứ và duy trì việc học tập lịch sử trong suốt cuộc đời.</w:t>
      </w:r>
    </w:p>
    <w:p w14:paraId="79735841" w14:textId="77777777" w:rsidR="005D67C0" w:rsidRPr="00687C6B" w:rsidRDefault="00000000">
      <w:pPr>
        <w:rPr>
          <w:sz w:val="28"/>
          <w:szCs w:val="28"/>
        </w:rPr>
      </w:pPr>
      <w:r w:rsidRPr="00687C6B">
        <w:rPr>
          <w:b/>
          <w:sz w:val="28"/>
          <w:szCs w:val="28"/>
        </w:rPr>
        <w:t xml:space="preserve">c. Sản phẩm học tập: </w:t>
      </w:r>
      <w:r w:rsidRPr="00687C6B">
        <w:rPr>
          <w:sz w:val="28"/>
          <w:szCs w:val="28"/>
        </w:rPr>
        <w:t>Câu trả lời của HS; bảng hoặc sơ đồ nêu các lí do cần học tập, khám phá lịch sử suốt đời; ví dụ minh hoạ từ đời sống.</w:t>
      </w:r>
    </w:p>
    <w:p w14:paraId="590DAF5F" w14:textId="77777777" w:rsidR="005D67C0" w:rsidRPr="00687C6B" w:rsidRDefault="00000000">
      <w:pPr>
        <w:rPr>
          <w:sz w:val="28"/>
          <w:szCs w:val="28"/>
        </w:rPr>
      </w:pPr>
      <w:r w:rsidRPr="00687C6B">
        <w:rPr>
          <w:b/>
          <w:sz w:val="28"/>
          <w:szCs w:val="28"/>
        </w:rPr>
        <w:t xml:space="preserve">d. Tổ chức thực hiện: </w:t>
      </w:r>
    </w:p>
    <w:tbl>
      <w:tblPr>
        <w:tblStyle w:val="TableGrid"/>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5D67C0" w:rsidRPr="00687C6B" w14:paraId="5C90CBCB" w14:textId="77777777" w:rsidTr="000F4B68">
        <w:trPr>
          <w:tblHeader/>
          <w:jc w:val="center"/>
        </w:trPr>
        <w:tc>
          <w:tcPr>
            <w:tcW w:w="4082" w:type="dxa"/>
            <w:shd w:val="clear" w:color="auto" w:fill="D9EAF7"/>
            <w:tcMar>
              <w:top w:w="70" w:type="dxa"/>
              <w:left w:w="80" w:type="dxa"/>
              <w:bottom w:w="70" w:type="dxa"/>
              <w:right w:w="80" w:type="dxa"/>
            </w:tcMar>
          </w:tcPr>
          <w:p w14:paraId="7D0DAFCB" w14:textId="77777777" w:rsidR="005D67C0" w:rsidRPr="00687C6B" w:rsidRDefault="00000000">
            <w:pPr>
              <w:spacing w:line="259" w:lineRule="auto"/>
              <w:jc w:val="center"/>
              <w:rPr>
                <w:sz w:val="28"/>
                <w:szCs w:val="28"/>
              </w:rPr>
            </w:pPr>
            <w:r w:rsidRPr="00687C6B">
              <w:rPr>
                <w:b/>
                <w:sz w:val="28"/>
                <w:szCs w:val="28"/>
              </w:rPr>
              <w:t>HOẠT ĐỘNG CỦA GV-HS</w:t>
            </w:r>
          </w:p>
        </w:tc>
        <w:tc>
          <w:tcPr>
            <w:tcW w:w="3118" w:type="dxa"/>
            <w:shd w:val="clear" w:color="auto" w:fill="D9EAF7"/>
            <w:tcMar>
              <w:top w:w="70" w:type="dxa"/>
              <w:left w:w="80" w:type="dxa"/>
              <w:bottom w:w="70" w:type="dxa"/>
              <w:right w:w="80" w:type="dxa"/>
            </w:tcMar>
          </w:tcPr>
          <w:p w14:paraId="111DE840" w14:textId="77777777" w:rsidR="005D67C0" w:rsidRPr="00687C6B" w:rsidRDefault="00000000">
            <w:pPr>
              <w:spacing w:line="259"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43638923" w14:textId="77777777" w:rsidR="006D45B8" w:rsidRPr="00687C6B" w:rsidRDefault="00000000">
            <w:pPr>
              <w:spacing w:line="259" w:lineRule="auto"/>
              <w:jc w:val="center"/>
              <w:rPr>
                <w:sz w:val="28"/>
                <w:szCs w:val="28"/>
              </w:rPr>
            </w:pPr>
            <w:r w:rsidRPr="00687C6B">
              <w:rPr>
                <w:b/>
                <w:sz w:val="28"/>
                <w:szCs w:val="28"/>
              </w:rPr>
              <w:t>NLS</w:t>
            </w:r>
          </w:p>
        </w:tc>
      </w:tr>
      <w:tr w:rsidR="005D67C0" w:rsidRPr="00687C6B" w14:paraId="6E5D35F9" w14:textId="77777777" w:rsidTr="000F4B68">
        <w:trPr>
          <w:jc w:val="center"/>
        </w:trPr>
        <w:tc>
          <w:tcPr>
            <w:tcW w:w="4082" w:type="dxa"/>
            <w:tcMar>
              <w:top w:w="70" w:type="dxa"/>
              <w:left w:w="80" w:type="dxa"/>
              <w:bottom w:w="70" w:type="dxa"/>
              <w:right w:w="80" w:type="dxa"/>
            </w:tcMar>
          </w:tcPr>
          <w:p w14:paraId="39E720E9" w14:textId="77777777" w:rsidR="005D67C0" w:rsidRPr="00687C6B" w:rsidRDefault="005D67C0">
            <w:pPr>
              <w:spacing w:line="259" w:lineRule="auto"/>
              <w:rPr>
                <w:sz w:val="28"/>
                <w:szCs w:val="28"/>
              </w:rPr>
            </w:pPr>
          </w:p>
          <w:p w14:paraId="72E64F47" w14:textId="77777777" w:rsidR="005D67C0" w:rsidRPr="00687C6B" w:rsidRDefault="00000000">
            <w:pPr>
              <w:spacing w:line="259" w:lineRule="auto"/>
              <w:rPr>
                <w:sz w:val="28"/>
                <w:szCs w:val="28"/>
              </w:rPr>
            </w:pPr>
            <w:r w:rsidRPr="00687C6B">
              <w:rPr>
                <w:b/>
                <w:sz w:val="28"/>
                <w:szCs w:val="28"/>
              </w:rPr>
              <w:t>Bước 1:</w:t>
            </w:r>
          </w:p>
          <w:p w14:paraId="087C3F52" w14:textId="77777777" w:rsidR="005D67C0" w:rsidRPr="00687C6B" w:rsidRDefault="00000000">
            <w:pPr>
              <w:spacing w:line="259" w:lineRule="auto"/>
              <w:rPr>
                <w:sz w:val="28"/>
                <w:szCs w:val="28"/>
              </w:rPr>
            </w:pPr>
            <w:r w:rsidRPr="00687C6B">
              <w:rPr>
                <w:sz w:val="28"/>
                <w:szCs w:val="28"/>
              </w:rPr>
              <w:t>GV yêu cầu HS đọc thông tin mục 1 và khai thác Tư liệu 1, Tư liệu 2 trong SGK. HS làm việc cá nhân, gạch dưới các từ khoá thể hiện vai trò và ý nghĩa của tri thức lịch sử.</w:t>
            </w:r>
          </w:p>
          <w:p w14:paraId="2195EF41" w14:textId="77777777" w:rsidR="005D67C0" w:rsidRPr="00687C6B" w:rsidRDefault="00000000">
            <w:pPr>
              <w:spacing w:line="259" w:lineRule="auto"/>
              <w:rPr>
                <w:sz w:val="28"/>
                <w:szCs w:val="28"/>
              </w:rPr>
            </w:pPr>
            <w:r w:rsidRPr="00687C6B">
              <w:rPr>
                <w:sz w:val="28"/>
                <w:szCs w:val="28"/>
              </w:rPr>
              <w:t>GV giao câu hỏi:</w:t>
            </w:r>
          </w:p>
          <w:p w14:paraId="10084883" w14:textId="77777777" w:rsidR="005D67C0" w:rsidRPr="00687C6B" w:rsidRDefault="00000000">
            <w:pPr>
              <w:spacing w:line="259" w:lineRule="auto"/>
              <w:rPr>
                <w:sz w:val="28"/>
                <w:szCs w:val="28"/>
              </w:rPr>
            </w:pPr>
            <w:r w:rsidRPr="00687C6B">
              <w:rPr>
                <w:sz w:val="28"/>
                <w:szCs w:val="28"/>
              </w:rPr>
              <w:t>- Từ hai tư liệu, em rút ra thông tin gì về sự cần thiết phải học tập và khám phá lịch sử?</w:t>
            </w:r>
          </w:p>
          <w:p w14:paraId="28D29066" w14:textId="77777777" w:rsidR="005D67C0" w:rsidRPr="00687C6B" w:rsidRDefault="00000000">
            <w:pPr>
              <w:spacing w:line="259" w:lineRule="auto"/>
              <w:rPr>
                <w:sz w:val="28"/>
                <w:szCs w:val="28"/>
              </w:rPr>
            </w:pPr>
            <w:r w:rsidRPr="00687C6B">
              <w:rPr>
                <w:sz w:val="28"/>
                <w:szCs w:val="28"/>
              </w:rPr>
              <w:t>- Vì sao hiện tại và tương lai của mỗi người, mỗi dân tộc luôn có mối liên hệ với quá khứ?</w:t>
            </w:r>
          </w:p>
          <w:p w14:paraId="30FA657C" w14:textId="77777777" w:rsidR="005D67C0" w:rsidRPr="00687C6B" w:rsidRDefault="00000000">
            <w:pPr>
              <w:spacing w:line="259" w:lineRule="auto"/>
              <w:rPr>
                <w:sz w:val="28"/>
                <w:szCs w:val="28"/>
              </w:rPr>
            </w:pPr>
            <w:r w:rsidRPr="00687C6B">
              <w:rPr>
                <w:b/>
                <w:sz w:val="28"/>
                <w:szCs w:val="28"/>
              </w:rPr>
              <w:lastRenderedPageBreak/>
              <w:t>Bước 2:</w:t>
            </w:r>
          </w:p>
          <w:p w14:paraId="11140404" w14:textId="77777777" w:rsidR="005D67C0" w:rsidRPr="00687C6B" w:rsidRDefault="00000000">
            <w:pPr>
              <w:spacing w:line="259" w:lineRule="auto"/>
              <w:rPr>
                <w:sz w:val="28"/>
                <w:szCs w:val="28"/>
              </w:rPr>
            </w:pPr>
            <w:r w:rsidRPr="00687C6B">
              <w:rPr>
                <w:sz w:val="28"/>
                <w:szCs w:val="28"/>
              </w:rPr>
              <w:t>HS trao đổi theo cặp, lập sơ đồ “Vì sao cần học tập lịch sử suốt đời?” với ít nhất bốn nhánh nội dung. Đại diện một số cặp trình bày; các cặp khác nhận xét, bổ sung.</w:t>
            </w:r>
          </w:p>
          <w:p w14:paraId="47EAC93F" w14:textId="77777777" w:rsidR="005D67C0" w:rsidRPr="00687C6B" w:rsidRDefault="00000000">
            <w:pPr>
              <w:spacing w:line="259" w:lineRule="auto"/>
              <w:rPr>
                <w:sz w:val="28"/>
                <w:szCs w:val="28"/>
              </w:rPr>
            </w:pPr>
            <w:r w:rsidRPr="00687C6B">
              <w:rPr>
                <w:b/>
                <w:sz w:val="28"/>
                <w:szCs w:val="28"/>
              </w:rPr>
              <w:t>Bước 3:</w:t>
            </w:r>
          </w:p>
          <w:p w14:paraId="15374DC8" w14:textId="77777777" w:rsidR="005D67C0" w:rsidRPr="00687C6B" w:rsidRDefault="00000000">
            <w:pPr>
              <w:spacing w:line="259" w:lineRule="auto"/>
              <w:rPr>
                <w:sz w:val="28"/>
                <w:szCs w:val="28"/>
              </w:rPr>
            </w:pPr>
            <w:r w:rsidRPr="00687C6B">
              <w:rPr>
                <w:sz w:val="28"/>
                <w:szCs w:val="28"/>
              </w:rPr>
              <w:t>GV cho HS quan sát Hình 3, yêu cầu nhận xét về việc tri thức lịch sử và văn hoá trở thành nguồn cảm hứng cho lễ hội, du lịch, nghệ thuật và các ngành công nghiệp văn hoá.</w:t>
            </w:r>
          </w:p>
          <w:p w14:paraId="05AFA79C" w14:textId="77777777" w:rsidR="005D67C0" w:rsidRPr="00687C6B" w:rsidRDefault="00000000">
            <w:pPr>
              <w:spacing w:line="259" w:lineRule="auto"/>
              <w:jc w:val="center"/>
              <w:rPr>
                <w:sz w:val="28"/>
                <w:szCs w:val="28"/>
              </w:rPr>
            </w:pPr>
            <w:r w:rsidRPr="00687C6B">
              <w:rPr>
                <w:noProof/>
                <w:sz w:val="28"/>
                <w:szCs w:val="28"/>
              </w:rPr>
              <w:drawing>
                <wp:inline distT="0" distB="0" distL="0" distR="0" wp14:anchorId="52E252A3" wp14:editId="4F890A9C">
                  <wp:extent cx="2484000" cy="14333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le_hoi_gion.png"/>
                          <pic:cNvPicPr/>
                        </pic:nvPicPr>
                        <pic:blipFill>
                          <a:blip r:embed="rId8"/>
                          <a:stretch>
                            <a:fillRect/>
                          </a:stretch>
                        </pic:blipFill>
                        <pic:spPr>
                          <a:xfrm>
                            <a:off x="0" y="0"/>
                            <a:ext cx="2484000" cy="1433391"/>
                          </a:xfrm>
                          <a:prstGeom prst="rect">
                            <a:avLst/>
                          </a:prstGeom>
                        </pic:spPr>
                      </pic:pic>
                    </a:graphicData>
                  </a:graphic>
                </wp:inline>
              </w:drawing>
            </w:r>
          </w:p>
          <w:p w14:paraId="3EBDB6C2" w14:textId="77777777" w:rsidR="005D67C0" w:rsidRPr="00687C6B" w:rsidRDefault="00000000">
            <w:pPr>
              <w:spacing w:line="259" w:lineRule="auto"/>
              <w:jc w:val="center"/>
              <w:rPr>
                <w:sz w:val="28"/>
                <w:szCs w:val="28"/>
              </w:rPr>
            </w:pPr>
            <w:r w:rsidRPr="00687C6B">
              <w:rPr>
                <w:i/>
                <w:sz w:val="28"/>
                <w:szCs w:val="28"/>
              </w:rPr>
              <w:t>Hình 3. Cảnh rước kiệu trong lễ hội Gion (Nhật Bản)</w:t>
            </w:r>
          </w:p>
          <w:p w14:paraId="0F18F4F7" w14:textId="77777777" w:rsidR="005D67C0" w:rsidRPr="00687C6B" w:rsidRDefault="00000000">
            <w:pPr>
              <w:spacing w:line="259" w:lineRule="auto"/>
              <w:rPr>
                <w:sz w:val="28"/>
                <w:szCs w:val="28"/>
              </w:rPr>
            </w:pPr>
            <w:r w:rsidRPr="00687C6B">
              <w:rPr>
                <w:sz w:val="28"/>
                <w:szCs w:val="28"/>
              </w:rPr>
              <w:t>GV mở rộng bằng câu hỏi:</w:t>
            </w:r>
          </w:p>
          <w:p w14:paraId="4B7A5BF5" w14:textId="77777777" w:rsidR="005D67C0" w:rsidRPr="00687C6B" w:rsidRDefault="00000000">
            <w:pPr>
              <w:spacing w:line="259" w:lineRule="auto"/>
              <w:rPr>
                <w:sz w:val="28"/>
                <w:szCs w:val="28"/>
              </w:rPr>
            </w:pPr>
            <w:r w:rsidRPr="00687C6B">
              <w:rPr>
                <w:sz w:val="28"/>
                <w:szCs w:val="28"/>
              </w:rPr>
              <w:t>- Việc tìm hiểu lịch sử có thể đem lại những cơ hội học tập và nghề nghiệp nào?</w:t>
            </w:r>
          </w:p>
          <w:p w14:paraId="302690A2" w14:textId="77777777" w:rsidR="005D67C0" w:rsidRPr="00687C6B" w:rsidRDefault="00000000">
            <w:pPr>
              <w:spacing w:line="259" w:lineRule="auto"/>
              <w:rPr>
                <w:sz w:val="28"/>
                <w:szCs w:val="28"/>
              </w:rPr>
            </w:pPr>
            <w:r w:rsidRPr="00687C6B">
              <w:rPr>
                <w:sz w:val="28"/>
                <w:szCs w:val="28"/>
              </w:rPr>
              <w:t>- Vì sao nhiều sự kiện, quá trình lịch sử vẫn cần tiếp tục được nghiên cứu?</w:t>
            </w:r>
          </w:p>
          <w:p w14:paraId="52876D65" w14:textId="77777777" w:rsidR="005D67C0" w:rsidRPr="00687C6B" w:rsidRDefault="00000000">
            <w:pPr>
              <w:spacing w:line="259" w:lineRule="auto"/>
              <w:rPr>
                <w:sz w:val="28"/>
                <w:szCs w:val="28"/>
              </w:rPr>
            </w:pPr>
            <w:r w:rsidRPr="00687C6B">
              <w:rPr>
                <w:b/>
                <w:sz w:val="28"/>
                <w:szCs w:val="28"/>
              </w:rPr>
              <w:t>Bước 4:</w:t>
            </w:r>
          </w:p>
          <w:p w14:paraId="307C8DAA" w14:textId="77777777" w:rsidR="005D67C0" w:rsidRPr="00687C6B" w:rsidRDefault="00000000">
            <w:pPr>
              <w:spacing w:line="259" w:lineRule="auto"/>
              <w:rPr>
                <w:sz w:val="28"/>
                <w:szCs w:val="28"/>
              </w:rPr>
            </w:pPr>
            <w:r w:rsidRPr="00687C6B">
              <w:rPr>
                <w:sz w:val="28"/>
                <w:szCs w:val="28"/>
              </w:rPr>
              <w:t>HS trình bày. GV nhận xét, chuẩn xác kiến thức và nhấn mạnh: học lịch sử không phải là ghi nhớ đơn thuần các sự kiện mà là quá trình liên tục khám phá, kiểm chứng, giải thích quá khứ và vận dụng những bài học có giá trị vào hiện tại, tương lai.</w:t>
            </w:r>
          </w:p>
        </w:tc>
        <w:tc>
          <w:tcPr>
            <w:tcW w:w="3118" w:type="dxa"/>
            <w:tcMar>
              <w:top w:w="70" w:type="dxa"/>
              <w:left w:w="80" w:type="dxa"/>
              <w:bottom w:w="70" w:type="dxa"/>
              <w:right w:w="80" w:type="dxa"/>
            </w:tcMar>
          </w:tcPr>
          <w:p w14:paraId="355381A9" w14:textId="77777777" w:rsidR="005D67C0" w:rsidRPr="00687C6B" w:rsidRDefault="005D67C0">
            <w:pPr>
              <w:spacing w:line="259" w:lineRule="auto"/>
              <w:rPr>
                <w:sz w:val="28"/>
                <w:szCs w:val="28"/>
              </w:rPr>
            </w:pPr>
          </w:p>
          <w:p w14:paraId="5FA1EE22" w14:textId="77777777" w:rsidR="005D67C0" w:rsidRPr="00687C6B" w:rsidRDefault="00000000">
            <w:pPr>
              <w:spacing w:line="259" w:lineRule="auto"/>
              <w:rPr>
                <w:sz w:val="28"/>
                <w:szCs w:val="28"/>
              </w:rPr>
            </w:pPr>
            <w:r w:rsidRPr="00687C6B">
              <w:rPr>
                <w:sz w:val="28"/>
                <w:szCs w:val="28"/>
              </w:rPr>
              <w:t>- Cuộc sống của mỗi con người, mỗi gia đình, mỗi dân tộc và toàn nhân loại đều có quá khứ, hiện tại và tương lai; hiện tại luôn kế thừa và được xây dựng trên nền tảng của quá khứ.</w:t>
            </w:r>
          </w:p>
          <w:p w14:paraId="623981F7" w14:textId="77777777" w:rsidR="005D67C0" w:rsidRPr="00687C6B" w:rsidRDefault="00000000">
            <w:pPr>
              <w:spacing w:line="259" w:lineRule="auto"/>
              <w:rPr>
                <w:sz w:val="28"/>
                <w:szCs w:val="28"/>
              </w:rPr>
            </w:pPr>
            <w:r w:rsidRPr="00687C6B">
              <w:rPr>
                <w:sz w:val="28"/>
                <w:szCs w:val="28"/>
              </w:rPr>
              <w:t xml:space="preserve">- Tri thức lịch sử giúp con người hiểu cội nguồn, nhận thức bản thân và cộng đồng; tạo mối liên hệ giữa quá khứ với hiện </w:t>
            </w:r>
            <w:r w:rsidRPr="00687C6B">
              <w:rPr>
                <w:sz w:val="28"/>
                <w:szCs w:val="28"/>
              </w:rPr>
              <w:lastRenderedPageBreak/>
              <w:t>tại và tương lai.</w:t>
            </w:r>
          </w:p>
          <w:p w14:paraId="533BC4FC" w14:textId="77777777" w:rsidR="005D67C0" w:rsidRPr="00687C6B" w:rsidRDefault="00000000">
            <w:pPr>
              <w:spacing w:line="259" w:lineRule="auto"/>
              <w:rPr>
                <w:sz w:val="28"/>
                <w:szCs w:val="28"/>
              </w:rPr>
            </w:pPr>
            <w:r w:rsidRPr="00687C6B">
              <w:rPr>
                <w:sz w:val="28"/>
                <w:szCs w:val="28"/>
              </w:rPr>
              <w:t>- Những kinh nghiệm, giá trị văn hoá, truyền thống và bài học của các thế hệ trước cần được truyền lại, chọn lọc và vận dụng trong cuộc sống.</w:t>
            </w:r>
          </w:p>
          <w:p w14:paraId="3700D2BC" w14:textId="77777777" w:rsidR="005D67C0" w:rsidRPr="00687C6B" w:rsidRDefault="00000000">
            <w:pPr>
              <w:spacing w:line="259" w:lineRule="auto"/>
              <w:rPr>
                <w:sz w:val="28"/>
                <w:szCs w:val="28"/>
              </w:rPr>
            </w:pPr>
            <w:r w:rsidRPr="00687C6B">
              <w:rPr>
                <w:sz w:val="28"/>
                <w:szCs w:val="28"/>
              </w:rPr>
              <w:t>- Nhiều sự kiện, quá trình lịch sử còn là bí ẩn hoặc xuất hiện tư liệu mới, vì vậy con người cần tiếp tục tìm tòi, kiểm chứng và hoàn thiện nhận thức.</w:t>
            </w:r>
          </w:p>
          <w:p w14:paraId="35A1524F" w14:textId="77777777" w:rsidR="005D67C0" w:rsidRPr="00687C6B" w:rsidRDefault="00000000">
            <w:pPr>
              <w:spacing w:line="259" w:lineRule="auto"/>
              <w:rPr>
                <w:sz w:val="28"/>
                <w:szCs w:val="28"/>
              </w:rPr>
            </w:pPr>
            <w:r w:rsidRPr="00687C6B">
              <w:rPr>
                <w:sz w:val="28"/>
                <w:szCs w:val="28"/>
              </w:rPr>
              <w:t>- Học tập lịch sử giúp chuẩn bị hành trang của công dân trong xã hội hiện đại và hội nhập; bồi dưỡng lòng yêu nước, ý thức bảo tồn di sản và tôn trọng sự đa dạng văn hoá.</w:t>
            </w:r>
          </w:p>
          <w:p w14:paraId="08DF7CA4" w14:textId="77777777" w:rsidR="005D67C0" w:rsidRPr="00687C6B" w:rsidRDefault="00000000">
            <w:pPr>
              <w:spacing w:line="259" w:lineRule="auto"/>
              <w:rPr>
                <w:sz w:val="28"/>
                <w:szCs w:val="28"/>
              </w:rPr>
            </w:pPr>
            <w:r w:rsidRPr="00687C6B">
              <w:rPr>
                <w:sz w:val="28"/>
                <w:szCs w:val="28"/>
              </w:rPr>
              <w:t>- Tri thức lịch sử, văn hoá là nguồn cảm hứng cho sáng tạo nghệ thuật, du lịch, bảo tàng, truyền thông và nhiều ngành nghề mới.</w:t>
            </w:r>
          </w:p>
          <w:p w14:paraId="00BD4E30" w14:textId="77777777" w:rsidR="005D67C0" w:rsidRPr="00687C6B" w:rsidRDefault="00000000">
            <w:pPr>
              <w:spacing w:line="259" w:lineRule="auto"/>
              <w:rPr>
                <w:sz w:val="28"/>
                <w:szCs w:val="28"/>
              </w:rPr>
            </w:pPr>
            <w:r w:rsidRPr="00687C6B">
              <w:rPr>
                <w:sz w:val="28"/>
                <w:szCs w:val="28"/>
              </w:rPr>
              <w:t>- Vì vậy, học tập và khám phá lịch sử là nhu cầu thường trực, cần được thực hiện trong suốt cuộc đời.</w:t>
            </w:r>
          </w:p>
        </w:tc>
        <w:tc>
          <w:tcPr>
            <w:tcW w:w="2438" w:type="dxa"/>
            <w:tcMar>
              <w:top w:w="70" w:type="dxa"/>
              <w:left w:w="80" w:type="dxa"/>
              <w:bottom w:w="70" w:type="dxa"/>
              <w:right w:w="80" w:type="dxa"/>
            </w:tcMar>
          </w:tcPr>
          <w:p w14:paraId="796D3A29" w14:textId="77777777" w:rsidR="006D45B8" w:rsidRPr="00687C6B" w:rsidRDefault="006D45B8">
            <w:pPr>
              <w:spacing w:line="259" w:lineRule="auto"/>
              <w:rPr>
                <w:sz w:val="28"/>
                <w:szCs w:val="28"/>
              </w:rPr>
            </w:pPr>
          </w:p>
        </w:tc>
      </w:tr>
    </w:tbl>
    <w:p w14:paraId="08EC793D" w14:textId="77777777" w:rsidR="005D67C0" w:rsidRPr="00687C6B" w:rsidRDefault="00000000">
      <w:pPr>
        <w:keepNext/>
        <w:spacing w:before="80" w:after="40"/>
        <w:rPr>
          <w:sz w:val="28"/>
          <w:szCs w:val="28"/>
        </w:rPr>
      </w:pPr>
      <w:r w:rsidRPr="00687C6B">
        <w:rPr>
          <w:b/>
          <w:sz w:val="28"/>
          <w:szCs w:val="28"/>
        </w:rPr>
        <w:lastRenderedPageBreak/>
        <w:t>Hoạt động 2. Tìm hiểu kết nối lịch sử với cuộc sống, cuộc sống với lịch sử</w:t>
      </w:r>
    </w:p>
    <w:p w14:paraId="72F3BC4C" w14:textId="77777777" w:rsidR="005D67C0" w:rsidRPr="00687C6B" w:rsidRDefault="00000000">
      <w:pPr>
        <w:rPr>
          <w:sz w:val="28"/>
          <w:szCs w:val="28"/>
        </w:rPr>
      </w:pPr>
      <w:r w:rsidRPr="00687C6B">
        <w:rPr>
          <w:b/>
          <w:sz w:val="28"/>
          <w:szCs w:val="28"/>
        </w:rPr>
        <w:t xml:space="preserve">a. Mục tiêu: </w:t>
      </w:r>
      <w:r w:rsidRPr="00687C6B">
        <w:rPr>
          <w:sz w:val="28"/>
          <w:szCs w:val="28"/>
        </w:rPr>
        <w:t>HS nhận biết được các hình thức học tập lịch sử ngoài nhà trường; biết vận dụng tri thức, bài học lịch sử để giải thích một số vấn đề thời sự và những vấn đề trong thực tiễn cuộc sống ở mức độ đơn giản.</w:t>
      </w:r>
    </w:p>
    <w:p w14:paraId="0B8BB715" w14:textId="77777777" w:rsidR="005D67C0" w:rsidRPr="00687C6B" w:rsidRDefault="00000000">
      <w:pPr>
        <w:rPr>
          <w:sz w:val="28"/>
          <w:szCs w:val="28"/>
        </w:rPr>
      </w:pPr>
      <w:r w:rsidRPr="00687C6B">
        <w:rPr>
          <w:b/>
          <w:sz w:val="28"/>
          <w:szCs w:val="28"/>
        </w:rPr>
        <w:t xml:space="preserve">b. Nội dung: </w:t>
      </w:r>
      <w:r w:rsidRPr="00687C6B">
        <w:rPr>
          <w:sz w:val="28"/>
          <w:szCs w:val="28"/>
        </w:rPr>
        <w:t>HS khai thác mục 2, Hình 4, Hình 5; liên hệ các “chứng nhân lịch sử” trong gia đình, nhà trường và địa phương; thảo luận về mối quan hệ hai chiều giữa lịch sử và cuộc sống.</w:t>
      </w:r>
    </w:p>
    <w:p w14:paraId="09FB63B1" w14:textId="77777777" w:rsidR="005D67C0" w:rsidRPr="00687C6B" w:rsidRDefault="00000000">
      <w:pPr>
        <w:rPr>
          <w:sz w:val="28"/>
          <w:szCs w:val="28"/>
        </w:rPr>
      </w:pPr>
      <w:r w:rsidRPr="00687C6B">
        <w:rPr>
          <w:b/>
          <w:sz w:val="28"/>
          <w:szCs w:val="28"/>
        </w:rPr>
        <w:t xml:space="preserve">c. Sản phẩm học tập: </w:t>
      </w:r>
      <w:r w:rsidRPr="00687C6B">
        <w:rPr>
          <w:sz w:val="28"/>
          <w:szCs w:val="28"/>
        </w:rPr>
        <w:t>Danh sách các hình thức tìm hiểu lịch sử; ví dụ về dấu tích, hiện vật hoặc địa điểm lịch sử quanh HS; phần trình bày liên hệ một bài học lịch sử với vấn đề trong cuộc sống.</w:t>
      </w:r>
    </w:p>
    <w:p w14:paraId="0C2C4696" w14:textId="77777777" w:rsidR="005D67C0" w:rsidRPr="00687C6B" w:rsidRDefault="00000000">
      <w:pPr>
        <w:rPr>
          <w:sz w:val="28"/>
          <w:szCs w:val="28"/>
        </w:rPr>
      </w:pPr>
      <w:r w:rsidRPr="00687C6B">
        <w:rPr>
          <w:b/>
          <w:sz w:val="28"/>
          <w:szCs w:val="28"/>
        </w:rPr>
        <w:t xml:space="preserve">d. Tổ chức thực hiện: </w:t>
      </w:r>
    </w:p>
    <w:tbl>
      <w:tblPr>
        <w:tblStyle w:val="TableGrid"/>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5D67C0" w:rsidRPr="00687C6B" w14:paraId="053D028B" w14:textId="77777777" w:rsidTr="000F4B68">
        <w:trPr>
          <w:tblHeader/>
          <w:jc w:val="center"/>
        </w:trPr>
        <w:tc>
          <w:tcPr>
            <w:tcW w:w="4082" w:type="dxa"/>
            <w:shd w:val="clear" w:color="auto" w:fill="D9EAF7"/>
            <w:tcMar>
              <w:top w:w="70" w:type="dxa"/>
              <w:left w:w="80" w:type="dxa"/>
              <w:bottom w:w="70" w:type="dxa"/>
              <w:right w:w="80" w:type="dxa"/>
            </w:tcMar>
          </w:tcPr>
          <w:p w14:paraId="199C8E55" w14:textId="77777777" w:rsidR="005D67C0" w:rsidRPr="00687C6B" w:rsidRDefault="00000000">
            <w:pPr>
              <w:spacing w:line="259" w:lineRule="auto"/>
              <w:jc w:val="center"/>
              <w:rPr>
                <w:sz w:val="28"/>
                <w:szCs w:val="28"/>
              </w:rPr>
            </w:pPr>
            <w:r w:rsidRPr="00687C6B">
              <w:rPr>
                <w:b/>
                <w:sz w:val="28"/>
                <w:szCs w:val="28"/>
              </w:rPr>
              <w:t>HOẠT ĐỘNG CỦA GV-HS</w:t>
            </w:r>
          </w:p>
        </w:tc>
        <w:tc>
          <w:tcPr>
            <w:tcW w:w="3118" w:type="dxa"/>
            <w:shd w:val="clear" w:color="auto" w:fill="D9EAF7"/>
            <w:tcMar>
              <w:top w:w="70" w:type="dxa"/>
              <w:left w:w="80" w:type="dxa"/>
              <w:bottom w:w="70" w:type="dxa"/>
              <w:right w:w="80" w:type="dxa"/>
            </w:tcMar>
          </w:tcPr>
          <w:p w14:paraId="260D224E" w14:textId="77777777" w:rsidR="005D67C0" w:rsidRPr="00687C6B" w:rsidRDefault="00000000">
            <w:pPr>
              <w:spacing w:line="259"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60E9D27D" w14:textId="77777777" w:rsidR="006D45B8" w:rsidRPr="00687C6B" w:rsidRDefault="00000000">
            <w:pPr>
              <w:spacing w:line="259" w:lineRule="auto"/>
              <w:jc w:val="center"/>
              <w:rPr>
                <w:sz w:val="28"/>
                <w:szCs w:val="28"/>
              </w:rPr>
            </w:pPr>
            <w:r w:rsidRPr="00687C6B">
              <w:rPr>
                <w:b/>
                <w:sz w:val="28"/>
                <w:szCs w:val="28"/>
              </w:rPr>
              <w:t>NLS</w:t>
            </w:r>
          </w:p>
        </w:tc>
      </w:tr>
      <w:tr w:rsidR="005D67C0" w:rsidRPr="00687C6B" w14:paraId="19947AEB" w14:textId="77777777" w:rsidTr="000F4B68">
        <w:trPr>
          <w:jc w:val="center"/>
        </w:trPr>
        <w:tc>
          <w:tcPr>
            <w:tcW w:w="4082" w:type="dxa"/>
            <w:tcMar>
              <w:top w:w="70" w:type="dxa"/>
              <w:left w:w="80" w:type="dxa"/>
              <w:bottom w:w="70" w:type="dxa"/>
              <w:right w:w="80" w:type="dxa"/>
            </w:tcMar>
          </w:tcPr>
          <w:p w14:paraId="10974F03" w14:textId="77777777" w:rsidR="005D67C0" w:rsidRPr="00687C6B" w:rsidRDefault="005D67C0">
            <w:pPr>
              <w:spacing w:line="259" w:lineRule="auto"/>
              <w:rPr>
                <w:sz w:val="28"/>
                <w:szCs w:val="28"/>
              </w:rPr>
            </w:pPr>
          </w:p>
          <w:p w14:paraId="17BEE8A1" w14:textId="77777777" w:rsidR="005D67C0" w:rsidRPr="00687C6B" w:rsidRDefault="00000000">
            <w:pPr>
              <w:spacing w:line="259" w:lineRule="auto"/>
              <w:rPr>
                <w:sz w:val="28"/>
                <w:szCs w:val="28"/>
              </w:rPr>
            </w:pPr>
            <w:r w:rsidRPr="00687C6B">
              <w:rPr>
                <w:b/>
                <w:sz w:val="28"/>
                <w:szCs w:val="28"/>
              </w:rPr>
              <w:t>Bước 1:</w:t>
            </w:r>
          </w:p>
          <w:p w14:paraId="11EF275B" w14:textId="77777777" w:rsidR="005D67C0" w:rsidRPr="00687C6B" w:rsidRDefault="00000000">
            <w:pPr>
              <w:spacing w:line="259" w:lineRule="auto"/>
              <w:rPr>
                <w:sz w:val="28"/>
                <w:szCs w:val="28"/>
              </w:rPr>
            </w:pPr>
            <w:r w:rsidRPr="00687C6B">
              <w:rPr>
                <w:sz w:val="28"/>
                <w:szCs w:val="28"/>
              </w:rPr>
              <w:t>GV yêu cầu HS đọc mục 2 trong SGK và trả lời nhanh: Em có thể tìm hiểu, học tập lịch sử qua những hình thức nào? Ở đâu?</w:t>
            </w:r>
          </w:p>
          <w:p w14:paraId="1EC590BF" w14:textId="77777777" w:rsidR="005D67C0" w:rsidRPr="00687C6B" w:rsidRDefault="00000000">
            <w:pPr>
              <w:spacing w:line="259" w:lineRule="auto"/>
              <w:rPr>
                <w:sz w:val="28"/>
                <w:szCs w:val="28"/>
              </w:rPr>
            </w:pPr>
            <w:r w:rsidRPr="00687C6B">
              <w:rPr>
                <w:sz w:val="28"/>
                <w:szCs w:val="28"/>
              </w:rPr>
              <w:t>HS suy nghĩ cá nhân, sau đó trao đổi theo nhóm 4 em và hoàn thành bảng hai cột: “Hình thức học tập lịch sử” - “Ví dụ cụ thể”.</w:t>
            </w:r>
          </w:p>
          <w:p w14:paraId="1C4EBC31" w14:textId="77777777" w:rsidR="005D67C0" w:rsidRPr="00687C6B" w:rsidRDefault="00000000">
            <w:pPr>
              <w:spacing w:line="259" w:lineRule="auto"/>
              <w:rPr>
                <w:sz w:val="28"/>
                <w:szCs w:val="28"/>
              </w:rPr>
            </w:pPr>
            <w:r w:rsidRPr="00687C6B">
              <w:rPr>
                <w:b/>
                <w:sz w:val="28"/>
                <w:szCs w:val="28"/>
              </w:rPr>
              <w:t>Bước 2:</w:t>
            </w:r>
          </w:p>
          <w:p w14:paraId="13965E3F" w14:textId="77777777" w:rsidR="005D67C0" w:rsidRPr="00687C6B" w:rsidRDefault="00000000">
            <w:pPr>
              <w:spacing w:line="259" w:lineRule="auto"/>
              <w:rPr>
                <w:sz w:val="28"/>
                <w:szCs w:val="28"/>
              </w:rPr>
            </w:pPr>
            <w:r w:rsidRPr="00687C6B">
              <w:rPr>
                <w:sz w:val="28"/>
                <w:szCs w:val="28"/>
              </w:rPr>
              <w:t>GV cho HS quan sát Hình 4 và Hình 5, hướng dẫn khai thác thông tin về hai địa điểm: Bảo tàng Lịch sử Thành phố Hồ Chí Minh và Đài tưởng niệm trung tâm ở di tích Thành cổ Quảng Trị.</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919"/>
              <w:gridCol w:w="2919"/>
            </w:tblGrid>
            <w:tr w:rsidR="005D67C0" w:rsidRPr="00687C6B" w14:paraId="0E0B340A" w14:textId="77777777" w:rsidTr="000F4B68">
              <w:trPr>
                <w:jc w:val="center"/>
              </w:trPr>
              <w:tc>
                <w:tcPr>
                  <w:tcW w:w="2919" w:type="dxa"/>
                </w:tcPr>
                <w:p w14:paraId="0AAA6471" w14:textId="77777777" w:rsidR="005D67C0" w:rsidRPr="00687C6B" w:rsidRDefault="00000000">
                  <w:pPr>
                    <w:spacing w:line="259" w:lineRule="auto"/>
                    <w:jc w:val="center"/>
                    <w:rPr>
                      <w:sz w:val="28"/>
                      <w:szCs w:val="28"/>
                    </w:rPr>
                  </w:pPr>
                  <w:r w:rsidRPr="00687C6B">
                    <w:rPr>
                      <w:b/>
                      <w:noProof/>
                      <w:sz w:val="28"/>
                      <w:szCs w:val="28"/>
                    </w:rPr>
                    <w:drawing>
                      <wp:inline distT="0" distB="0" distL="0" distR="0" wp14:anchorId="5768E2E1" wp14:editId="6DD4B444">
                        <wp:extent cx="1655999" cy="895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4_bao_tang_lich_su_hcm.png"/>
                                <pic:cNvPicPr/>
                              </pic:nvPicPr>
                              <pic:blipFill>
                                <a:blip r:embed="rId9"/>
                                <a:stretch>
                                  <a:fillRect/>
                                </a:stretch>
                              </pic:blipFill>
                              <pic:spPr>
                                <a:xfrm>
                                  <a:off x="0" y="0"/>
                                  <a:ext cx="1655999" cy="895657"/>
                                </a:xfrm>
                                <a:prstGeom prst="rect">
                                  <a:avLst/>
                                </a:prstGeom>
                              </pic:spPr>
                            </pic:pic>
                          </a:graphicData>
                        </a:graphic>
                      </wp:inline>
                    </w:drawing>
                  </w:r>
                </w:p>
                <w:p w14:paraId="45DBF674" w14:textId="77777777" w:rsidR="005D67C0" w:rsidRPr="00687C6B" w:rsidRDefault="00000000">
                  <w:pPr>
                    <w:spacing w:line="259" w:lineRule="auto"/>
                    <w:jc w:val="center"/>
                    <w:rPr>
                      <w:sz w:val="28"/>
                      <w:szCs w:val="28"/>
                    </w:rPr>
                  </w:pPr>
                  <w:r w:rsidRPr="00687C6B">
                    <w:rPr>
                      <w:b/>
                      <w:i/>
                      <w:sz w:val="28"/>
                      <w:szCs w:val="28"/>
                    </w:rPr>
                    <w:t>Hình 4. Bảo tàng Lịch sử Thành phố Hồ Chí Minh</w:t>
                  </w:r>
                </w:p>
              </w:tc>
              <w:tc>
                <w:tcPr>
                  <w:tcW w:w="2919" w:type="dxa"/>
                </w:tcPr>
                <w:p w14:paraId="228A8AD9" w14:textId="77777777" w:rsidR="005D67C0" w:rsidRPr="00687C6B" w:rsidRDefault="00000000">
                  <w:pPr>
                    <w:spacing w:line="259" w:lineRule="auto"/>
                    <w:jc w:val="center"/>
                    <w:rPr>
                      <w:sz w:val="28"/>
                      <w:szCs w:val="28"/>
                    </w:rPr>
                  </w:pPr>
                  <w:r w:rsidRPr="00687C6B">
                    <w:rPr>
                      <w:b/>
                      <w:noProof/>
                      <w:sz w:val="28"/>
                      <w:szCs w:val="28"/>
                    </w:rPr>
                    <w:drawing>
                      <wp:inline distT="0" distB="0" distL="0" distR="0" wp14:anchorId="14148F70" wp14:editId="73CF838A">
                        <wp:extent cx="1548000" cy="9117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5_dai_tuong_niem_quang_tri.png"/>
                                <pic:cNvPicPr/>
                              </pic:nvPicPr>
                              <pic:blipFill>
                                <a:blip r:embed="rId10"/>
                                <a:stretch>
                                  <a:fillRect/>
                                </a:stretch>
                              </pic:blipFill>
                              <pic:spPr>
                                <a:xfrm>
                                  <a:off x="0" y="0"/>
                                  <a:ext cx="1548000" cy="911746"/>
                                </a:xfrm>
                                <a:prstGeom prst="rect">
                                  <a:avLst/>
                                </a:prstGeom>
                              </pic:spPr>
                            </pic:pic>
                          </a:graphicData>
                        </a:graphic>
                      </wp:inline>
                    </w:drawing>
                  </w:r>
                </w:p>
                <w:p w14:paraId="37FD5DFB" w14:textId="77777777" w:rsidR="005D67C0" w:rsidRPr="00687C6B" w:rsidRDefault="00000000">
                  <w:pPr>
                    <w:spacing w:line="259" w:lineRule="auto"/>
                    <w:jc w:val="center"/>
                    <w:rPr>
                      <w:sz w:val="28"/>
                      <w:szCs w:val="28"/>
                    </w:rPr>
                  </w:pPr>
                  <w:r w:rsidRPr="00687C6B">
                    <w:rPr>
                      <w:b/>
                      <w:i/>
                      <w:sz w:val="28"/>
                      <w:szCs w:val="28"/>
                    </w:rPr>
                    <w:t>Hình 5. Đài tưởng niệm trung tâm ở di tích Thành cổ Quảng Trị</w:t>
                  </w:r>
                </w:p>
              </w:tc>
            </w:tr>
          </w:tbl>
          <w:p w14:paraId="5ED80C8B" w14:textId="77777777" w:rsidR="005D67C0" w:rsidRPr="00687C6B" w:rsidRDefault="005D67C0">
            <w:pPr>
              <w:spacing w:line="259" w:lineRule="auto"/>
              <w:rPr>
                <w:sz w:val="28"/>
                <w:szCs w:val="28"/>
              </w:rPr>
            </w:pPr>
          </w:p>
          <w:p w14:paraId="21661115" w14:textId="77777777" w:rsidR="005D67C0" w:rsidRPr="00687C6B" w:rsidRDefault="00000000">
            <w:pPr>
              <w:spacing w:line="259" w:lineRule="auto"/>
              <w:rPr>
                <w:sz w:val="28"/>
                <w:szCs w:val="28"/>
              </w:rPr>
            </w:pPr>
            <w:r w:rsidRPr="00687C6B">
              <w:rPr>
                <w:sz w:val="28"/>
                <w:szCs w:val="28"/>
              </w:rPr>
              <w:t>GV đặt câu hỏi:</w:t>
            </w:r>
          </w:p>
          <w:p w14:paraId="63AA0B46" w14:textId="77777777" w:rsidR="005D67C0" w:rsidRPr="00687C6B" w:rsidRDefault="00000000">
            <w:pPr>
              <w:spacing w:line="259" w:lineRule="auto"/>
              <w:rPr>
                <w:sz w:val="28"/>
                <w:szCs w:val="28"/>
              </w:rPr>
            </w:pPr>
            <w:r w:rsidRPr="00687C6B">
              <w:rPr>
                <w:sz w:val="28"/>
                <w:szCs w:val="28"/>
              </w:rPr>
              <w:t xml:space="preserve">- Khi đến bảo tàng hoặc di tích lịch sử, em có thể tìm hiểu được </w:t>
            </w:r>
            <w:r w:rsidRPr="00687C6B">
              <w:rPr>
                <w:sz w:val="28"/>
                <w:szCs w:val="28"/>
              </w:rPr>
              <w:lastRenderedPageBreak/>
              <w:t>những thông tin gì?</w:t>
            </w:r>
          </w:p>
          <w:p w14:paraId="0D7F628F" w14:textId="77777777" w:rsidR="005D67C0" w:rsidRPr="00687C6B" w:rsidRDefault="00000000">
            <w:pPr>
              <w:spacing w:line="259" w:lineRule="auto"/>
              <w:rPr>
                <w:sz w:val="28"/>
                <w:szCs w:val="28"/>
              </w:rPr>
            </w:pPr>
            <w:r w:rsidRPr="00687C6B">
              <w:rPr>
                <w:sz w:val="28"/>
                <w:szCs w:val="28"/>
              </w:rPr>
              <w:t>- Trong gia đình, trường học hoặc nơi em sống có những hiện vật, địa danh, công trình nào có thể được coi là chứng nhân lịch sử?</w:t>
            </w:r>
          </w:p>
          <w:p w14:paraId="6AF4D187" w14:textId="77777777" w:rsidR="005D67C0" w:rsidRPr="00687C6B" w:rsidRDefault="00000000">
            <w:pPr>
              <w:spacing w:line="259" w:lineRule="auto"/>
              <w:rPr>
                <w:sz w:val="28"/>
                <w:szCs w:val="28"/>
              </w:rPr>
            </w:pPr>
            <w:r w:rsidRPr="00687C6B">
              <w:rPr>
                <w:b/>
                <w:sz w:val="28"/>
                <w:szCs w:val="28"/>
              </w:rPr>
              <w:t>Bước 3:</w:t>
            </w:r>
          </w:p>
          <w:p w14:paraId="4D17101E" w14:textId="77777777" w:rsidR="005D67C0" w:rsidRPr="00687C6B" w:rsidRDefault="00000000">
            <w:pPr>
              <w:spacing w:line="259" w:lineRule="auto"/>
              <w:rPr>
                <w:sz w:val="28"/>
                <w:szCs w:val="28"/>
              </w:rPr>
            </w:pPr>
            <w:r w:rsidRPr="00687C6B">
              <w:rPr>
                <w:sz w:val="28"/>
                <w:szCs w:val="28"/>
              </w:rPr>
              <w:t>GV chia lớp thành ba nhóm, giao nhiệm vụ liên hệ:</w:t>
            </w:r>
          </w:p>
          <w:p w14:paraId="08D23448" w14:textId="77777777" w:rsidR="005D67C0" w:rsidRPr="00687C6B" w:rsidRDefault="00000000">
            <w:pPr>
              <w:spacing w:line="259" w:lineRule="auto"/>
              <w:rPr>
                <w:sz w:val="28"/>
                <w:szCs w:val="28"/>
              </w:rPr>
            </w:pPr>
            <w:r w:rsidRPr="00687C6B">
              <w:rPr>
                <w:sz w:val="28"/>
                <w:szCs w:val="28"/>
              </w:rPr>
              <w:t>- Nhóm 1: Lựa chọn một vấn đề thời sự trong nước hoặc thế giới có liên quan đến bài học lịch sử; giải thích ngắn nguyên nhân hoặc ý nghĩa của vấn đề đó.</w:t>
            </w:r>
          </w:p>
          <w:p w14:paraId="032C586B" w14:textId="77777777" w:rsidR="005D67C0" w:rsidRPr="00687C6B" w:rsidRDefault="00000000">
            <w:pPr>
              <w:spacing w:line="259" w:lineRule="auto"/>
              <w:rPr>
                <w:sz w:val="28"/>
                <w:szCs w:val="28"/>
              </w:rPr>
            </w:pPr>
            <w:r w:rsidRPr="00687C6B">
              <w:rPr>
                <w:sz w:val="28"/>
                <w:szCs w:val="28"/>
              </w:rPr>
              <w:t>- Nhóm 2: Lựa chọn một hiện vật, di tích hoặc truyền thống của gia đình, nhà trường, quê hương; nêu thông tin lịch sử có thể tìm hiểu từ đối tượng đó.</w:t>
            </w:r>
          </w:p>
          <w:p w14:paraId="5748C56E" w14:textId="77777777" w:rsidR="005D67C0" w:rsidRPr="00687C6B" w:rsidRDefault="00000000">
            <w:pPr>
              <w:spacing w:line="259" w:lineRule="auto"/>
              <w:rPr>
                <w:sz w:val="28"/>
                <w:szCs w:val="28"/>
              </w:rPr>
            </w:pPr>
            <w:r w:rsidRPr="00687C6B">
              <w:rPr>
                <w:sz w:val="28"/>
                <w:szCs w:val="28"/>
              </w:rPr>
              <w:t>- Nhóm 3: Nêu một bài học lịch sử có thể vận dụng trong học tập, ứng xử hoặc bảo vệ di sản hiện nay.</w:t>
            </w:r>
          </w:p>
          <w:p w14:paraId="1DCAEE86" w14:textId="77777777" w:rsidR="005D67C0" w:rsidRPr="00687C6B" w:rsidRDefault="00000000">
            <w:pPr>
              <w:spacing w:line="259" w:lineRule="auto"/>
              <w:rPr>
                <w:sz w:val="28"/>
                <w:szCs w:val="28"/>
              </w:rPr>
            </w:pPr>
            <w:r w:rsidRPr="00687C6B">
              <w:rPr>
                <w:b/>
                <w:sz w:val="28"/>
                <w:szCs w:val="28"/>
              </w:rPr>
              <w:t>Bước 4:</w:t>
            </w:r>
          </w:p>
          <w:p w14:paraId="0D2D41D5" w14:textId="77777777" w:rsidR="005D67C0" w:rsidRPr="00687C6B" w:rsidRDefault="00000000">
            <w:pPr>
              <w:spacing w:line="259" w:lineRule="auto"/>
              <w:rPr>
                <w:sz w:val="28"/>
                <w:szCs w:val="28"/>
              </w:rPr>
            </w:pPr>
            <w:r w:rsidRPr="00687C6B">
              <w:rPr>
                <w:sz w:val="28"/>
                <w:szCs w:val="28"/>
              </w:rPr>
              <w:t>Đại diện nhóm trình bày; nhóm khác nhận xét và đặt câu hỏi. GV định hướng HS phân biệt giữa ý kiến cá nhân với thông tin có căn cứ; chốt mối quan hệ hai chiều: tri thức lịch sử giúp giải thích và định hướng cuộc sống, đồng thời cuộc sống cung cấp các dấu tích, vấn đề và nguồn sử liệu để con người tiếp tục khám phá lịch sử.</w:t>
            </w:r>
          </w:p>
          <w:p w14:paraId="1C432FDE" w14:textId="77777777" w:rsidR="006D45B8" w:rsidRPr="00687C6B" w:rsidRDefault="00000000">
            <w:pPr>
              <w:spacing w:line="259" w:lineRule="auto"/>
              <w:rPr>
                <w:sz w:val="28"/>
                <w:szCs w:val="28"/>
              </w:rPr>
            </w:pPr>
            <w:r w:rsidRPr="00687C6B">
              <w:rPr>
                <w:b/>
                <w:sz w:val="28"/>
                <w:szCs w:val="28"/>
              </w:rPr>
              <w:t>Tích hợp NLS (thực hiện sau Bước 2):</w:t>
            </w:r>
          </w:p>
          <w:p w14:paraId="589026EC" w14:textId="77777777" w:rsidR="006D45B8" w:rsidRPr="00687C6B" w:rsidRDefault="00000000">
            <w:pPr>
              <w:spacing w:line="259" w:lineRule="auto"/>
              <w:rPr>
                <w:sz w:val="28"/>
                <w:szCs w:val="28"/>
              </w:rPr>
            </w:pPr>
            <w:r w:rsidRPr="00687C6B">
              <w:rPr>
                <w:sz w:val="28"/>
                <w:szCs w:val="28"/>
              </w:rPr>
              <w:t xml:space="preserve">- GV yêu cầu mỗi nhóm sử dụng 01 thiết bị để tìm kiếm một nguồn số chính thống về một bảo tàng, di tích hoặc chứng nhân lịch sử ở địa phương. HS dùng từ khóa cụ thể, lựa chọn kết quả phù hợp, ghi tên trang, cơ quan đăng tải và đường </w:t>
            </w:r>
            <w:r w:rsidRPr="00687C6B">
              <w:rPr>
                <w:sz w:val="28"/>
                <w:szCs w:val="28"/>
              </w:rPr>
              <w:lastRenderedPageBreak/>
              <w:t>dẫn; nhóm không có thiết bị dùng phiếu nguồn số GV in sẵn.</w:t>
            </w:r>
          </w:p>
        </w:tc>
        <w:tc>
          <w:tcPr>
            <w:tcW w:w="3118" w:type="dxa"/>
            <w:tcMar>
              <w:top w:w="70" w:type="dxa"/>
              <w:left w:w="80" w:type="dxa"/>
              <w:bottom w:w="70" w:type="dxa"/>
              <w:right w:w="80" w:type="dxa"/>
            </w:tcMar>
          </w:tcPr>
          <w:p w14:paraId="2D320C52" w14:textId="77777777" w:rsidR="005D67C0" w:rsidRPr="00687C6B" w:rsidRDefault="005D67C0">
            <w:pPr>
              <w:spacing w:line="259" w:lineRule="auto"/>
              <w:rPr>
                <w:sz w:val="28"/>
                <w:szCs w:val="28"/>
              </w:rPr>
            </w:pPr>
          </w:p>
          <w:p w14:paraId="740F5E6F" w14:textId="77777777" w:rsidR="005D67C0" w:rsidRPr="00687C6B" w:rsidRDefault="00000000">
            <w:pPr>
              <w:spacing w:line="259" w:lineRule="auto"/>
              <w:rPr>
                <w:sz w:val="28"/>
                <w:szCs w:val="28"/>
              </w:rPr>
            </w:pPr>
            <w:r w:rsidRPr="00687C6B">
              <w:rPr>
                <w:sz w:val="28"/>
                <w:szCs w:val="28"/>
              </w:rPr>
              <w:t>- Học tập lịch sử không chỉ diễn ra trong giờ học ở nhà trường mà còn được thực hiện qua nhiều hình thức: đọc sách, báo; xem phim, tư liệu; tham quan bảo tàng, di tích lịch sử - văn hoá; trải nghiệm lễ hội; tìm hiểu gia đình, dòng họ, quê hương; khai thác thư viện, internet và học liệu số.</w:t>
            </w:r>
          </w:p>
          <w:p w14:paraId="0CA6AE74" w14:textId="77777777" w:rsidR="005D67C0" w:rsidRPr="00687C6B" w:rsidRDefault="00000000">
            <w:pPr>
              <w:spacing w:line="259" w:lineRule="auto"/>
              <w:rPr>
                <w:sz w:val="28"/>
                <w:szCs w:val="28"/>
              </w:rPr>
            </w:pPr>
            <w:r w:rsidRPr="00687C6B">
              <w:rPr>
                <w:sz w:val="28"/>
                <w:szCs w:val="28"/>
              </w:rPr>
              <w:t>- Những sự vật xung quanh như ngôi nhà, con phố, làng bản, trường học, đình, đền, tượng đài, hiện vật, tài liệu và kí ức của cộng đồng đều có thể là dấu tích hoặc chứng nhân lịch sử.</w:t>
            </w:r>
          </w:p>
          <w:p w14:paraId="717F61CB" w14:textId="77777777" w:rsidR="005D67C0" w:rsidRPr="00687C6B" w:rsidRDefault="00000000">
            <w:pPr>
              <w:spacing w:line="259" w:lineRule="auto"/>
              <w:rPr>
                <w:sz w:val="28"/>
                <w:szCs w:val="28"/>
              </w:rPr>
            </w:pPr>
            <w:r w:rsidRPr="00687C6B">
              <w:rPr>
                <w:sz w:val="28"/>
                <w:szCs w:val="28"/>
              </w:rPr>
              <w:t>- Bảo tàng và di tích lưu giữ hiện vật, tư liệu và không gian lịch sử; giúp người học tiếp cận quá khứ bằng quan sát, trải nghiệm và đối chiếu thông tin.</w:t>
            </w:r>
          </w:p>
          <w:p w14:paraId="3ED797CA" w14:textId="77777777" w:rsidR="005D67C0" w:rsidRPr="00687C6B" w:rsidRDefault="00000000">
            <w:pPr>
              <w:spacing w:line="259" w:lineRule="auto"/>
              <w:rPr>
                <w:sz w:val="28"/>
                <w:szCs w:val="28"/>
              </w:rPr>
            </w:pPr>
            <w:r w:rsidRPr="00687C6B">
              <w:rPr>
                <w:sz w:val="28"/>
                <w:szCs w:val="28"/>
              </w:rPr>
              <w:t xml:space="preserve">- Tri thức và bài học lịch </w:t>
            </w:r>
            <w:r w:rsidRPr="00687C6B">
              <w:rPr>
                <w:sz w:val="28"/>
                <w:szCs w:val="28"/>
              </w:rPr>
              <w:lastRenderedPageBreak/>
              <w:t>sử giúp giải thích nguồn gốc, nguyên nhân, diễn biến và ý nghĩa của một số vấn đề trong hiện tại; giúp tránh lặp lại sai lầm, kế thừa thành tựu và định hướng hành động.</w:t>
            </w:r>
          </w:p>
          <w:p w14:paraId="6FE701B6" w14:textId="77777777" w:rsidR="005D67C0" w:rsidRPr="00687C6B" w:rsidRDefault="00000000">
            <w:pPr>
              <w:spacing w:line="259" w:lineRule="auto"/>
              <w:rPr>
                <w:sz w:val="28"/>
                <w:szCs w:val="28"/>
              </w:rPr>
            </w:pPr>
            <w:r w:rsidRPr="00687C6B">
              <w:rPr>
                <w:sz w:val="28"/>
                <w:szCs w:val="28"/>
              </w:rPr>
              <w:t>- Khi vận dụng lịch sử vào cuộc sống, cần dựa trên nguồn thông tin đáng tin cậy, phân biệt sự kiện với nhận xét và tôn trọng các quan điểm có căn cứ.</w:t>
            </w:r>
          </w:p>
          <w:p w14:paraId="0C39A173" w14:textId="77777777" w:rsidR="005D67C0" w:rsidRPr="00687C6B" w:rsidRDefault="00000000">
            <w:pPr>
              <w:spacing w:line="259" w:lineRule="auto"/>
              <w:rPr>
                <w:sz w:val="28"/>
                <w:szCs w:val="28"/>
              </w:rPr>
            </w:pPr>
            <w:r w:rsidRPr="00687C6B">
              <w:rPr>
                <w:sz w:val="28"/>
                <w:szCs w:val="28"/>
              </w:rPr>
              <w:t>- Cuộc sống với những biến đổi, di sản, hiện vật và kí ức cộng đồng lại đặt ra các câu hỏi mới, cung cấp nguồn tư liệu mới để con người tiếp tục nghiên cứu lịch sử.</w:t>
            </w:r>
          </w:p>
          <w:p w14:paraId="19F375D9" w14:textId="77777777" w:rsidR="006D45B8" w:rsidRPr="00687C6B" w:rsidRDefault="00000000">
            <w:pPr>
              <w:spacing w:line="259" w:lineRule="auto"/>
              <w:rPr>
                <w:sz w:val="28"/>
                <w:szCs w:val="28"/>
              </w:rPr>
            </w:pPr>
            <w:r w:rsidRPr="00687C6B">
              <w:rPr>
                <w:sz w:val="28"/>
                <w:szCs w:val="28"/>
              </w:rPr>
              <w:t>- Phiếu thông tin nguồn số gồm: từ khóa tìm kiếm, tên bảo tàng/di tích hoặc đối tượng, tên cơ quan đăng tải, đường dẫn và 2-3 thông tin lịch sử khai thác được.</w:t>
            </w:r>
          </w:p>
        </w:tc>
        <w:tc>
          <w:tcPr>
            <w:tcW w:w="2438" w:type="dxa"/>
            <w:tcMar>
              <w:top w:w="70" w:type="dxa"/>
              <w:left w:w="80" w:type="dxa"/>
              <w:bottom w:w="70" w:type="dxa"/>
              <w:right w:w="80" w:type="dxa"/>
            </w:tcMar>
          </w:tcPr>
          <w:p w14:paraId="2C14BF55" w14:textId="6084EC90" w:rsidR="00773443" w:rsidRPr="00773443" w:rsidRDefault="00773443" w:rsidP="00773443">
            <w:pPr>
              <w:rPr>
                <w:sz w:val="24"/>
              </w:rPr>
            </w:pPr>
            <w:r w:rsidRPr="00773443">
              <w:rPr>
                <w:rStyle w:val="fontstyle01"/>
                <w:b/>
                <w:bCs/>
              </w:rPr>
              <w:lastRenderedPageBreak/>
              <w:t>1.1.NC1b</w:t>
            </w:r>
            <w:r>
              <w:rPr>
                <w:rStyle w:val="fontstyle01"/>
              </w:rPr>
              <w:t xml:space="preserve"> HS sử dụng</w:t>
            </w:r>
            <w:r>
              <w:t xml:space="preserve"> </w:t>
            </w:r>
            <w:r>
              <w:rPr>
                <w:rStyle w:val="fontstyle01"/>
              </w:rPr>
              <w:t>công nghệ số để tìm kiếm</w:t>
            </w:r>
            <w:r>
              <w:t xml:space="preserve"> </w:t>
            </w:r>
            <w:r>
              <w:rPr>
                <w:rStyle w:val="fontstyle01"/>
              </w:rPr>
              <w:t>để lấy được dữ liệu, thông</w:t>
            </w:r>
            <w:r>
              <w:t xml:space="preserve"> </w:t>
            </w:r>
            <w:r>
              <w:rPr>
                <w:rStyle w:val="fontstyle01"/>
              </w:rPr>
              <w:t>tin và nội dung trong môi</w:t>
            </w:r>
            <w:r>
              <w:rPr>
                <w:rFonts w:ascii="TimesNewRomanPSMT" w:hAnsi="TimesNewRomanPSMT"/>
                <w:color w:val="000000"/>
                <w:szCs w:val="26"/>
              </w:rPr>
              <w:br/>
            </w:r>
            <w:r>
              <w:rPr>
                <w:rStyle w:val="fontstyle01"/>
              </w:rPr>
              <w:t>trường số</w:t>
            </w:r>
          </w:p>
          <w:p w14:paraId="2BFCBABC" w14:textId="501E0E3B" w:rsidR="006D45B8" w:rsidRPr="00687C6B" w:rsidRDefault="00000000">
            <w:pPr>
              <w:spacing w:line="259" w:lineRule="auto"/>
              <w:rPr>
                <w:sz w:val="28"/>
                <w:szCs w:val="28"/>
              </w:rPr>
            </w:pPr>
            <w:r w:rsidRPr="00687C6B">
              <w:rPr>
                <w:sz w:val="28"/>
                <w:szCs w:val="28"/>
              </w:rPr>
              <w:t>Nhiệm vụ học tập: HS dùng từ khóa phù hợp để tìm 01 nguồn số chính thống về bảo tàng, di tích hoặc lịch sử địa phương; ghi nguồn và đường dẫn.</w:t>
            </w:r>
            <w:r w:rsidRPr="00687C6B">
              <w:rPr>
                <w:sz w:val="28"/>
                <w:szCs w:val="28"/>
              </w:rPr>
              <w:br/>
              <w:t>Công cụ: Trình duyệt/Google Search trên 01 thiết bị/nhóm; nguồn của bảo tàng, cơ quan văn hóa, lưu trữ hoặc báo chí chính thống.</w:t>
            </w:r>
            <w:r w:rsidRPr="00687C6B">
              <w:rPr>
                <w:sz w:val="28"/>
                <w:szCs w:val="28"/>
              </w:rPr>
              <w:br/>
              <w:t>Đánh giá: Đúng từ khóa, nguồn phù hợp, ghi nguồn rõ và thông tin liên quan nhiệm vụ.</w:t>
            </w:r>
          </w:p>
        </w:tc>
      </w:tr>
    </w:tbl>
    <w:p w14:paraId="703C3AD2" w14:textId="77777777" w:rsidR="005D67C0" w:rsidRPr="00687C6B" w:rsidRDefault="00000000">
      <w:pPr>
        <w:keepNext/>
        <w:spacing w:before="80" w:after="40"/>
        <w:rPr>
          <w:sz w:val="28"/>
          <w:szCs w:val="28"/>
        </w:rPr>
      </w:pPr>
      <w:r w:rsidRPr="00687C6B">
        <w:rPr>
          <w:b/>
          <w:sz w:val="28"/>
          <w:szCs w:val="28"/>
        </w:rPr>
        <w:lastRenderedPageBreak/>
        <w:t>Hoạt động 3. Tìm hiểu việc sưu tầm, thu thập, xử lí thông tin sử liệu trong khám phá, học tập lịch sử</w:t>
      </w:r>
    </w:p>
    <w:p w14:paraId="51A985FF" w14:textId="77777777" w:rsidR="005D67C0" w:rsidRPr="00687C6B" w:rsidRDefault="00000000">
      <w:pPr>
        <w:rPr>
          <w:sz w:val="28"/>
          <w:szCs w:val="28"/>
        </w:rPr>
      </w:pPr>
      <w:r w:rsidRPr="00687C6B">
        <w:rPr>
          <w:b/>
          <w:sz w:val="28"/>
          <w:szCs w:val="28"/>
        </w:rPr>
        <w:t xml:space="preserve">a. Mục tiêu: </w:t>
      </w:r>
      <w:r w:rsidRPr="00687C6B">
        <w:rPr>
          <w:sz w:val="28"/>
          <w:szCs w:val="28"/>
        </w:rPr>
        <w:t>HS nêu được khái niệm sử liệu; biết cách sưu tầm, thu thập và xử lí thông tin sử liệu phục vụ học tập, khám phá lịch sử; bước đầu đánh giá độ tin cậy và giá trị của nguồn thông tin.</w:t>
      </w:r>
    </w:p>
    <w:p w14:paraId="6F865D47" w14:textId="77777777" w:rsidR="005D67C0" w:rsidRPr="00687C6B" w:rsidRDefault="00000000">
      <w:pPr>
        <w:rPr>
          <w:sz w:val="28"/>
          <w:szCs w:val="28"/>
        </w:rPr>
      </w:pPr>
      <w:r w:rsidRPr="00687C6B">
        <w:rPr>
          <w:b/>
          <w:sz w:val="28"/>
          <w:szCs w:val="28"/>
        </w:rPr>
        <w:t xml:space="preserve">b. Nội dung: </w:t>
      </w:r>
      <w:r w:rsidRPr="00687C6B">
        <w:rPr>
          <w:sz w:val="28"/>
          <w:szCs w:val="28"/>
        </w:rPr>
        <w:t>HS khai thác mục 3 và các Hình 6, 7, 8 trong SGK; phân loại nguồn sử liệu, xác định thông tin có thể khai thác và hoàn thành bảng các bước chuẩn bị sử liệu.</w:t>
      </w:r>
    </w:p>
    <w:p w14:paraId="10B55E3D" w14:textId="77777777" w:rsidR="005D67C0" w:rsidRPr="00687C6B" w:rsidRDefault="00000000">
      <w:pPr>
        <w:rPr>
          <w:sz w:val="28"/>
          <w:szCs w:val="28"/>
        </w:rPr>
      </w:pPr>
      <w:r w:rsidRPr="00687C6B">
        <w:rPr>
          <w:b/>
          <w:sz w:val="28"/>
          <w:szCs w:val="28"/>
        </w:rPr>
        <w:t xml:space="preserve">c. Sản phẩm học tập: </w:t>
      </w:r>
      <w:r w:rsidRPr="00687C6B">
        <w:rPr>
          <w:sz w:val="28"/>
          <w:szCs w:val="28"/>
        </w:rPr>
        <w:t>Câu trả lời của HS; bảng mô tả các bước sưu tầm, thu thập, xử lí thông tin sử liệu; kết quả khai thác thông tin từ ba hình ảnh.</w:t>
      </w:r>
    </w:p>
    <w:p w14:paraId="18ECFDF0" w14:textId="77777777" w:rsidR="005D67C0" w:rsidRPr="00687C6B" w:rsidRDefault="00000000">
      <w:pPr>
        <w:rPr>
          <w:sz w:val="28"/>
          <w:szCs w:val="28"/>
        </w:rPr>
      </w:pPr>
      <w:r w:rsidRPr="00687C6B">
        <w:rPr>
          <w:b/>
          <w:sz w:val="28"/>
          <w:szCs w:val="28"/>
        </w:rPr>
        <w:t xml:space="preserve">d. Tổ chức thực hiện: </w:t>
      </w:r>
    </w:p>
    <w:tbl>
      <w:tblPr>
        <w:tblStyle w:val="TableGrid"/>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5D67C0" w:rsidRPr="00687C6B" w14:paraId="3C3F5340" w14:textId="77777777" w:rsidTr="000F4B68">
        <w:trPr>
          <w:tblHeader/>
          <w:jc w:val="center"/>
        </w:trPr>
        <w:tc>
          <w:tcPr>
            <w:tcW w:w="4082" w:type="dxa"/>
            <w:shd w:val="clear" w:color="auto" w:fill="D9EAF7"/>
            <w:tcMar>
              <w:top w:w="70" w:type="dxa"/>
              <w:left w:w="80" w:type="dxa"/>
              <w:bottom w:w="70" w:type="dxa"/>
              <w:right w:w="80" w:type="dxa"/>
            </w:tcMar>
          </w:tcPr>
          <w:p w14:paraId="56D6A75E" w14:textId="77777777" w:rsidR="005D67C0" w:rsidRPr="00687C6B" w:rsidRDefault="00000000">
            <w:pPr>
              <w:spacing w:line="259" w:lineRule="auto"/>
              <w:jc w:val="center"/>
              <w:rPr>
                <w:sz w:val="28"/>
                <w:szCs w:val="28"/>
              </w:rPr>
            </w:pPr>
            <w:r w:rsidRPr="00687C6B">
              <w:rPr>
                <w:b/>
                <w:sz w:val="28"/>
                <w:szCs w:val="28"/>
              </w:rPr>
              <w:t>HOẠT ĐỘNG CỦA GV-HS</w:t>
            </w:r>
          </w:p>
        </w:tc>
        <w:tc>
          <w:tcPr>
            <w:tcW w:w="3118" w:type="dxa"/>
            <w:shd w:val="clear" w:color="auto" w:fill="D9EAF7"/>
            <w:tcMar>
              <w:top w:w="70" w:type="dxa"/>
              <w:left w:w="80" w:type="dxa"/>
              <w:bottom w:w="70" w:type="dxa"/>
              <w:right w:w="80" w:type="dxa"/>
            </w:tcMar>
          </w:tcPr>
          <w:p w14:paraId="03DFB06C" w14:textId="77777777" w:rsidR="005D67C0" w:rsidRPr="00687C6B" w:rsidRDefault="00000000">
            <w:pPr>
              <w:spacing w:line="259"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377FC898" w14:textId="77777777" w:rsidR="006D45B8" w:rsidRPr="00687C6B" w:rsidRDefault="00000000">
            <w:pPr>
              <w:spacing w:line="259" w:lineRule="auto"/>
              <w:jc w:val="center"/>
              <w:rPr>
                <w:sz w:val="28"/>
                <w:szCs w:val="28"/>
              </w:rPr>
            </w:pPr>
            <w:r w:rsidRPr="00687C6B">
              <w:rPr>
                <w:b/>
                <w:sz w:val="28"/>
                <w:szCs w:val="28"/>
              </w:rPr>
              <w:t>NLS</w:t>
            </w:r>
          </w:p>
        </w:tc>
      </w:tr>
      <w:tr w:rsidR="005D67C0" w:rsidRPr="00687C6B" w14:paraId="654768EB" w14:textId="77777777" w:rsidTr="000F4B68">
        <w:trPr>
          <w:jc w:val="center"/>
        </w:trPr>
        <w:tc>
          <w:tcPr>
            <w:tcW w:w="4082" w:type="dxa"/>
            <w:tcMar>
              <w:top w:w="70" w:type="dxa"/>
              <w:left w:w="80" w:type="dxa"/>
              <w:bottom w:w="70" w:type="dxa"/>
              <w:right w:w="80" w:type="dxa"/>
            </w:tcMar>
          </w:tcPr>
          <w:p w14:paraId="64698488" w14:textId="77777777" w:rsidR="005D67C0" w:rsidRPr="00687C6B" w:rsidRDefault="005D67C0">
            <w:pPr>
              <w:spacing w:line="259" w:lineRule="auto"/>
              <w:rPr>
                <w:sz w:val="28"/>
                <w:szCs w:val="28"/>
              </w:rPr>
            </w:pPr>
          </w:p>
          <w:p w14:paraId="3F0E3DC8" w14:textId="77777777" w:rsidR="005D67C0" w:rsidRPr="00687C6B" w:rsidRDefault="00000000">
            <w:pPr>
              <w:spacing w:line="259" w:lineRule="auto"/>
              <w:rPr>
                <w:sz w:val="28"/>
                <w:szCs w:val="28"/>
              </w:rPr>
            </w:pPr>
            <w:r w:rsidRPr="00687C6B">
              <w:rPr>
                <w:b/>
                <w:sz w:val="28"/>
                <w:szCs w:val="28"/>
              </w:rPr>
              <w:t>Bước 1:</w:t>
            </w:r>
          </w:p>
          <w:p w14:paraId="2064FC79" w14:textId="77777777" w:rsidR="005D67C0" w:rsidRPr="00687C6B" w:rsidRDefault="00000000">
            <w:pPr>
              <w:spacing w:line="259" w:lineRule="auto"/>
              <w:rPr>
                <w:sz w:val="28"/>
                <w:szCs w:val="28"/>
              </w:rPr>
            </w:pPr>
            <w:r w:rsidRPr="00687C6B">
              <w:rPr>
                <w:sz w:val="28"/>
                <w:szCs w:val="28"/>
              </w:rPr>
              <w:t>GV yêu cầu HS đọc đoạn mở đầu mục 3 và trả lời: Sử liệu là gì? Vì sao việc tìm hiểu, khám phá lịch sử phải dựa vào các nguồn sử liệu?</w:t>
            </w:r>
          </w:p>
          <w:p w14:paraId="5D366720" w14:textId="77777777" w:rsidR="005D67C0" w:rsidRPr="00687C6B" w:rsidRDefault="00000000">
            <w:pPr>
              <w:spacing w:line="259" w:lineRule="auto"/>
              <w:rPr>
                <w:sz w:val="28"/>
                <w:szCs w:val="28"/>
              </w:rPr>
            </w:pPr>
            <w:r w:rsidRPr="00687C6B">
              <w:rPr>
                <w:sz w:val="28"/>
                <w:szCs w:val="28"/>
              </w:rPr>
              <w:t>HS trả lời. GV chuẩn xác khái niệm, sau đó giới thiệu quy trình chung: xác định vấn đề cần tìm hiểu; chuẩn bị sử liệu; giải quyết vấn đề trên cơ sở khai thác sử liệu; trình bày kết quả.</w:t>
            </w:r>
          </w:p>
          <w:p w14:paraId="0B1F272C" w14:textId="77777777" w:rsidR="005D67C0" w:rsidRPr="00687C6B" w:rsidRDefault="00000000">
            <w:pPr>
              <w:spacing w:line="259" w:lineRule="auto"/>
              <w:rPr>
                <w:sz w:val="28"/>
                <w:szCs w:val="28"/>
              </w:rPr>
            </w:pPr>
            <w:r w:rsidRPr="00687C6B">
              <w:rPr>
                <w:b/>
                <w:sz w:val="28"/>
                <w:szCs w:val="28"/>
              </w:rPr>
              <w:t>Bước 2:</w:t>
            </w:r>
          </w:p>
          <w:p w14:paraId="452E6FB7" w14:textId="77777777" w:rsidR="005D67C0" w:rsidRPr="00687C6B" w:rsidRDefault="00000000">
            <w:pPr>
              <w:spacing w:line="259" w:lineRule="auto"/>
              <w:rPr>
                <w:sz w:val="28"/>
                <w:szCs w:val="28"/>
              </w:rPr>
            </w:pPr>
            <w:r w:rsidRPr="00687C6B">
              <w:rPr>
                <w:sz w:val="28"/>
                <w:szCs w:val="28"/>
              </w:rPr>
              <w:t>GV chia lớp thành ba nhóm, giao mỗi nhóm khai thác một hình ảnh:</w:t>
            </w:r>
          </w:p>
          <w:p w14:paraId="2180AA2E" w14:textId="77777777" w:rsidR="005D67C0" w:rsidRPr="00687C6B" w:rsidRDefault="00000000">
            <w:pPr>
              <w:spacing w:line="259" w:lineRule="auto"/>
              <w:rPr>
                <w:sz w:val="28"/>
                <w:szCs w:val="28"/>
              </w:rPr>
            </w:pPr>
            <w:r w:rsidRPr="00687C6B">
              <w:rPr>
                <w:sz w:val="28"/>
                <w:szCs w:val="28"/>
              </w:rPr>
              <w:t>- Nhóm 1: Hình 6 - lá đề trang trí hình rồng.</w:t>
            </w:r>
          </w:p>
          <w:p w14:paraId="600D735C" w14:textId="77777777" w:rsidR="005D67C0" w:rsidRPr="00687C6B" w:rsidRDefault="00000000">
            <w:pPr>
              <w:spacing w:line="259" w:lineRule="auto"/>
              <w:rPr>
                <w:sz w:val="28"/>
                <w:szCs w:val="28"/>
              </w:rPr>
            </w:pPr>
            <w:r w:rsidRPr="00687C6B">
              <w:rPr>
                <w:sz w:val="28"/>
                <w:szCs w:val="28"/>
              </w:rPr>
              <w:t>- Nhóm 2: Hình 7 - một tờ tiền Việt Nam.</w:t>
            </w:r>
          </w:p>
          <w:p w14:paraId="7F0F89A7" w14:textId="77777777" w:rsidR="005D67C0" w:rsidRPr="00687C6B" w:rsidRDefault="00000000">
            <w:pPr>
              <w:spacing w:line="259" w:lineRule="auto"/>
              <w:rPr>
                <w:sz w:val="28"/>
                <w:szCs w:val="28"/>
              </w:rPr>
            </w:pPr>
            <w:r w:rsidRPr="00687C6B">
              <w:rPr>
                <w:sz w:val="28"/>
                <w:szCs w:val="28"/>
              </w:rPr>
              <w:t>- Nhóm 3: Hình 8 - một phần trang báo Nhân dân số 5043.</w:t>
            </w:r>
          </w:p>
          <w:p w14:paraId="1220C7D4" w14:textId="77777777" w:rsidR="005D67C0" w:rsidRPr="00687C6B" w:rsidRDefault="00000000">
            <w:pPr>
              <w:spacing w:line="259" w:lineRule="auto"/>
              <w:jc w:val="center"/>
              <w:rPr>
                <w:sz w:val="28"/>
                <w:szCs w:val="28"/>
              </w:rPr>
            </w:pPr>
            <w:r w:rsidRPr="00687C6B">
              <w:rPr>
                <w:noProof/>
                <w:sz w:val="28"/>
                <w:szCs w:val="28"/>
              </w:rPr>
              <w:lastRenderedPageBreak/>
              <w:drawing>
                <wp:inline distT="0" distB="0" distL="0" distR="0" wp14:anchorId="7AF64CC0" wp14:editId="55EB5942">
                  <wp:extent cx="1872000" cy="14549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6_la_de.png"/>
                          <pic:cNvPicPr/>
                        </pic:nvPicPr>
                        <pic:blipFill>
                          <a:blip r:embed="rId11"/>
                          <a:stretch>
                            <a:fillRect/>
                          </a:stretch>
                        </pic:blipFill>
                        <pic:spPr>
                          <a:xfrm>
                            <a:off x="0" y="0"/>
                            <a:ext cx="1872000" cy="1454970"/>
                          </a:xfrm>
                          <a:prstGeom prst="rect">
                            <a:avLst/>
                          </a:prstGeom>
                        </pic:spPr>
                      </pic:pic>
                    </a:graphicData>
                  </a:graphic>
                </wp:inline>
              </w:drawing>
            </w:r>
          </w:p>
          <w:p w14:paraId="0E9EC2BF" w14:textId="77777777" w:rsidR="005D67C0" w:rsidRPr="00687C6B" w:rsidRDefault="00000000">
            <w:pPr>
              <w:spacing w:line="259" w:lineRule="auto"/>
              <w:jc w:val="center"/>
              <w:rPr>
                <w:sz w:val="28"/>
                <w:szCs w:val="28"/>
              </w:rPr>
            </w:pPr>
            <w:r w:rsidRPr="00687C6B">
              <w:rPr>
                <w:i/>
                <w:sz w:val="28"/>
                <w:szCs w:val="28"/>
              </w:rPr>
              <w:t>Hình 6. Lá đề trang trí hình rồng gắn trên ngói úp nóc ở Hoàng thành Thăng Long</w:t>
            </w:r>
          </w:p>
          <w:p w14:paraId="7BA1CBBC" w14:textId="77777777" w:rsidR="005D67C0" w:rsidRPr="00687C6B" w:rsidRDefault="00000000">
            <w:pPr>
              <w:spacing w:line="259" w:lineRule="auto"/>
              <w:jc w:val="center"/>
              <w:rPr>
                <w:sz w:val="28"/>
                <w:szCs w:val="28"/>
              </w:rPr>
            </w:pPr>
            <w:r w:rsidRPr="00687C6B">
              <w:rPr>
                <w:noProof/>
                <w:sz w:val="28"/>
                <w:szCs w:val="28"/>
              </w:rPr>
              <w:drawing>
                <wp:inline distT="0" distB="0" distL="0" distR="0" wp14:anchorId="40CC2E64" wp14:editId="741C7E01">
                  <wp:extent cx="2304000" cy="10918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7_tien_viet_nam.png"/>
                          <pic:cNvPicPr/>
                        </pic:nvPicPr>
                        <pic:blipFill>
                          <a:blip r:embed="rId12"/>
                          <a:stretch>
                            <a:fillRect/>
                          </a:stretch>
                        </pic:blipFill>
                        <pic:spPr>
                          <a:xfrm>
                            <a:off x="0" y="0"/>
                            <a:ext cx="2304000" cy="1091855"/>
                          </a:xfrm>
                          <a:prstGeom prst="rect">
                            <a:avLst/>
                          </a:prstGeom>
                        </pic:spPr>
                      </pic:pic>
                    </a:graphicData>
                  </a:graphic>
                </wp:inline>
              </w:drawing>
            </w:r>
          </w:p>
          <w:p w14:paraId="0911EDE7" w14:textId="77777777" w:rsidR="005D67C0" w:rsidRPr="00687C6B" w:rsidRDefault="00000000">
            <w:pPr>
              <w:spacing w:line="259" w:lineRule="auto"/>
              <w:jc w:val="center"/>
              <w:rPr>
                <w:sz w:val="28"/>
                <w:szCs w:val="28"/>
              </w:rPr>
            </w:pPr>
            <w:r w:rsidRPr="00687C6B">
              <w:rPr>
                <w:i/>
                <w:sz w:val="28"/>
                <w:szCs w:val="28"/>
              </w:rPr>
              <w:t>Hình 7. Hình ảnh một tờ tiền của Việt Nam</w:t>
            </w:r>
          </w:p>
          <w:p w14:paraId="0FE05B1D" w14:textId="77777777" w:rsidR="005D67C0" w:rsidRPr="00687C6B" w:rsidRDefault="00000000">
            <w:pPr>
              <w:spacing w:line="259" w:lineRule="auto"/>
              <w:jc w:val="center"/>
              <w:rPr>
                <w:sz w:val="28"/>
                <w:szCs w:val="28"/>
              </w:rPr>
            </w:pPr>
            <w:r w:rsidRPr="00687C6B">
              <w:rPr>
                <w:noProof/>
                <w:sz w:val="28"/>
                <w:szCs w:val="28"/>
              </w:rPr>
              <w:drawing>
                <wp:inline distT="0" distB="0" distL="0" distR="0" wp14:anchorId="041AD7BD" wp14:editId="14D32C61">
                  <wp:extent cx="2412000" cy="102275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8_bao_nhan_dan.png"/>
                          <pic:cNvPicPr/>
                        </pic:nvPicPr>
                        <pic:blipFill>
                          <a:blip r:embed="rId13"/>
                          <a:stretch>
                            <a:fillRect/>
                          </a:stretch>
                        </pic:blipFill>
                        <pic:spPr>
                          <a:xfrm>
                            <a:off x="0" y="0"/>
                            <a:ext cx="2412000" cy="1022756"/>
                          </a:xfrm>
                          <a:prstGeom prst="rect">
                            <a:avLst/>
                          </a:prstGeom>
                        </pic:spPr>
                      </pic:pic>
                    </a:graphicData>
                  </a:graphic>
                </wp:inline>
              </w:drawing>
            </w:r>
          </w:p>
          <w:p w14:paraId="2D1410BF" w14:textId="77777777" w:rsidR="005D67C0" w:rsidRPr="00687C6B" w:rsidRDefault="00000000">
            <w:pPr>
              <w:spacing w:line="259" w:lineRule="auto"/>
              <w:jc w:val="center"/>
              <w:rPr>
                <w:sz w:val="28"/>
                <w:szCs w:val="28"/>
              </w:rPr>
            </w:pPr>
            <w:r w:rsidRPr="00687C6B">
              <w:rPr>
                <w:i/>
                <w:sz w:val="28"/>
                <w:szCs w:val="28"/>
              </w:rPr>
              <w:t>Hình 8. Một phần trang báo Nhân dân, số 5043, ra ngày 1-2-1968</w:t>
            </w:r>
          </w:p>
          <w:p w14:paraId="75D3457A" w14:textId="77777777" w:rsidR="005D67C0" w:rsidRPr="00687C6B" w:rsidRDefault="00000000">
            <w:pPr>
              <w:spacing w:line="259" w:lineRule="auto"/>
              <w:rPr>
                <w:sz w:val="28"/>
                <w:szCs w:val="28"/>
              </w:rPr>
            </w:pPr>
            <w:r w:rsidRPr="00687C6B">
              <w:rPr>
                <w:sz w:val="28"/>
                <w:szCs w:val="28"/>
              </w:rPr>
              <w:t>Mỗi nhóm trả lời:</w:t>
            </w:r>
          </w:p>
          <w:p w14:paraId="451D4E35" w14:textId="77777777" w:rsidR="005D67C0" w:rsidRPr="00687C6B" w:rsidRDefault="00000000">
            <w:pPr>
              <w:spacing w:line="259" w:lineRule="auto"/>
              <w:rPr>
                <w:sz w:val="28"/>
                <w:szCs w:val="28"/>
              </w:rPr>
            </w:pPr>
            <w:r w:rsidRPr="00687C6B">
              <w:rPr>
                <w:sz w:val="28"/>
                <w:szCs w:val="28"/>
              </w:rPr>
              <w:t>- Đây là loại sử liệu nào?</w:t>
            </w:r>
          </w:p>
          <w:p w14:paraId="104E2EE2" w14:textId="77777777" w:rsidR="005D67C0" w:rsidRPr="00687C6B" w:rsidRDefault="00000000">
            <w:pPr>
              <w:spacing w:line="259" w:lineRule="auto"/>
              <w:rPr>
                <w:sz w:val="28"/>
                <w:szCs w:val="28"/>
              </w:rPr>
            </w:pPr>
            <w:r w:rsidRPr="00687C6B">
              <w:rPr>
                <w:sz w:val="28"/>
                <w:szCs w:val="28"/>
              </w:rPr>
              <w:t>- Sử liệu cung cấp những thông tin gì?</w:t>
            </w:r>
          </w:p>
          <w:p w14:paraId="22694F99" w14:textId="77777777" w:rsidR="005D67C0" w:rsidRPr="00687C6B" w:rsidRDefault="00000000">
            <w:pPr>
              <w:spacing w:line="259" w:lineRule="auto"/>
              <w:rPr>
                <w:sz w:val="28"/>
                <w:szCs w:val="28"/>
              </w:rPr>
            </w:pPr>
            <w:r w:rsidRPr="00687C6B">
              <w:rPr>
                <w:sz w:val="28"/>
                <w:szCs w:val="28"/>
              </w:rPr>
              <w:t>- Cần kiểm tra hoặc đối chiếu thêm những thông tin nào để sử dụng nguồn sử liệu đáng tin cậy?</w:t>
            </w:r>
          </w:p>
          <w:p w14:paraId="3D1F5C9A" w14:textId="77777777" w:rsidR="005D67C0" w:rsidRPr="00687C6B" w:rsidRDefault="00000000">
            <w:pPr>
              <w:spacing w:line="259" w:lineRule="auto"/>
              <w:rPr>
                <w:sz w:val="28"/>
                <w:szCs w:val="28"/>
              </w:rPr>
            </w:pPr>
            <w:r w:rsidRPr="00687C6B">
              <w:rPr>
                <w:b/>
                <w:sz w:val="28"/>
                <w:szCs w:val="28"/>
              </w:rPr>
              <w:t>Bước 3:</w:t>
            </w:r>
          </w:p>
          <w:p w14:paraId="77304660" w14:textId="77777777" w:rsidR="005D67C0" w:rsidRPr="00687C6B" w:rsidRDefault="00000000">
            <w:pPr>
              <w:spacing w:line="259" w:lineRule="auto"/>
              <w:rPr>
                <w:sz w:val="28"/>
                <w:szCs w:val="28"/>
              </w:rPr>
            </w:pPr>
            <w:r w:rsidRPr="00687C6B">
              <w:rPr>
                <w:sz w:val="28"/>
                <w:szCs w:val="28"/>
              </w:rPr>
              <w:t>GV yêu cầu HS đọc phần “Sưu tầm, thu thập sử liệu” và “Xử lí thông tin sử liệu”, sau đó hoàn thành Phiếu học tập số 1 theo cặp.</w:t>
            </w:r>
          </w:p>
          <w:p w14:paraId="1208C731" w14:textId="77777777" w:rsidR="005D67C0" w:rsidRPr="00687C6B" w:rsidRDefault="00000000">
            <w:pPr>
              <w:spacing w:line="259" w:lineRule="auto"/>
              <w:jc w:val="center"/>
              <w:rPr>
                <w:sz w:val="28"/>
                <w:szCs w:val="28"/>
              </w:rPr>
            </w:pPr>
            <w:r w:rsidRPr="00687C6B">
              <w:rPr>
                <w:b/>
                <w:sz w:val="28"/>
                <w:szCs w:val="28"/>
              </w:rPr>
              <w:t>PHIẾU HỌC TẬP SỐ 1</w:t>
            </w:r>
          </w:p>
          <w:tbl>
            <w:tblPr>
              <w:tblW w:w="5000"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956"/>
              <w:gridCol w:w="1957"/>
            </w:tblGrid>
            <w:tr w:rsidR="005D67C0" w:rsidRPr="00687C6B" w14:paraId="121A0045" w14:textId="77777777" w:rsidTr="000F4B68">
              <w:trPr>
                <w:jc w:val="center"/>
              </w:trPr>
              <w:tc>
                <w:tcPr>
                  <w:tcW w:w="2500" w:type="pct"/>
                  <w:shd w:val="clear" w:color="auto" w:fill="D9EDEF"/>
                </w:tcPr>
                <w:p w14:paraId="75CE4F15" w14:textId="77777777" w:rsidR="005D67C0" w:rsidRPr="00687C6B" w:rsidRDefault="00000000">
                  <w:pPr>
                    <w:spacing w:line="259" w:lineRule="auto"/>
                    <w:jc w:val="center"/>
                    <w:rPr>
                      <w:sz w:val="28"/>
                      <w:szCs w:val="28"/>
                    </w:rPr>
                  </w:pPr>
                  <w:r w:rsidRPr="00687C6B">
                    <w:rPr>
                      <w:b/>
                      <w:sz w:val="28"/>
                      <w:szCs w:val="28"/>
                    </w:rPr>
                    <w:t>Nhiệm vụ</w:t>
                  </w:r>
                </w:p>
              </w:tc>
              <w:tc>
                <w:tcPr>
                  <w:tcW w:w="2500" w:type="pct"/>
                  <w:shd w:val="clear" w:color="auto" w:fill="D9EDEF"/>
                </w:tcPr>
                <w:p w14:paraId="06BCBFE2" w14:textId="77777777" w:rsidR="005D67C0" w:rsidRPr="00687C6B" w:rsidRDefault="00000000">
                  <w:pPr>
                    <w:spacing w:line="259" w:lineRule="auto"/>
                    <w:jc w:val="center"/>
                    <w:rPr>
                      <w:sz w:val="28"/>
                      <w:szCs w:val="28"/>
                    </w:rPr>
                  </w:pPr>
                  <w:r w:rsidRPr="00687C6B">
                    <w:rPr>
                      <w:b/>
                      <w:sz w:val="28"/>
                      <w:szCs w:val="28"/>
                    </w:rPr>
                    <w:t>Các bước thực hiện</w:t>
                  </w:r>
                </w:p>
              </w:tc>
            </w:tr>
            <w:tr w:rsidR="005D67C0" w:rsidRPr="00687C6B" w14:paraId="003F8220" w14:textId="77777777" w:rsidTr="000F4B68">
              <w:trPr>
                <w:jc w:val="center"/>
              </w:trPr>
              <w:tc>
                <w:tcPr>
                  <w:tcW w:w="2500" w:type="pct"/>
                </w:tcPr>
                <w:p w14:paraId="0A890F44" w14:textId="77777777" w:rsidR="005D67C0" w:rsidRPr="00687C6B" w:rsidRDefault="00000000">
                  <w:pPr>
                    <w:spacing w:line="259" w:lineRule="auto"/>
                    <w:rPr>
                      <w:sz w:val="28"/>
                      <w:szCs w:val="28"/>
                    </w:rPr>
                  </w:pPr>
                  <w:r w:rsidRPr="00687C6B">
                    <w:rPr>
                      <w:sz w:val="28"/>
                      <w:szCs w:val="28"/>
                    </w:rPr>
                    <w:t>Sưu tầm, thu thập sử liệu</w:t>
                  </w:r>
                </w:p>
              </w:tc>
              <w:tc>
                <w:tcPr>
                  <w:tcW w:w="2500" w:type="pct"/>
                </w:tcPr>
                <w:p w14:paraId="471B6005" w14:textId="77777777" w:rsidR="005D67C0" w:rsidRPr="00687C6B" w:rsidRDefault="00000000">
                  <w:pPr>
                    <w:spacing w:line="259" w:lineRule="auto"/>
                    <w:rPr>
                      <w:sz w:val="28"/>
                      <w:szCs w:val="28"/>
                    </w:rPr>
                  </w:pPr>
                  <w:r w:rsidRPr="00687C6B">
                    <w:rPr>
                      <w:sz w:val="28"/>
                      <w:szCs w:val="28"/>
                    </w:rPr>
                    <w:t>........................................................................</w:t>
                  </w:r>
                </w:p>
              </w:tc>
            </w:tr>
            <w:tr w:rsidR="005D67C0" w:rsidRPr="00687C6B" w14:paraId="089D512F" w14:textId="77777777" w:rsidTr="000F4B68">
              <w:trPr>
                <w:jc w:val="center"/>
              </w:trPr>
              <w:tc>
                <w:tcPr>
                  <w:tcW w:w="2500" w:type="pct"/>
                </w:tcPr>
                <w:p w14:paraId="1F6FC517" w14:textId="77777777" w:rsidR="005D67C0" w:rsidRPr="00687C6B" w:rsidRDefault="00000000">
                  <w:pPr>
                    <w:spacing w:line="259" w:lineRule="auto"/>
                    <w:rPr>
                      <w:sz w:val="28"/>
                      <w:szCs w:val="28"/>
                    </w:rPr>
                  </w:pPr>
                  <w:r w:rsidRPr="00687C6B">
                    <w:rPr>
                      <w:sz w:val="28"/>
                      <w:szCs w:val="28"/>
                    </w:rPr>
                    <w:lastRenderedPageBreak/>
                    <w:t>Xử lí thông tin sử liệu</w:t>
                  </w:r>
                </w:p>
              </w:tc>
              <w:tc>
                <w:tcPr>
                  <w:tcW w:w="2500" w:type="pct"/>
                </w:tcPr>
                <w:p w14:paraId="1DE8D76E" w14:textId="77777777" w:rsidR="005D67C0" w:rsidRPr="00687C6B" w:rsidRDefault="00000000">
                  <w:pPr>
                    <w:spacing w:line="259" w:lineRule="auto"/>
                    <w:rPr>
                      <w:sz w:val="28"/>
                      <w:szCs w:val="28"/>
                    </w:rPr>
                  </w:pPr>
                  <w:r w:rsidRPr="00687C6B">
                    <w:rPr>
                      <w:sz w:val="28"/>
                      <w:szCs w:val="28"/>
                    </w:rPr>
                    <w:t>........................................................................</w:t>
                  </w:r>
                </w:p>
              </w:tc>
            </w:tr>
          </w:tbl>
          <w:p w14:paraId="164030B9" w14:textId="77777777" w:rsidR="005D67C0" w:rsidRPr="00687C6B" w:rsidRDefault="005D67C0">
            <w:pPr>
              <w:spacing w:line="259" w:lineRule="auto"/>
              <w:rPr>
                <w:sz w:val="28"/>
                <w:szCs w:val="28"/>
              </w:rPr>
            </w:pPr>
          </w:p>
          <w:p w14:paraId="3799E8F9" w14:textId="77777777" w:rsidR="005D67C0" w:rsidRPr="00687C6B" w:rsidRDefault="00000000">
            <w:pPr>
              <w:spacing w:line="259" w:lineRule="auto"/>
              <w:rPr>
                <w:sz w:val="28"/>
                <w:szCs w:val="28"/>
              </w:rPr>
            </w:pPr>
            <w:r w:rsidRPr="00687C6B">
              <w:rPr>
                <w:b/>
                <w:sz w:val="28"/>
                <w:szCs w:val="28"/>
              </w:rPr>
              <w:t>Bước 4:</w:t>
            </w:r>
          </w:p>
          <w:p w14:paraId="268B620A" w14:textId="77777777" w:rsidR="005D67C0" w:rsidRPr="00687C6B" w:rsidRDefault="00000000">
            <w:pPr>
              <w:spacing w:line="259" w:lineRule="auto"/>
              <w:rPr>
                <w:sz w:val="28"/>
                <w:szCs w:val="28"/>
              </w:rPr>
            </w:pPr>
            <w:r w:rsidRPr="00687C6B">
              <w:rPr>
                <w:sz w:val="28"/>
                <w:szCs w:val="28"/>
              </w:rPr>
              <w:t>Đại diện các nhóm và một số cặp trình bày. GV nhận xét, hướng dẫn HS đánh giá nguồn sử liệu theo các tiêu chí: nguồn gốc, thời gian, tác giả/cơ quan tạo lập, tính xác thực, mức độ đầy đủ, độ tin cậy, mục đích tạo lập và khả năng đối chiếu với nguồn khác.</w:t>
            </w:r>
          </w:p>
          <w:p w14:paraId="4C3CDB58" w14:textId="77777777" w:rsidR="005D67C0" w:rsidRPr="00687C6B" w:rsidRDefault="00000000">
            <w:pPr>
              <w:spacing w:line="259" w:lineRule="auto"/>
              <w:rPr>
                <w:sz w:val="28"/>
                <w:szCs w:val="28"/>
              </w:rPr>
            </w:pPr>
            <w:r w:rsidRPr="00687C6B">
              <w:rPr>
                <w:sz w:val="28"/>
                <w:szCs w:val="28"/>
              </w:rPr>
              <w:t>GV chốt: sản phẩm của Sử học phải là nhận thức khoa học về hiện thực lịch sử, được hình thành trên cơ sở phương pháp nghiên cứu, kiểm chứng và sử dụng sử liệu khách quan, trung thực.</w:t>
            </w:r>
          </w:p>
          <w:p w14:paraId="55B7A445" w14:textId="77777777" w:rsidR="006D45B8" w:rsidRPr="00687C6B" w:rsidRDefault="00000000">
            <w:pPr>
              <w:spacing w:line="259" w:lineRule="auto"/>
              <w:rPr>
                <w:sz w:val="28"/>
                <w:szCs w:val="28"/>
              </w:rPr>
            </w:pPr>
            <w:r w:rsidRPr="00687C6B">
              <w:rPr>
                <w:b/>
                <w:sz w:val="28"/>
                <w:szCs w:val="28"/>
              </w:rPr>
              <w:t>Tích hợp NLS (thực hiện ở Bước 3):</w:t>
            </w:r>
          </w:p>
          <w:p w14:paraId="0125DB17" w14:textId="77777777" w:rsidR="006D45B8" w:rsidRPr="00687C6B" w:rsidRDefault="00000000">
            <w:pPr>
              <w:spacing w:line="259" w:lineRule="auto"/>
              <w:rPr>
                <w:sz w:val="28"/>
                <w:szCs w:val="28"/>
              </w:rPr>
            </w:pPr>
            <w:r w:rsidRPr="00687C6B">
              <w:rPr>
                <w:sz w:val="28"/>
                <w:szCs w:val="28"/>
              </w:rPr>
              <w:t>- GV cung cấp hai nguồn số ngắn liên quan đến một trong các Hình 6, 7, 8 hoặc cho HS truy cập hai trang đã chọn sẵn. HS đối chiếu thông tin với SGK, đánh giá theo các tiêu chí: cơ quan/tác giả, thời gian, mục đích đăng tải, bằng chứng, khả năng đối chiếu và mức độ phù hợp; sau đó nêu nguồn được lựa chọn và lí do.</w:t>
            </w:r>
          </w:p>
        </w:tc>
        <w:tc>
          <w:tcPr>
            <w:tcW w:w="3118" w:type="dxa"/>
            <w:tcMar>
              <w:top w:w="70" w:type="dxa"/>
              <w:left w:w="80" w:type="dxa"/>
              <w:bottom w:w="70" w:type="dxa"/>
              <w:right w:w="80" w:type="dxa"/>
            </w:tcMar>
          </w:tcPr>
          <w:p w14:paraId="2452A3AD" w14:textId="77777777" w:rsidR="005D67C0" w:rsidRPr="00687C6B" w:rsidRDefault="005D67C0">
            <w:pPr>
              <w:spacing w:line="259" w:lineRule="auto"/>
              <w:rPr>
                <w:sz w:val="28"/>
                <w:szCs w:val="28"/>
              </w:rPr>
            </w:pPr>
          </w:p>
          <w:p w14:paraId="115DDEAC" w14:textId="77777777" w:rsidR="005D67C0" w:rsidRPr="00687C6B" w:rsidRDefault="00000000">
            <w:pPr>
              <w:spacing w:line="259" w:lineRule="auto"/>
              <w:rPr>
                <w:sz w:val="28"/>
                <w:szCs w:val="28"/>
              </w:rPr>
            </w:pPr>
            <w:r w:rsidRPr="00687C6B">
              <w:rPr>
                <w:sz w:val="28"/>
                <w:szCs w:val="28"/>
              </w:rPr>
              <w:t>- Sử liệu là toàn bộ những hình thức khác nhau của tư liệu lịch sử, chứa đựng thông tin về quá khứ của loài người.</w:t>
            </w:r>
          </w:p>
          <w:p w14:paraId="59341BA7" w14:textId="77777777" w:rsidR="005D67C0" w:rsidRPr="00687C6B" w:rsidRDefault="00000000">
            <w:pPr>
              <w:spacing w:line="259" w:lineRule="auto"/>
              <w:rPr>
                <w:sz w:val="28"/>
                <w:szCs w:val="28"/>
              </w:rPr>
            </w:pPr>
            <w:r w:rsidRPr="00687C6B">
              <w:rPr>
                <w:sz w:val="28"/>
                <w:szCs w:val="28"/>
              </w:rPr>
              <w:t>- Việc tìm hiểu, khám phá lịch sử cần dựa vào nguồn sử liệu và được tiến hành khoa học: xác định vấn đề; chuẩn bị sử liệu; khai thác, giải quyết vấn đề; trình bày kết quả.</w:t>
            </w:r>
          </w:p>
          <w:p w14:paraId="3F15A97A" w14:textId="77777777" w:rsidR="005D67C0" w:rsidRPr="00687C6B" w:rsidRDefault="00000000">
            <w:pPr>
              <w:spacing w:line="259" w:lineRule="auto"/>
              <w:rPr>
                <w:sz w:val="28"/>
                <w:szCs w:val="28"/>
              </w:rPr>
            </w:pPr>
            <w:r w:rsidRPr="00687C6B">
              <w:rPr>
                <w:sz w:val="28"/>
                <w:szCs w:val="28"/>
              </w:rPr>
              <w:t>- Sưu tầm, thu thập sử liệu là quá trình lập danh mục nguồn cần tìm; tìm kiếm và thu thập thông tin liên quan đến đối tượng nghiên cứu. Nguồn sử liệu cần đa dạng, đầy đủ và đáng tin cậy.</w:t>
            </w:r>
          </w:p>
          <w:p w14:paraId="3D137A59" w14:textId="77777777" w:rsidR="005D67C0" w:rsidRPr="00687C6B" w:rsidRDefault="00000000">
            <w:pPr>
              <w:spacing w:line="259" w:lineRule="auto"/>
              <w:rPr>
                <w:sz w:val="28"/>
                <w:szCs w:val="28"/>
              </w:rPr>
            </w:pPr>
            <w:r w:rsidRPr="00687C6B">
              <w:rPr>
                <w:sz w:val="28"/>
                <w:szCs w:val="28"/>
              </w:rPr>
              <w:t xml:space="preserve">- Xử lí thông tin sử liệu là quá trình phân loại, đánh giá, thẩm định và so sánh các nguồn đã thu thập; </w:t>
            </w:r>
            <w:r w:rsidRPr="00687C6B">
              <w:rPr>
                <w:sz w:val="28"/>
                <w:szCs w:val="28"/>
              </w:rPr>
              <w:t>xác định tính xác thực, độ tin cậy, giá trị và giới hạn của thông tin.</w:t>
            </w:r>
          </w:p>
          <w:p w14:paraId="2F4977AF" w14:textId="77777777" w:rsidR="005D67C0" w:rsidRPr="00687C6B" w:rsidRDefault="00000000">
            <w:pPr>
              <w:spacing w:line="259" w:lineRule="auto"/>
              <w:rPr>
                <w:sz w:val="28"/>
                <w:szCs w:val="28"/>
              </w:rPr>
            </w:pPr>
            <w:r w:rsidRPr="00687C6B">
              <w:rPr>
                <w:sz w:val="28"/>
                <w:szCs w:val="28"/>
              </w:rPr>
              <w:t>- Hình 6 là sử liệu hiện vật, cung cấp thông tin về nghệ thuật trang trí, kiến trúc và kĩ thuật xây dựng thời Lý ở Hoàng thành Thăng Long.</w:t>
            </w:r>
          </w:p>
          <w:p w14:paraId="308135C3" w14:textId="77777777" w:rsidR="005D67C0" w:rsidRPr="00687C6B" w:rsidRDefault="00000000">
            <w:pPr>
              <w:spacing w:line="259" w:lineRule="auto"/>
              <w:rPr>
                <w:sz w:val="28"/>
                <w:szCs w:val="28"/>
              </w:rPr>
            </w:pPr>
            <w:r w:rsidRPr="00687C6B">
              <w:rPr>
                <w:sz w:val="28"/>
                <w:szCs w:val="28"/>
              </w:rPr>
              <w:t>- Hình 7 vừa là sử liệu hiện vật, vừa chứa thông tin chữ viết và hình ảnh; có thể cung cấp thông tin về thể chế, kinh tế, tiền tệ, biểu tượng quốc gia và đời sống xã hội tại thời điểm phát hành.</w:t>
            </w:r>
          </w:p>
          <w:p w14:paraId="67F854BA" w14:textId="77777777" w:rsidR="005D67C0" w:rsidRPr="00687C6B" w:rsidRDefault="00000000">
            <w:pPr>
              <w:spacing w:line="259" w:lineRule="auto"/>
              <w:rPr>
                <w:sz w:val="28"/>
                <w:szCs w:val="28"/>
              </w:rPr>
            </w:pPr>
            <w:r w:rsidRPr="00687C6B">
              <w:rPr>
                <w:sz w:val="28"/>
                <w:szCs w:val="28"/>
              </w:rPr>
              <w:t>- Hình 8 là sử liệu thành văn dạng báo chí, phản ánh một sự kiện trong cuộc kháng chiến chống Mỹ; khi khai thác cần xác định ngày phát hành, cơ quan xuất bản, bối cảnh và đối chiếu với nguồn khác.</w:t>
            </w:r>
          </w:p>
          <w:p w14:paraId="3CD74A13" w14:textId="77777777" w:rsidR="005D67C0" w:rsidRPr="00687C6B" w:rsidRDefault="00000000">
            <w:pPr>
              <w:spacing w:line="259" w:lineRule="auto"/>
              <w:rPr>
                <w:sz w:val="28"/>
                <w:szCs w:val="28"/>
              </w:rPr>
            </w:pPr>
            <w:r w:rsidRPr="00687C6B">
              <w:rPr>
                <w:sz w:val="28"/>
                <w:szCs w:val="28"/>
              </w:rPr>
              <w:t>- Sản phẩm của Sử học là nhận thức khoa học về hiện thực lịch sử. Nhà sử học phải sử dụng phương pháp khoa học để tìm kiếm, thu thập, xử lí và trình bày sự kiện, quá trình, nhân vật lịch sử một cách khách quan, trung thực và toàn diện.</w:t>
            </w:r>
          </w:p>
          <w:p w14:paraId="2A4180F6" w14:textId="77777777" w:rsidR="006D45B8" w:rsidRPr="00687C6B" w:rsidRDefault="00000000">
            <w:pPr>
              <w:spacing w:line="259" w:lineRule="auto"/>
              <w:rPr>
                <w:sz w:val="28"/>
                <w:szCs w:val="28"/>
              </w:rPr>
            </w:pPr>
            <w:r w:rsidRPr="00687C6B">
              <w:rPr>
                <w:sz w:val="28"/>
                <w:szCs w:val="28"/>
              </w:rPr>
              <w:t xml:space="preserve">- Bảng đánh giá hai nguồn số, xác định nguồn đáng tin cậy hơn và nêu ít nhất hai căn cứ lựa chọn; chỉ sử dụng thông tin đã </w:t>
            </w:r>
            <w:r w:rsidRPr="00687C6B">
              <w:rPr>
                <w:sz w:val="28"/>
                <w:szCs w:val="28"/>
              </w:rPr>
              <w:lastRenderedPageBreak/>
              <w:t>được đối chiếu.</w:t>
            </w:r>
          </w:p>
        </w:tc>
        <w:tc>
          <w:tcPr>
            <w:tcW w:w="2438" w:type="dxa"/>
            <w:tcMar>
              <w:top w:w="70" w:type="dxa"/>
              <w:left w:w="80" w:type="dxa"/>
              <w:bottom w:w="70" w:type="dxa"/>
              <w:right w:w="80" w:type="dxa"/>
            </w:tcMar>
          </w:tcPr>
          <w:p w14:paraId="2DFD30D7" w14:textId="54569574" w:rsidR="006D45B8" w:rsidRPr="00956E69" w:rsidRDefault="00956E69" w:rsidP="00956E69">
            <w:pPr>
              <w:rPr>
                <w:rFonts w:cs="Times New Roman"/>
                <w:color w:val="EE0000"/>
                <w:sz w:val="24"/>
                <w:szCs w:val="24"/>
              </w:rPr>
            </w:pPr>
            <w:r w:rsidRPr="00956E69">
              <w:rPr>
                <w:rFonts w:ascii="TimesNewRomanPSMT" w:hAnsi="TimesNewRomanPSMT" w:cs="Times New Roman"/>
                <w:b/>
                <w:bCs/>
                <w:color w:val="000000" w:themeColor="text1"/>
                <w:szCs w:val="26"/>
              </w:rPr>
              <w:lastRenderedPageBreak/>
              <w:t>6.2.NC1a.</w:t>
            </w:r>
            <w:r w:rsidRPr="00956E69">
              <w:rPr>
                <w:rFonts w:ascii="TimesNewRomanPSMT" w:hAnsi="TimesNewRomanPSMT" w:cs="Times New Roman"/>
                <w:color w:val="000000" w:themeColor="text1"/>
                <w:szCs w:val="26"/>
              </w:rPr>
              <w:t xml:space="preserve"> Sử dụng AI để tạo nội dung, khám phá kiến thức trong học tập.</w:t>
            </w:r>
            <w:r w:rsidR="00000000" w:rsidRPr="00956E69">
              <w:rPr>
                <w:sz w:val="28"/>
                <w:szCs w:val="28"/>
              </w:rPr>
              <w:br/>
            </w:r>
            <w:r w:rsidR="00000000" w:rsidRPr="00687C6B">
              <w:rPr>
                <w:sz w:val="28"/>
                <w:szCs w:val="28"/>
              </w:rPr>
              <w:t>Nội dung chỉ báo: Đánh giá độ tin cậy, tính xác thực và giá trị của nguồn; tiến hành đánh giá các dữ liệu, thông tin và nội dung số khác nhau.</w:t>
            </w:r>
            <w:r w:rsidR="00000000" w:rsidRPr="00687C6B">
              <w:rPr>
                <w:sz w:val="28"/>
                <w:szCs w:val="28"/>
              </w:rPr>
              <w:br/>
              <w:t>Nhiệm vụ học tập: HS so sánh hai nguồn số về một sử liệu, đối chiếu với SGK và lựa chọn nguồn có căn cứ.</w:t>
            </w:r>
            <w:r w:rsidR="00000000" w:rsidRPr="00687C6B">
              <w:rPr>
                <w:sz w:val="28"/>
                <w:szCs w:val="28"/>
              </w:rPr>
              <w:br/>
              <w:t>Công cụ: Trình duyệt; đường dẫn/phiếu nguồn do GV chuẩn bị trước.</w:t>
            </w:r>
            <w:r w:rsidR="00000000" w:rsidRPr="00687C6B">
              <w:rPr>
                <w:sz w:val="28"/>
                <w:szCs w:val="28"/>
              </w:rPr>
              <w:br/>
              <w:t>Sản phẩm: Bảng đánh giá nguồn số.</w:t>
            </w:r>
            <w:r w:rsidR="00000000" w:rsidRPr="00687C6B">
              <w:rPr>
                <w:sz w:val="28"/>
                <w:szCs w:val="28"/>
              </w:rPr>
              <w:br/>
              <w:t xml:space="preserve">Đánh giá: Nêu được căn cứ về nguồn gốc, thời gian, cơ </w:t>
            </w:r>
            <w:r w:rsidR="00000000" w:rsidRPr="00687C6B">
              <w:rPr>
                <w:sz w:val="28"/>
                <w:szCs w:val="28"/>
              </w:rPr>
              <w:lastRenderedPageBreak/>
              <w:t>quan/tác giả, tính xác thực và khả năng đối chiếu.</w:t>
            </w:r>
          </w:p>
        </w:tc>
      </w:tr>
    </w:tbl>
    <w:p w14:paraId="7F90DDC7" w14:textId="77777777" w:rsidR="005D67C0" w:rsidRPr="00687C6B" w:rsidRDefault="00000000">
      <w:pPr>
        <w:keepNext/>
        <w:spacing w:before="100" w:after="40"/>
        <w:rPr>
          <w:sz w:val="28"/>
          <w:szCs w:val="28"/>
        </w:rPr>
      </w:pPr>
      <w:r w:rsidRPr="00687C6B">
        <w:rPr>
          <w:b/>
          <w:sz w:val="28"/>
          <w:szCs w:val="28"/>
        </w:rPr>
        <w:lastRenderedPageBreak/>
        <w:t>C. HOẠT ĐỘNG LUYỆN TẬP</w:t>
      </w:r>
    </w:p>
    <w:p w14:paraId="73991666" w14:textId="77777777" w:rsidR="005D67C0" w:rsidRPr="00687C6B" w:rsidRDefault="00000000">
      <w:pPr>
        <w:rPr>
          <w:sz w:val="28"/>
          <w:szCs w:val="28"/>
        </w:rPr>
      </w:pPr>
      <w:r w:rsidRPr="00687C6B">
        <w:rPr>
          <w:b/>
          <w:sz w:val="28"/>
          <w:szCs w:val="28"/>
        </w:rPr>
        <w:t xml:space="preserve">a. Mục tiêu: </w:t>
      </w:r>
      <w:r w:rsidRPr="00687C6B">
        <w:rPr>
          <w:sz w:val="28"/>
          <w:szCs w:val="28"/>
        </w:rPr>
        <w:t>Củng cố, hệ thống hoá kiến thức về sự cần thiết của việc học tập lịch sử suốt đời; mối quan hệ giữa lịch sử với cuộc sống; các bước sưu tầm, thu thập và xử lí thông tin sử liệu.</w:t>
      </w:r>
    </w:p>
    <w:p w14:paraId="52FD31AD" w14:textId="77777777" w:rsidR="005D67C0" w:rsidRPr="00687C6B" w:rsidRDefault="00000000">
      <w:pPr>
        <w:rPr>
          <w:sz w:val="28"/>
          <w:szCs w:val="28"/>
        </w:rPr>
      </w:pPr>
      <w:r w:rsidRPr="00687C6B">
        <w:rPr>
          <w:b/>
          <w:sz w:val="28"/>
          <w:szCs w:val="28"/>
        </w:rPr>
        <w:t xml:space="preserve">b. Nội dung: </w:t>
      </w:r>
      <w:r w:rsidRPr="00687C6B">
        <w:rPr>
          <w:sz w:val="28"/>
          <w:szCs w:val="28"/>
        </w:rPr>
        <w:t>HS hoàn thành các câu hỏi, bảng hệ thống và trình bày quan điểm dưới sự hướng dẫn của GV.</w:t>
      </w:r>
    </w:p>
    <w:p w14:paraId="5667A5F8" w14:textId="77777777" w:rsidR="005D67C0" w:rsidRPr="00687C6B" w:rsidRDefault="00000000">
      <w:pPr>
        <w:rPr>
          <w:sz w:val="28"/>
          <w:szCs w:val="28"/>
        </w:rPr>
      </w:pPr>
      <w:r w:rsidRPr="00687C6B">
        <w:rPr>
          <w:b/>
          <w:sz w:val="28"/>
          <w:szCs w:val="28"/>
        </w:rPr>
        <w:t xml:space="preserve">c. Sản phẩm học tập: </w:t>
      </w:r>
      <w:r w:rsidRPr="00687C6B">
        <w:rPr>
          <w:sz w:val="28"/>
          <w:szCs w:val="28"/>
        </w:rPr>
        <w:t>Bảng hoàn chỉnh; câu trả lời và phần giải thích có dẫn chứng của HS.</w:t>
      </w:r>
    </w:p>
    <w:p w14:paraId="6156F90D" w14:textId="77777777" w:rsidR="005D67C0" w:rsidRPr="00687C6B" w:rsidRDefault="00000000">
      <w:pPr>
        <w:rPr>
          <w:sz w:val="28"/>
          <w:szCs w:val="28"/>
        </w:rPr>
      </w:pPr>
      <w:r w:rsidRPr="00687C6B">
        <w:rPr>
          <w:b/>
          <w:sz w:val="28"/>
          <w:szCs w:val="28"/>
        </w:rPr>
        <w:t xml:space="preserve">d. Tổ chức thực hiện: </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6D45B8" w:rsidRPr="00687C6B" w14:paraId="7ECCB41C" w14:textId="77777777">
        <w:trPr>
          <w:tblHeader/>
          <w:jc w:val="center"/>
        </w:trPr>
        <w:tc>
          <w:tcPr>
            <w:tcW w:w="4082" w:type="dxa"/>
            <w:shd w:val="clear" w:color="auto" w:fill="D9EAF7"/>
            <w:tcMar>
              <w:top w:w="70" w:type="dxa"/>
              <w:left w:w="80" w:type="dxa"/>
              <w:bottom w:w="70" w:type="dxa"/>
              <w:right w:w="80" w:type="dxa"/>
            </w:tcMar>
          </w:tcPr>
          <w:p w14:paraId="609D5F62" w14:textId="77777777" w:rsidR="006D45B8" w:rsidRPr="00687C6B" w:rsidRDefault="00000000">
            <w:pPr>
              <w:spacing w:line="259" w:lineRule="auto"/>
              <w:jc w:val="center"/>
              <w:rPr>
                <w:sz w:val="28"/>
                <w:szCs w:val="28"/>
              </w:rPr>
            </w:pPr>
            <w:r w:rsidRPr="00687C6B">
              <w:rPr>
                <w:b/>
                <w:sz w:val="28"/>
                <w:szCs w:val="28"/>
              </w:rPr>
              <w:lastRenderedPageBreak/>
              <w:t>HOẠT ĐỘNG CỦA GV-HS</w:t>
            </w:r>
          </w:p>
        </w:tc>
        <w:tc>
          <w:tcPr>
            <w:tcW w:w="3118" w:type="dxa"/>
            <w:shd w:val="clear" w:color="auto" w:fill="D9EAF7"/>
            <w:tcMar>
              <w:top w:w="70" w:type="dxa"/>
              <w:left w:w="80" w:type="dxa"/>
              <w:bottom w:w="70" w:type="dxa"/>
              <w:right w:w="80" w:type="dxa"/>
            </w:tcMar>
          </w:tcPr>
          <w:p w14:paraId="10610F84" w14:textId="77777777" w:rsidR="006D45B8" w:rsidRPr="00687C6B" w:rsidRDefault="00000000">
            <w:pPr>
              <w:spacing w:line="259"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769CF76B" w14:textId="77777777" w:rsidR="006D45B8" w:rsidRPr="00687C6B" w:rsidRDefault="00000000">
            <w:pPr>
              <w:spacing w:line="259" w:lineRule="auto"/>
              <w:jc w:val="center"/>
              <w:rPr>
                <w:sz w:val="28"/>
                <w:szCs w:val="28"/>
              </w:rPr>
            </w:pPr>
            <w:r w:rsidRPr="00687C6B">
              <w:rPr>
                <w:b/>
                <w:sz w:val="28"/>
                <w:szCs w:val="28"/>
              </w:rPr>
              <w:t>NLS</w:t>
            </w:r>
          </w:p>
        </w:tc>
      </w:tr>
      <w:tr w:rsidR="006D45B8" w:rsidRPr="00687C6B" w14:paraId="78D05186" w14:textId="77777777">
        <w:trPr>
          <w:jc w:val="center"/>
        </w:trPr>
        <w:tc>
          <w:tcPr>
            <w:tcW w:w="4082" w:type="dxa"/>
            <w:tcMar>
              <w:top w:w="70" w:type="dxa"/>
              <w:left w:w="80" w:type="dxa"/>
              <w:bottom w:w="70" w:type="dxa"/>
              <w:right w:w="80" w:type="dxa"/>
            </w:tcMar>
          </w:tcPr>
          <w:p w14:paraId="0E269A46" w14:textId="77777777" w:rsidR="005D67C0" w:rsidRPr="00687C6B" w:rsidRDefault="00000000">
            <w:pPr>
              <w:spacing w:line="259" w:lineRule="auto"/>
              <w:rPr>
                <w:sz w:val="28"/>
                <w:szCs w:val="28"/>
              </w:rPr>
            </w:pPr>
            <w:r w:rsidRPr="00687C6B">
              <w:rPr>
                <w:sz w:val="28"/>
                <w:szCs w:val="28"/>
              </w:rPr>
              <w:t>Câu 1. Hãy lập và hoàn thành bảng hệ thống về các bước của công tác chuẩn bị sử liệu.</w:t>
            </w:r>
          </w:p>
          <w:tbl>
            <w:tblPr>
              <w:tblW w:w="396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84"/>
              <w:gridCol w:w="1985"/>
            </w:tblGrid>
            <w:tr w:rsidR="005D67C0" w:rsidRPr="00687C6B" w14:paraId="4D4FE00F" w14:textId="77777777">
              <w:trPr>
                <w:tblHeader/>
                <w:jc w:val="center"/>
              </w:trPr>
              <w:tc>
                <w:tcPr>
                  <w:tcW w:w="-17504" w:type="dxa"/>
                  <w:shd w:val="clear" w:color="auto" w:fill="D9EAF7"/>
                  <w:tcMar>
                    <w:top w:w="70" w:type="dxa"/>
                    <w:left w:w="80" w:type="dxa"/>
                    <w:bottom w:w="70" w:type="dxa"/>
                    <w:right w:w="80" w:type="dxa"/>
                  </w:tcMar>
                </w:tcPr>
                <w:p w14:paraId="79F92BE5" w14:textId="77777777" w:rsidR="005D67C0" w:rsidRPr="00687C6B" w:rsidRDefault="00000000">
                  <w:pPr>
                    <w:spacing w:line="252" w:lineRule="auto"/>
                    <w:jc w:val="center"/>
                    <w:rPr>
                      <w:sz w:val="28"/>
                      <w:szCs w:val="28"/>
                    </w:rPr>
                  </w:pPr>
                  <w:r w:rsidRPr="00687C6B">
                    <w:rPr>
                      <w:b/>
                      <w:sz w:val="28"/>
                      <w:szCs w:val="28"/>
                    </w:rPr>
                    <w:t>Nhiệm vụ</w:t>
                  </w:r>
                </w:p>
              </w:tc>
              <w:tc>
                <w:tcPr>
                  <w:tcW w:w="-18400" w:type="dxa"/>
                  <w:shd w:val="clear" w:color="auto" w:fill="D9EAF7"/>
                  <w:tcMar>
                    <w:top w:w="70" w:type="dxa"/>
                    <w:left w:w="80" w:type="dxa"/>
                    <w:bottom w:w="70" w:type="dxa"/>
                    <w:right w:w="80" w:type="dxa"/>
                  </w:tcMar>
                </w:tcPr>
                <w:p w14:paraId="6715E06F" w14:textId="77777777" w:rsidR="005D67C0" w:rsidRPr="00687C6B" w:rsidRDefault="00000000">
                  <w:pPr>
                    <w:spacing w:line="252" w:lineRule="auto"/>
                    <w:jc w:val="center"/>
                    <w:rPr>
                      <w:sz w:val="28"/>
                      <w:szCs w:val="28"/>
                    </w:rPr>
                  </w:pPr>
                  <w:r w:rsidRPr="00687C6B">
                    <w:rPr>
                      <w:b/>
                      <w:sz w:val="28"/>
                      <w:szCs w:val="28"/>
                    </w:rPr>
                    <w:t>Các bước thực hiện</w:t>
                  </w:r>
                </w:p>
              </w:tc>
            </w:tr>
            <w:tr w:rsidR="005D67C0" w:rsidRPr="00687C6B" w14:paraId="56DBA2F7" w14:textId="77777777">
              <w:trPr>
                <w:jc w:val="center"/>
              </w:trPr>
              <w:tc>
                <w:tcPr>
                  <w:tcW w:w="-17504" w:type="dxa"/>
                  <w:tcMar>
                    <w:top w:w="70" w:type="dxa"/>
                    <w:left w:w="80" w:type="dxa"/>
                    <w:bottom w:w="70" w:type="dxa"/>
                    <w:right w:w="80" w:type="dxa"/>
                  </w:tcMar>
                </w:tcPr>
                <w:p w14:paraId="0C538235" w14:textId="77777777" w:rsidR="005D67C0" w:rsidRPr="00687C6B" w:rsidRDefault="00000000">
                  <w:pPr>
                    <w:spacing w:line="252" w:lineRule="auto"/>
                    <w:rPr>
                      <w:sz w:val="28"/>
                      <w:szCs w:val="28"/>
                    </w:rPr>
                  </w:pPr>
                  <w:r w:rsidRPr="00687C6B">
                    <w:rPr>
                      <w:sz w:val="28"/>
                      <w:szCs w:val="28"/>
                    </w:rPr>
                    <w:t>Sưu tầm, thu thập sử liệu</w:t>
                  </w:r>
                </w:p>
              </w:tc>
              <w:tc>
                <w:tcPr>
                  <w:tcW w:w="-18400" w:type="dxa"/>
                  <w:tcMar>
                    <w:top w:w="70" w:type="dxa"/>
                    <w:left w:w="80" w:type="dxa"/>
                    <w:bottom w:w="70" w:type="dxa"/>
                    <w:right w:w="80" w:type="dxa"/>
                  </w:tcMar>
                </w:tcPr>
                <w:p w14:paraId="7AB6EE29" w14:textId="77777777" w:rsidR="005D67C0" w:rsidRPr="00687C6B" w:rsidRDefault="00000000">
                  <w:pPr>
                    <w:spacing w:line="252" w:lineRule="auto"/>
                    <w:rPr>
                      <w:sz w:val="28"/>
                      <w:szCs w:val="28"/>
                    </w:rPr>
                  </w:pPr>
                  <w:r w:rsidRPr="00687C6B">
                    <w:rPr>
                      <w:sz w:val="28"/>
                      <w:szCs w:val="28"/>
                    </w:rPr>
                    <w:t>- Lập danh mục nguồn sử liệu cần tìm.</w:t>
                  </w:r>
                  <w:r w:rsidRPr="00687C6B">
                    <w:rPr>
                      <w:sz w:val="28"/>
                      <w:szCs w:val="28"/>
                    </w:rPr>
                    <w:br/>
                    <w:t>- Tìm kiếm và thu thập thông tin liên quan.</w:t>
                  </w:r>
                  <w:r w:rsidRPr="00687C6B">
                    <w:rPr>
                      <w:sz w:val="28"/>
                      <w:szCs w:val="28"/>
                    </w:rPr>
                    <w:br/>
                    <w:t>- Lựa chọn nguồn đa dạng, đầy đủ, đáng tin cậy.</w:t>
                  </w:r>
                </w:p>
              </w:tc>
            </w:tr>
            <w:tr w:rsidR="005D67C0" w:rsidRPr="00687C6B" w14:paraId="758AB060" w14:textId="77777777">
              <w:trPr>
                <w:jc w:val="center"/>
              </w:trPr>
              <w:tc>
                <w:tcPr>
                  <w:tcW w:w="-17504" w:type="dxa"/>
                  <w:tcMar>
                    <w:top w:w="70" w:type="dxa"/>
                    <w:left w:w="80" w:type="dxa"/>
                    <w:bottom w:w="70" w:type="dxa"/>
                    <w:right w:w="80" w:type="dxa"/>
                  </w:tcMar>
                </w:tcPr>
                <w:p w14:paraId="4307B22D" w14:textId="77777777" w:rsidR="005D67C0" w:rsidRPr="00687C6B" w:rsidRDefault="00000000">
                  <w:pPr>
                    <w:spacing w:line="252" w:lineRule="auto"/>
                    <w:rPr>
                      <w:sz w:val="28"/>
                      <w:szCs w:val="28"/>
                    </w:rPr>
                  </w:pPr>
                  <w:r w:rsidRPr="00687C6B">
                    <w:rPr>
                      <w:sz w:val="28"/>
                      <w:szCs w:val="28"/>
                    </w:rPr>
                    <w:t>Xử lí thông tin sử liệu</w:t>
                  </w:r>
                </w:p>
              </w:tc>
              <w:tc>
                <w:tcPr>
                  <w:tcW w:w="-18400" w:type="dxa"/>
                  <w:tcMar>
                    <w:top w:w="70" w:type="dxa"/>
                    <w:left w:w="80" w:type="dxa"/>
                    <w:bottom w:w="70" w:type="dxa"/>
                    <w:right w:w="80" w:type="dxa"/>
                  </w:tcMar>
                </w:tcPr>
                <w:p w14:paraId="194B3706" w14:textId="77777777" w:rsidR="005D67C0" w:rsidRPr="00687C6B" w:rsidRDefault="00000000">
                  <w:pPr>
                    <w:spacing w:line="252" w:lineRule="auto"/>
                    <w:rPr>
                      <w:sz w:val="28"/>
                      <w:szCs w:val="28"/>
                    </w:rPr>
                  </w:pPr>
                  <w:r w:rsidRPr="00687C6B">
                    <w:rPr>
                      <w:sz w:val="28"/>
                      <w:szCs w:val="28"/>
                    </w:rPr>
                    <w:t>- Phân loại, đánh giá, thẩm định và so sánh nguồn.</w:t>
                  </w:r>
                  <w:r w:rsidRPr="00687C6B">
                    <w:rPr>
                      <w:sz w:val="28"/>
                      <w:szCs w:val="28"/>
                    </w:rPr>
                    <w:br/>
                    <w:t>- Xác định tính xác thực, độ tin cậy, giá trị và giới hạn của thông tin.</w:t>
                  </w:r>
                  <w:r w:rsidRPr="00687C6B">
                    <w:rPr>
                      <w:sz w:val="28"/>
                      <w:szCs w:val="28"/>
                    </w:rPr>
                    <w:br/>
                    <w:t>- Chọn lọc, tổng hợp thông tin phục vụ vấn đề cần tìm hiểu.</w:t>
                  </w:r>
                </w:p>
              </w:tc>
            </w:tr>
          </w:tbl>
          <w:p w14:paraId="649D52DA" w14:textId="77777777" w:rsidR="005D67C0" w:rsidRPr="00687C6B" w:rsidRDefault="00000000">
            <w:pPr>
              <w:spacing w:line="259" w:lineRule="auto"/>
              <w:rPr>
                <w:sz w:val="28"/>
                <w:szCs w:val="28"/>
              </w:rPr>
            </w:pPr>
            <w:r w:rsidRPr="00687C6B">
              <w:rPr>
                <w:sz w:val="28"/>
                <w:szCs w:val="28"/>
              </w:rPr>
              <w:t>Câu 2. Có ý kiến cho rằng: “Học tập lịch sử chỉ diễn ra ở nhà trường phổ thông”. Em có đồng ý với ý kiến đó không? Vì sao?</w:t>
            </w:r>
          </w:p>
          <w:p w14:paraId="02805854" w14:textId="77777777" w:rsidR="005D67C0" w:rsidRPr="00687C6B" w:rsidRDefault="00000000">
            <w:pPr>
              <w:spacing w:line="259" w:lineRule="auto"/>
              <w:rPr>
                <w:sz w:val="28"/>
                <w:szCs w:val="28"/>
              </w:rPr>
            </w:pPr>
            <w:r w:rsidRPr="00687C6B">
              <w:rPr>
                <w:sz w:val="28"/>
                <w:szCs w:val="28"/>
              </w:rPr>
              <w:t xml:space="preserve">Gợi ý: HS không đồng ý. Học tập lịch sử diễn ra trong suốt cuộc đời và bằng nhiều hình thức như đọc sách, khai thác học liệu số, tham quan bảo tàng, di tích, tìm hiểu lịch sử gia đình, địa phương, quan sát hiện vật và tham gia hoạt động trải nghiệm. Mỗi nguồn và hình </w:t>
            </w:r>
            <w:r w:rsidRPr="00687C6B">
              <w:rPr>
                <w:sz w:val="28"/>
                <w:szCs w:val="28"/>
              </w:rPr>
              <w:lastRenderedPageBreak/>
              <w:t>thức đều giúp bổ sung, kiểm chứng và làm sâu sắc tri thức lịch sử.</w:t>
            </w:r>
          </w:p>
          <w:p w14:paraId="10C94DE8" w14:textId="77777777" w:rsidR="005D67C0" w:rsidRPr="00687C6B" w:rsidRDefault="00000000">
            <w:pPr>
              <w:spacing w:line="259" w:lineRule="auto"/>
              <w:rPr>
                <w:sz w:val="28"/>
                <w:szCs w:val="28"/>
              </w:rPr>
            </w:pPr>
            <w:r w:rsidRPr="00687C6B">
              <w:rPr>
                <w:sz w:val="28"/>
                <w:szCs w:val="28"/>
              </w:rPr>
              <w:t>Câu 3. Hãy nêu một ví dụ cho thấy tri thức lịch sử giúp con người giải thích hoặc giải quyết một vấn đề trong cuộc sống hiện nay.</w:t>
            </w:r>
          </w:p>
          <w:p w14:paraId="15BE8A63" w14:textId="77777777" w:rsidR="005D67C0" w:rsidRPr="00687C6B" w:rsidRDefault="00000000">
            <w:pPr>
              <w:spacing w:line="259" w:lineRule="auto"/>
              <w:rPr>
                <w:sz w:val="28"/>
                <w:szCs w:val="28"/>
              </w:rPr>
            </w:pPr>
            <w:r w:rsidRPr="00687C6B">
              <w:rPr>
                <w:sz w:val="28"/>
                <w:szCs w:val="28"/>
              </w:rPr>
              <w:t>Gợi ý: HS có thể lựa chọn vấn đề bảo tồn di sản, ứng xử với truyền thống, đoàn kết cộng đồng, bảo vệ chủ quyền, phòng tránh hậu quả chiến tranh hoặc xây dựng môi trường hoà bình; trình bày ngắn gọn bài học lịch sử và cách vận dụng.</w:t>
            </w:r>
          </w:p>
          <w:p w14:paraId="49CFBEEC" w14:textId="77777777" w:rsidR="005D67C0" w:rsidRPr="00687C6B" w:rsidRDefault="00000000">
            <w:pPr>
              <w:spacing w:line="259" w:lineRule="auto"/>
              <w:rPr>
                <w:sz w:val="28"/>
                <w:szCs w:val="28"/>
              </w:rPr>
            </w:pPr>
            <w:r w:rsidRPr="00687C6B">
              <w:rPr>
                <w:sz w:val="28"/>
                <w:szCs w:val="28"/>
              </w:rPr>
              <w:t>GV tổ chức cho HS làm việc cá nhân hoặc nhóm nhỏ; gọi một số HS trình bày, khuyến khích phản biện có căn cứ và chốt đáp án. GV lưu ý HS không sao chép máy móc mà cần diễn đạt bằng lời của mình, nêu dẫn chứng phù hợp.</w:t>
            </w:r>
          </w:p>
        </w:tc>
        <w:tc>
          <w:tcPr>
            <w:tcW w:w="3118" w:type="dxa"/>
            <w:tcMar>
              <w:top w:w="70" w:type="dxa"/>
              <w:left w:w="80" w:type="dxa"/>
              <w:bottom w:w="70" w:type="dxa"/>
              <w:right w:w="80" w:type="dxa"/>
            </w:tcMar>
          </w:tcPr>
          <w:p w14:paraId="41DC3E19" w14:textId="77777777" w:rsidR="006D45B8" w:rsidRPr="00687C6B" w:rsidRDefault="00000000">
            <w:pPr>
              <w:spacing w:line="259" w:lineRule="auto"/>
              <w:rPr>
                <w:sz w:val="28"/>
                <w:szCs w:val="28"/>
              </w:rPr>
            </w:pPr>
            <w:r w:rsidRPr="00687C6B">
              <w:rPr>
                <w:sz w:val="28"/>
                <w:szCs w:val="28"/>
              </w:rPr>
              <w:lastRenderedPageBreak/>
              <w:t>- Bảng hệ thống hoàn chỉnh về các bước chuẩn bị sử liệu.</w:t>
            </w:r>
            <w:r w:rsidRPr="00687C6B">
              <w:rPr>
                <w:sz w:val="28"/>
                <w:szCs w:val="28"/>
              </w:rPr>
              <w:br/>
              <w:t>- Câu trả lời cho ý kiến “Học tập lịch sử chỉ diễn ra ở nhà trường phổ thông”.</w:t>
            </w:r>
            <w:r w:rsidRPr="00687C6B">
              <w:rPr>
                <w:sz w:val="28"/>
                <w:szCs w:val="28"/>
              </w:rPr>
              <w:br/>
              <w:t>- Ví dụ có dẫn chứng về việc vận dụng tri thức lịch sử vào cuộc sống.</w:t>
            </w:r>
          </w:p>
        </w:tc>
        <w:tc>
          <w:tcPr>
            <w:tcW w:w="2438" w:type="dxa"/>
            <w:tcMar>
              <w:top w:w="70" w:type="dxa"/>
              <w:left w:w="80" w:type="dxa"/>
              <w:bottom w:w="70" w:type="dxa"/>
              <w:right w:w="80" w:type="dxa"/>
            </w:tcMar>
          </w:tcPr>
          <w:p w14:paraId="3947212B" w14:textId="77777777" w:rsidR="006D45B8" w:rsidRPr="00687C6B" w:rsidRDefault="006D45B8">
            <w:pPr>
              <w:spacing w:line="259" w:lineRule="auto"/>
              <w:rPr>
                <w:sz w:val="28"/>
                <w:szCs w:val="28"/>
              </w:rPr>
            </w:pPr>
          </w:p>
        </w:tc>
      </w:tr>
    </w:tbl>
    <w:p w14:paraId="6AD478E3" w14:textId="77777777" w:rsidR="005D67C0" w:rsidRPr="00687C6B" w:rsidRDefault="00000000">
      <w:pPr>
        <w:keepNext/>
        <w:spacing w:before="100" w:after="40"/>
        <w:rPr>
          <w:sz w:val="28"/>
          <w:szCs w:val="28"/>
        </w:rPr>
      </w:pPr>
      <w:r w:rsidRPr="00687C6B">
        <w:rPr>
          <w:b/>
          <w:sz w:val="28"/>
          <w:szCs w:val="28"/>
        </w:rPr>
        <w:t>D. HOẠT ĐỘNG VẬN DỤNG</w:t>
      </w:r>
    </w:p>
    <w:p w14:paraId="742E9C5D" w14:textId="77777777" w:rsidR="005D67C0" w:rsidRPr="00687C6B" w:rsidRDefault="00000000">
      <w:pPr>
        <w:rPr>
          <w:sz w:val="28"/>
          <w:szCs w:val="28"/>
        </w:rPr>
      </w:pPr>
      <w:r w:rsidRPr="00687C6B">
        <w:rPr>
          <w:b/>
          <w:sz w:val="28"/>
          <w:szCs w:val="28"/>
        </w:rPr>
        <w:t xml:space="preserve">a. Mục tiêu: </w:t>
      </w:r>
      <w:r w:rsidRPr="00687C6B">
        <w:rPr>
          <w:sz w:val="28"/>
          <w:szCs w:val="28"/>
        </w:rPr>
        <w:t>Giúp HS vận dụng quy trình sưu tầm, thu thập và xử lí sử liệu để khám phá quá khứ gần gũi; tăng cường kết nối lịch sử với gia đình, nhà trường và quê hương.</w:t>
      </w:r>
    </w:p>
    <w:p w14:paraId="3B319E63" w14:textId="77777777" w:rsidR="005D67C0" w:rsidRPr="00687C6B" w:rsidRDefault="00000000">
      <w:pPr>
        <w:rPr>
          <w:sz w:val="28"/>
          <w:szCs w:val="28"/>
        </w:rPr>
      </w:pPr>
      <w:r w:rsidRPr="00687C6B">
        <w:rPr>
          <w:b/>
          <w:sz w:val="28"/>
          <w:szCs w:val="28"/>
        </w:rPr>
        <w:t xml:space="preserve">b. Nội dung: </w:t>
      </w:r>
      <w:r w:rsidRPr="00687C6B">
        <w:rPr>
          <w:sz w:val="28"/>
          <w:szCs w:val="28"/>
        </w:rPr>
        <w:t>HS thực hiện nhiệm vụ ngoài giờ học, lựa chọn một hoặc một số tư liệu có liên quan đến quá khứ của gia đình, trường học hoặc quê hương và giới thiệu kết quả.</w:t>
      </w:r>
    </w:p>
    <w:p w14:paraId="79960684" w14:textId="77777777" w:rsidR="005D67C0" w:rsidRPr="00687C6B" w:rsidRDefault="00000000">
      <w:pPr>
        <w:rPr>
          <w:sz w:val="28"/>
          <w:szCs w:val="28"/>
        </w:rPr>
      </w:pPr>
      <w:r w:rsidRPr="00687C6B">
        <w:rPr>
          <w:b/>
          <w:sz w:val="28"/>
          <w:szCs w:val="28"/>
        </w:rPr>
        <w:t xml:space="preserve">c. Sản phẩm học tập: </w:t>
      </w:r>
      <w:r w:rsidRPr="00687C6B">
        <w:rPr>
          <w:sz w:val="28"/>
          <w:szCs w:val="28"/>
        </w:rPr>
        <w:t>Bài giới thiệu ngắn, tờ thông tin, sơ đồ, album ảnh hoặc bài trình chiếu có ghi rõ nguồn tư liệu và điều HS tìm hiểu được.</w:t>
      </w:r>
    </w:p>
    <w:p w14:paraId="0B84EBE5" w14:textId="77777777" w:rsidR="005D67C0" w:rsidRPr="00687C6B" w:rsidRDefault="00000000">
      <w:pPr>
        <w:rPr>
          <w:sz w:val="28"/>
          <w:szCs w:val="28"/>
        </w:rPr>
      </w:pPr>
      <w:r w:rsidRPr="00687C6B">
        <w:rPr>
          <w:b/>
          <w:sz w:val="28"/>
          <w:szCs w:val="28"/>
        </w:rPr>
        <w:t xml:space="preserve">d. Tổ chức thực hiện: </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83"/>
        <w:gridCol w:w="3118"/>
        <w:gridCol w:w="2438"/>
      </w:tblGrid>
      <w:tr w:rsidR="006D45B8" w:rsidRPr="00687C6B" w14:paraId="1A70BC49" w14:textId="77777777">
        <w:trPr>
          <w:tblHeader/>
          <w:jc w:val="center"/>
        </w:trPr>
        <w:tc>
          <w:tcPr>
            <w:tcW w:w="4082" w:type="dxa"/>
            <w:shd w:val="clear" w:color="auto" w:fill="D9EAF7"/>
            <w:tcMar>
              <w:top w:w="70" w:type="dxa"/>
              <w:left w:w="80" w:type="dxa"/>
              <w:bottom w:w="70" w:type="dxa"/>
              <w:right w:w="80" w:type="dxa"/>
            </w:tcMar>
          </w:tcPr>
          <w:p w14:paraId="055A6013" w14:textId="77777777" w:rsidR="006D45B8" w:rsidRPr="00687C6B" w:rsidRDefault="00000000">
            <w:pPr>
              <w:spacing w:line="259" w:lineRule="auto"/>
              <w:jc w:val="center"/>
              <w:rPr>
                <w:sz w:val="28"/>
                <w:szCs w:val="28"/>
              </w:rPr>
            </w:pPr>
            <w:r w:rsidRPr="00687C6B">
              <w:rPr>
                <w:b/>
                <w:sz w:val="28"/>
                <w:szCs w:val="28"/>
              </w:rPr>
              <w:t>HOẠT ĐỘNG CỦA GV-HS</w:t>
            </w:r>
          </w:p>
        </w:tc>
        <w:tc>
          <w:tcPr>
            <w:tcW w:w="3118" w:type="dxa"/>
            <w:shd w:val="clear" w:color="auto" w:fill="D9EAF7"/>
            <w:tcMar>
              <w:top w:w="70" w:type="dxa"/>
              <w:left w:w="80" w:type="dxa"/>
              <w:bottom w:w="70" w:type="dxa"/>
              <w:right w:w="80" w:type="dxa"/>
            </w:tcMar>
          </w:tcPr>
          <w:p w14:paraId="77246EFF" w14:textId="77777777" w:rsidR="006D45B8" w:rsidRPr="00687C6B" w:rsidRDefault="00000000">
            <w:pPr>
              <w:spacing w:line="259" w:lineRule="auto"/>
              <w:jc w:val="center"/>
              <w:rPr>
                <w:sz w:val="28"/>
                <w:szCs w:val="28"/>
              </w:rPr>
            </w:pPr>
            <w:r w:rsidRPr="00687C6B">
              <w:rPr>
                <w:b/>
                <w:sz w:val="28"/>
                <w:szCs w:val="28"/>
              </w:rPr>
              <w:t>DỰ KIẾN SẢN PHẨM</w:t>
            </w:r>
          </w:p>
        </w:tc>
        <w:tc>
          <w:tcPr>
            <w:tcW w:w="2438" w:type="dxa"/>
            <w:shd w:val="clear" w:color="auto" w:fill="D9EAF7"/>
            <w:tcMar>
              <w:top w:w="70" w:type="dxa"/>
              <w:left w:w="80" w:type="dxa"/>
              <w:bottom w:w="70" w:type="dxa"/>
              <w:right w:w="80" w:type="dxa"/>
            </w:tcMar>
          </w:tcPr>
          <w:p w14:paraId="4BC33262" w14:textId="77777777" w:rsidR="006D45B8" w:rsidRPr="00687C6B" w:rsidRDefault="00000000">
            <w:pPr>
              <w:spacing w:line="259" w:lineRule="auto"/>
              <w:jc w:val="center"/>
              <w:rPr>
                <w:sz w:val="28"/>
                <w:szCs w:val="28"/>
              </w:rPr>
            </w:pPr>
            <w:r w:rsidRPr="00687C6B">
              <w:rPr>
                <w:b/>
                <w:sz w:val="28"/>
                <w:szCs w:val="28"/>
              </w:rPr>
              <w:t>NLS</w:t>
            </w:r>
          </w:p>
        </w:tc>
      </w:tr>
      <w:tr w:rsidR="006D45B8" w:rsidRPr="00687C6B" w14:paraId="08E1521E" w14:textId="77777777">
        <w:trPr>
          <w:jc w:val="center"/>
        </w:trPr>
        <w:tc>
          <w:tcPr>
            <w:tcW w:w="4082" w:type="dxa"/>
            <w:tcMar>
              <w:top w:w="70" w:type="dxa"/>
              <w:left w:w="80" w:type="dxa"/>
              <w:bottom w:w="70" w:type="dxa"/>
              <w:right w:w="80" w:type="dxa"/>
            </w:tcMar>
          </w:tcPr>
          <w:p w14:paraId="71F3F876" w14:textId="77777777" w:rsidR="005D67C0" w:rsidRPr="00687C6B" w:rsidRDefault="00000000">
            <w:pPr>
              <w:spacing w:line="259" w:lineRule="auto"/>
              <w:rPr>
                <w:sz w:val="28"/>
                <w:szCs w:val="28"/>
              </w:rPr>
            </w:pPr>
            <w:r w:rsidRPr="00687C6B">
              <w:rPr>
                <w:sz w:val="28"/>
                <w:szCs w:val="28"/>
              </w:rPr>
              <w:t xml:space="preserve">Nhiệm vụ: Sưu tầm một số tư liệu có liên quan đến quá khứ của gia đình, trường học hoặc quê hương và giới thiệu vắn tắt các tư liệu đó. Thông qua tư liệu sưu tầm được, em biết điều gì về đối tượng đã lựa </w:t>
            </w:r>
            <w:r w:rsidRPr="00687C6B">
              <w:rPr>
                <w:sz w:val="28"/>
                <w:szCs w:val="28"/>
              </w:rPr>
              <w:lastRenderedPageBreak/>
              <w:t>chọn trong quá khứ?</w:t>
            </w:r>
          </w:p>
          <w:p w14:paraId="378FACB2" w14:textId="77777777" w:rsidR="005D67C0" w:rsidRPr="00687C6B" w:rsidRDefault="00000000">
            <w:pPr>
              <w:spacing w:line="259" w:lineRule="auto"/>
              <w:rPr>
                <w:sz w:val="28"/>
                <w:szCs w:val="28"/>
              </w:rPr>
            </w:pPr>
            <w:r w:rsidRPr="00687C6B">
              <w:rPr>
                <w:sz w:val="28"/>
                <w:szCs w:val="28"/>
              </w:rPr>
              <w:t>GV hướng dẫn HS thực hiện theo các bước:</w:t>
            </w:r>
          </w:p>
          <w:p w14:paraId="1DE0FCD0" w14:textId="77777777" w:rsidR="005D67C0" w:rsidRPr="00687C6B" w:rsidRDefault="00000000">
            <w:pPr>
              <w:spacing w:line="259" w:lineRule="auto"/>
              <w:rPr>
                <w:sz w:val="28"/>
                <w:szCs w:val="28"/>
              </w:rPr>
            </w:pPr>
            <w:r w:rsidRPr="00687C6B">
              <w:rPr>
                <w:sz w:val="28"/>
                <w:szCs w:val="28"/>
              </w:rPr>
              <w:t>- Bước 1: Xác định đối tượng và câu hỏi cần tìm hiểu, chẳng hạn một bức ảnh gia đình, giấy khen, lá thư, hiện vật, ngôi trường cũ, di tích, nhân vật hoặc sự kiện của quê hương.</w:t>
            </w:r>
          </w:p>
          <w:p w14:paraId="5B4F6A5D" w14:textId="77777777" w:rsidR="005D67C0" w:rsidRPr="00687C6B" w:rsidRDefault="00000000">
            <w:pPr>
              <w:spacing w:line="259" w:lineRule="auto"/>
              <w:rPr>
                <w:sz w:val="28"/>
                <w:szCs w:val="28"/>
              </w:rPr>
            </w:pPr>
            <w:r w:rsidRPr="00687C6B">
              <w:rPr>
                <w:sz w:val="28"/>
                <w:szCs w:val="28"/>
              </w:rPr>
              <w:t>- Bước 2: Lập danh mục và thu thập tư liệu từ gia đình, thư viện, bảo tàng, cơ quan lưu trữ, người làm chứng hoặc nguồn số đáng tin cậy.</w:t>
            </w:r>
          </w:p>
          <w:p w14:paraId="10B05179" w14:textId="77777777" w:rsidR="005D67C0" w:rsidRPr="00687C6B" w:rsidRDefault="00000000">
            <w:pPr>
              <w:spacing w:line="259" w:lineRule="auto"/>
              <w:rPr>
                <w:sz w:val="28"/>
                <w:szCs w:val="28"/>
              </w:rPr>
            </w:pPr>
            <w:r w:rsidRPr="00687C6B">
              <w:rPr>
                <w:sz w:val="28"/>
                <w:szCs w:val="28"/>
              </w:rPr>
              <w:t>- Bước 3: Ghi rõ nguồn, thời gian, người cung cấp; phân loại, đối chiếu và chọn thông tin có căn cứ.</w:t>
            </w:r>
          </w:p>
          <w:p w14:paraId="573240B5" w14:textId="77777777" w:rsidR="005D67C0" w:rsidRPr="00687C6B" w:rsidRDefault="00000000">
            <w:pPr>
              <w:spacing w:line="259" w:lineRule="auto"/>
              <w:rPr>
                <w:sz w:val="28"/>
                <w:szCs w:val="28"/>
              </w:rPr>
            </w:pPr>
            <w:r w:rsidRPr="00687C6B">
              <w:rPr>
                <w:sz w:val="28"/>
                <w:szCs w:val="28"/>
              </w:rPr>
              <w:t>- Bước 4: Trình bày sản phẩm ngắn gọn, nêu được tư liệu cho biết điều gì, còn điểm nào chưa rõ và cần tìm hiểu thêm.</w:t>
            </w:r>
          </w:p>
          <w:p w14:paraId="3DE950F9" w14:textId="77777777" w:rsidR="005D67C0" w:rsidRPr="00687C6B" w:rsidRDefault="00000000">
            <w:pPr>
              <w:spacing w:line="259" w:lineRule="auto"/>
              <w:rPr>
                <w:sz w:val="28"/>
                <w:szCs w:val="28"/>
              </w:rPr>
            </w:pPr>
            <w:r w:rsidRPr="00687C6B">
              <w:rPr>
                <w:sz w:val="28"/>
                <w:szCs w:val="28"/>
              </w:rPr>
              <w:t>- Bước 5: Chia sẻ sản phẩm trong lớp; lắng nghe nhận xét và điều chỉnh thông tin khi có căn cứ mới.</w:t>
            </w:r>
          </w:p>
          <w:p w14:paraId="3AD4258B" w14:textId="77777777" w:rsidR="006D45B8" w:rsidRPr="00687C6B" w:rsidRDefault="00000000">
            <w:pPr>
              <w:spacing w:line="259" w:lineRule="auto"/>
              <w:rPr>
                <w:sz w:val="28"/>
                <w:szCs w:val="28"/>
              </w:rPr>
            </w:pPr>
            <w:r w:rsidRPr="00687C6B">
              <w:rPr>
                <w:b/>
                <w:sz w:val="28"/>
                <w:szCs w:val="28"/>
              </w:rPr>
              <w:t>Bổ sung thao tác số cho sản phẩm vận dụng:</w:t>
            </w:r>
          </w:p>
          <w:p w14:paraId="77B10B1A" w14:textId="77777777" w:rsidR="006D45B8" w:rsidRPr="00687C6B" w:rsidRDefault="00000000">
            <w:pPr>
              <w:spacing w:line="259" w:lineRule="auto"/>
              <w:rPr>
                <w:sz w:val="28"/>
                <w:szCs w:val="28"/>
              </w:rPr>
            </w:pPr>
            <w:r w:rsidRPr="00687C6B">
              <w:rPr>
                <w:sz w:val="28"/>
                <w:szCs w:val="28"/>
              </w:rPr>
              <w:t>- Bước 6: Chụp hoặc quét tư liệu ở mức rõ nét; chọn 1-3 hình ảnh tiêu biểu, đặt tên tệp dễ nhận biết và lưu trong một thư mục của nhóm.</w:t>
            </w:r>
          </w:p>
          <w:p w14:paraId="5E03DAD5" w14:textId="77777777" w:rsidR="006D45B8" w:rsidRPr="00687C6B" w:rsidRDefault="00000000">
            <w:pPr>
              <w:spacing w:line="259" w:lineRule="auto"/>
              <w:rPr>
                <w:sz w:val="28"/>
                <w:szCs w:val="28"/>
              </w:rPr>
            </w:pPr>
            <w:r w:rsidRPr="00687C6B">
              <w:rPr>
                <w:sz w:val="28"/>
                <w:szCs w:val="28"/>
              </w:rPr>
              <w:t>- Bước 7: Dùng Microsoft Word hoặc PowerPoint để tạo sản phẩm; thêm tiêu đề, chú thích, nguồn tư liệu và phần giải thích ngắn bằng lời của HS.</w:t>
            </w:r>
          </w:p>
          <w:p w14:paraId="54EEF6EB" w14:textId="77777777" w:rsidR="006D45B8" w:rsidRPr="00687C6B" w:rsidRDefault="00000000">
            <w:pPr>
              <w:spacing w:line="259" w:lineRule="auto"/>
              <w:rPr>
                <w:sz w:val="28"/>
                <w:szCs w:val="28"/>
              </w:rPr>
            </w:pPr>
            <w:r w:rsidRPr="00687C6B">
              <w:rPr>
                <w:sz w:val="28"/>
                <w:szCs w:val="28"/>
              </w:rPr>
              <w:t>- Bước 8: Kiểm tra quyền riêng tư; xin phép người cung cấp, che hoặc cắt bỏ số điện thoại, địa chỉ, mã giấy tờ, thông tin cá nhân trước khi chia sẻ.</w:t>
            </w:r>
          </w:p>
          <w:p w14:paraId="6E837188" w14:textId="77777777" w:rsidR="006D45B8" w:rsidRPr="00687C6B" w:rsidRDefault="00000000">
            <w:pPr>
              <w:spacing w:line="259" w:lineRule="auto"/>
              <w:rPr>
                <w:sz w:val="28"/>
                <w:szCs w:val="28"/>
              </w:rPr>
            </w:pPr>
            <w:r w:rsidRPr="00687C6B">
              <w:rPr>
                <w:sz w:val="28"/>
                <w:szCs w:val="28"/>
              </w:rPr>
              <w:t xml:space="preserve">- Bước 9: Nộp sản phẩm qua USB, </w:t>
            </w:r>
            <w:r w:rsidRPr="00687C6B">
              <w:rPr>
                <w:sz w:val="28"/>
                <w:szCs w:val="28"/>
              </w:rPr>
              <w:lastRenderedPageBreak/>
              <w:t>Zalo nhóm lớp hoặc thư mục Google Drive do GV quản lí; nếu không có thiết bị, trình bày trên giấy và GV hỗ trợ số hoá sản phẩm tiêu biểu.</w:t>
            </w:r>
          </w:p>
        </w:tc>
        <w:tc>
          <w:tcPr>
            <w:tcW w:w="3118" w:type="dxa"/>
            <w:tcMar>
              <w:top w:w="70" w:type="dxa"/>
              <w:left w:w="80" w:type="dxa"/>
              <w:bottom w:w="70" w:type="dxa"/>
              <w:right w:w="80" w:type="dxa"/>
            </w:tcMar>
          </w:tcPr>
          <w:p w14:paraId="43A75848" w14:textId="77777777" w:rsidR="005D67C0" w:rsidRPr="00687C6B" w:rsidRDefault="00000000">
            <w:pPr>
              <w:spacing w:line="259" w:lineRule="auto"/>
              <w:rPr>
                <w:sz w:val="28"/>
                <w:szCs w:val="28"/>
              </w:rPr>
            </w:pPr>
            <w:r w:rsidRPr="00687C6B">
              <w:rPr>
                <w:sz w:val="28"/>
                <w:szCs w:val="28"/>
              </w:rPr>
              <w:lastRenderedPageBreak/>
              <w:t xml:space="preserve">Yêu cầu cần đạt: HS lựa chọn được tư liệu phù hợp; ghi nguồn tương đối đầy đủ; giới thiệu rõ đối tượng, thông tin khai thác và ý nghĩa của tư liệu; thể </w:t>
            </w:r>
            <w:r w:rsidRPr="00687C6B">
              <w:rPr>
                <w:sz w:val="28"/>
                <w:szCs w:val="28"/>
              </w:rPr>
              <w:lastRenderedPageBreak/>
              <w:t>hiện thái độ tôn trọng sự thật, giữ gìn tư liệu và không công bố thông tin riêng tư khi chưa được sự đồng ý.</w:t>
            </w:r>
          </w:p>
          <w:p w14:paraId="05F28EF6" w14:textId="77777777" w:rsidR="006D45B8" w:rsidRPr="00687C6B" w:rsidRDefault="00000000">
            <w:pPr>
              <w:spacing w:line="259" w:lineRule="auto"/>
              <w:rPr>
                <w:sz w:val="28"/>
                <w:szCs w:val="28"/>
              </w:rPr>
            </w:pPr>
            <w:r w:rsidRPr="00687C6B">
              <w:rPr>
                <w:sz w:val="28"/>
                <w:szCs w:val="28"/>
              </w:rPr>
              <w:t>- Sản phẩm số ở một trong các dạng: tờ thông tin 01 trang bằng Word; bài trình chiếu 3-5 trang bằng PowerPoint; hoặc album ảnh có chú thích.</w:t>
            </w:r>
            <w:r w:rsidRPr="00687C6B">
              <w:rPr>
                <w:sz w:val="28"/>
                <w:szCs w:val="28"/>
              </w:rPr>
              <w:br/>
              <w:t>- Ghi rõ nguồn tư liệu; nêu được thông tin lịch sử và ý nghĩa của tư liệu.</w:t>
            </w:r>
            <w:r w:rsidRPr="00687C6B">
              <w:rPr>
                <w:sz w:val="28"/>
                <w:szCs w:val="28"/>
              </w:rPr>
              <w:br/>
              <w:t>- Tư liệu riêng tư đã được xin phép và xử lí an toàn trước khi chia sẻ.</w:t>
            </w:r>
          </w:p>
        </w:tc>
        <w:tc>
          <w:tcPr>
            <w:tcW w:w="2438" w:type="dxa"/>
            <w:tcMar>
              <w:top w:w="70" w:type="dxa"/>
              <w:left w:w="80" w:type="dxa"/>
              <w:bottom w:w="70" w:type="dxa"/>
              <w:right w:w="80" w:type="dxa"/>
            </w:tcMar>
          </w:tcPr>
          <w:p w14:paraId="45632DD0" w14:textId="0FCA11B2" w:rsidR="006D45B8" w:rsidRPr="00687C6B" w:rsidRDefault="006D45B8">
            <w:pPr>
              <w:spacing w:line="259" w:lineRule="auto"/>
              <w:rPr>
                <w:sz w:val="28"/>
                <w:szCs w:val="28"/>
              </w:rPr>
            </w:pPr>
          </w:p>
        </w:tc>
      </w:tr>
    </w:tbl>
    <w:p w14:paraId="4717FC4D" w14:textId="77777777" w:rsidR="005D67C0" w:rsidRPr="00687C6B" w:rsidRDefault="00000000">
      <w:pPr>
        <w:keepNext/>
        <w:spacing w:before="100" w:after="40"/>
        <w:rPr>
          <w:sz w:val="28"/>
          <w:szCs w:val="28"/>
        </w:rPr>
      </w:pPr>
      <w:r w:rsidRPr="00687C6B">
        <w:rPr>
          <w:b/>
          <w:sz w:val="28"/>
          <w:szCs w:val="28"/>
        </w:rPr>
        <w:lastRenderedPageBreak/>
        <w:t>E. NHẬN XÉT SAU GIỜ DẠY</w:t>
      </w:r>
    </w:p>
    <w:p w14:paraId="7E36E0AC" w14:textId="77777777" w:rsidR="005D67C0" w:rsidRPr="00687C6B" w:rsidRDefault="00000000">
      <w:pPr>
        <w:rPr>
          <w:sz w:val="28"/>
          <w:szCs w:val="28"/>
        </w:rPr>
      </w:pPr>
      <w:r w:rsidRPr="00687C6B">
        <w:rPr>
          <w:sz w:val="28"/>
          <w:szCs w:val="28"/>
        </w:rPr>
        <w:t>.................................................................................................................................</w:t>
      </w:r>
    </w:p>
    <w:p w14:paraId="1A562A5C" w14:textId="77777777" w:rsidR="005D67C0" w:rsidRPr="00687C6B" w:rsidRDefault="00000000">
      <w:pPr>
        <w:rPr>
          <w:sz w:val="28"/>
          <w:szCs w:val="28"/>
        </w:rPr>
      </w:pPr>
      <w:r w:rsidRPr="00687C6B">
        <w:rPr>
          <w:sz w:val="28"/>
          <w:szCs w:val="28"/>
        </w:rPr>
        <w:t>.................................................................................................................................</w:t>
      </w:r>
    </w:p>
    <w:p w14:paraId="76A3D945" w14:textId="77777777" w:rsidR="005D67C0" w:rsidRPr="00687C6B" w:rsidRDefault="00000000">
      <w:pPr>
        <w:rPr>
          <w:sz w:val="28"/>
          <w:szCs w:val="28"/>
        </w:rPr>
      </w:pPr>
      <w:r w:rsidRPr="00687C6B">
        <w:rPr>
          <w:sz w:val="28"/>
          <w:szCs w:val="28"/>
        </w:rPr>
        <w:t>.................................................................................................................................</w:t>
      </w:r>
    </w:p>
    <w:p w14:paraId="06D321B5" w14:textId="05C581F8" w:rsidR="006D45B8" w:rsidRPr="00687C6B" w:rsidRDefault="00000000">
      <w:pPr>
        <w:keepNext/>
        <w:spacing w:before="120" w:after="60"/>
        <w:rPr>
          <w:sz w:val="28"/>
          <w:szCs w:val="28"/>
        </w:rPr>
      </w:pPr>
      <w:r w:rsidRPr="00687C6B">
        <w:rPr>
          <w:b/>
          <w:sz w:val="28"/>
          <w:szCs w:val="28"/>
        </w:rPr>
        <w:t xml:space="preserve">IV. PHỤ LỤC </w:t>
      </w:r>
    </w:p>
    <w:p w14:paraId="6CC0D71F" w14:textId="35688510" w:rsidR="006D45B8" w:rsidRPr="00687C6B" w:rsidRDefault="00000000">
      <w:pPr>
        <w:keepNext/>
        <w:spacing w:before="100" w:after="40"/>
        <w:rPr>
          <w:sz w:val="28"/>
          <w:szCs w:val="28"/>
        </w:rPr>
      </w:pPr>
      <w:r w:rsidRPr="00687C6B">
        <w:rPr>
          <w:b/>
          <w:sz w:val="28"/>
          <w:szCs w:val="28"/>
        </w:rPr>
        <w:t>PHIẾU HỌC TẬP SỐ - TÌM KIẾM VÀ ĐÁNH GIÁ NGUỒN THÔNG TIN</w:t>
      </w:r>
    </w:p>
    <w:p w14:paraId="3D09AD35" w14:textId="77777777" w:rsidR="006D45B8" w:rsidRPr="00687C6B" w:rsidRDefault="00000000">
      <w:pPr>
        <w:rPr>
          <w:sz w:val="28"/>
          <w:szCs w:val="28"/>
        </w:rPr>
      </w:pPr>
      <w:r w:rsidRPr="00687C6B">
        <w:rPr>
          <w:sz w:val="28"/>
          <w:szCs w:val="28"/>
        </w:rPr>
        <w:t>- Nhóm: ....................................................  Lớp: ....................</w:t>
      </w:r>
    </w:p>
    <w:p w14:paraId="3746A84A" w14:textId="77777777" w:rsidR="006D45B8" w:rsidRPr="00687C6B" w:rsidRDefault="00000000">
      <w:pPr>
        <w:rPr>
          <w:sz w:val="28"/>
          <w:szCs w:val="28"/>
        </w:rPr>
      </w:pPr>
      <w:r w:rsidRPr="00687C6B">
        <w:rPr>
          <w:sz w:val="28"/>
          <w:szCs w:val="28"/>
        </w:rPr>
        <w:t>- Đối tượng lịch sử cần tìm hiểu: ........................................................................................</w:t>
      </w:r>
    </w:p>
    <w:p w14:paraId="2CB2F726" w14:textId="77777777" w:rsidR="006D45B8" w:rsidRPr="00687C6B" w:rsidRDefault="00000000">
      <w:pPr>
        <w:rPr>
          <w:sz w:val="28"/>
          <w:szCs w:val="28"/>
        </w:rPr>
      </w:pPr>
      <w:r w:rsidRPr="00687C6B">
        <w:rPr>
          <w:sz w:val="28"/>
          <w:szCs w:val="28"/>
        </w:rPr>
        <w:t>- Từ khóa tìm kiếm đã sử dụng: ............................................................................................</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69"/>
        <w:gridCol w:w="2381"/>
        <w:gridCol w:w="2381"/>
        <w:gridCol w:w="2608"/>
      </w:tblGrid>
      <w:tr w:rsidR="006D45B8" w:rsidRPr="00687C6B" w14:paraId="440E9764" w14:textId="77777777">
        <w:trPr>
          <w:tblHeader/>
          <w:jc w:val="center"/>
        </w:trPr>
        <w:tc>
          <w:tcPr>
            <w:tcW w:w="2268" w:type="dxa"/>
            <w:shd w:val="clear" w:color="auto" w:fill="D9EAF7"/>
            <w:tcMar>
              <w:top w:w="70" w:type="dxa"/>
              <w:left w:w="80" w:type="dxa"/>
              <w:bottom w:w="70" w:type="dxa"/>
              <w:right w:w="80" w:type="dxa"/>
            </w:tcMar>
          </w:tcPr>
          <w:p w14:paraId="68C04598" w14:textId="77777777" w:rsidR="006D45B8" w:rsidRPr="00687C6B" w:rsidRDefault="00000000">
            <w:pPr>
              <w:spacing w:line="259" w:lineRule="auto"/>
              <w:jc w:val="center"/>
              <w:rPr>
                <w:sz w:val="28"/>
                <w:szCs w:val="28"/>
              </w:rPr>
            </w:pPr>
            <w:r w:rsidRPr="00687C6B">
              <w:rPr>
                <w:b/>
                <w:sz w:val="28"/>
                <w:szCs w:val="28"/>
              </w:rPr>
              <w:t>TIÊU CHÍ</w:t>
            </w:r>
          </w:p>
        </w:tc>
        <w:tc>
          <w:tcPr>
            <w:tcW w:w="2381" w:type="dxa"/>
            <w:shd w:val="clear" w:color="auto" w:fill="D9EAF7"/>
            <w:tcMar>
              <w:top w:w="70" w:type="dxa"/>
              <w:left w:w="80" w:type="dxa"/>
              <w:bottom w:w="70" w:type="dxa"/>
              <w:right w:w="80" w:type="dxa"/>
            </w:tcMar>
          </w:tcPr>
          <w:p w14:paraId="333ABB6D" w14:textId="77777777" w:rsidR="006D45B8" w:rsidRPr="00687C6B" w:rsidRDefault="00000000">
            <w:pPr>
              <w:spacing w:line="259" w:lineRule="auto"/>
              <w:jc w:val="center"/>
              <w:rPr>
                <w:sz w:val="28"/>
                <w:szCs w:val="28"/>
              </w:rPr>
            </w:pPr>
            <w:r w:rsidRPr="00687C6B">
              <w:rPr>
                <w:b/>
                <w:sz w:val="28"/>
                <w:szCs w:val="28"/>
              </w:rPr>
              <w:t>NGUỒN SỐ 1</w:t>
            </w:r>
          </w:p>
        </w:tc>
        <w:tc>
          <w:tcPr>
            <w:tcW w:w="2381" w:type="dxa"/>
            <w:shd w:val="clear" w:color="auto" w:fill="D9EAF7"/>
            <w:tcMar>
              <w:top w:w="70" w:type="dxa"/>
              <w:left w:w="80" w:type="dxa"/>
              <w:bottom w:w="70" w:type="dxa"/>
              <w:right w:w="80" w:type="dxa"/>
            </w:tcMar>
          </w:tcPr>
          <w:p w14:paraId="6F350AF4" w14:textId="77777777" w:rsidR="006D45B8" w:rsidRPr="00687C6B" w:rsidRDefault="00000000">
            <w:pPr>
              <w:spacing w:line="259" w:lineRule="auto"/>
              <w:jc w:val="center"/>
              <w:rPr>
                <w:sz w:val="28"/>
                <w:szCs w:val="28"/>
              </w:rPr>
            </w:pPr>
            <w:r w:rsidRPr="00687C6B">
              <w:rPr>
                <w:b/>
                <w:sz w:val="28"/>
                <w:szCs w:val="28"/>
              </w:rPr>
              <w:t>NGUỒN SỐ 2</w:t>
            </w:r>
          </w:p>
        </w:tc>
        <w:tc>
          <w:tcPr>
            <w:tcW w:w="2608" w:type="dxa"/>
            <w:shd w:val="clear" w:color="auto" w:fill="D9EAF7"/>
            <w:tcMar>
              <w:top w:w="70" w:type="dxa"/>
              <w:left w:w="80" w:type="dxa"/>
              <w:bottom w:w="70" w:type="dxa"/>
              <w:right w:w="80" w:type="dxa"/>
            </w:tcMar>
          </w:tcPr>
          <w:p w14:paraId="60F221FB" w14:textId="77777777" w:rsidR="006D45B8" w:rsidRPr="00687C6B" w:rsidRDefault="00000000">
            <w:pPr>
              <w:spacing w:line="259" w:lineRule="auto"/>
              <w:jc w:val="center"/>
              <w:rPr>
                <w:sz w:val="28"/>
                <w:szCs w:val="28"/>
              </w:rPr>
            </w:pPr>
            <w:r w:rsidRPr="00687C6B">
              <w:rPr>
                <w:b/>
                <w:sz w:val="28"/>
                <w:szCs w:val="28"/>
              </w:rPr>
              <w:t>NHẬN XÉT/KẾT LUẬN</w:t>
            </w:r>
          </w:p>
        </w:tc>
      </w:tr>
      <w:tr w:rsidR="006D45B8" w:rsidRPr="00687C6B" w14:paraId="48DA6C3C" w14:textId="77777777">
        <w:trPr>
          <w:jc w:val="center"/>
        </w:trPr>
        <w:tc>
          <w:tcPr>
            <w:tcW w:w="2268" w:type="dxa"/>
            <w:tcMar>
              <w:top w:w="70" w:type="dxa"/>
              <w:left w:w="80" w:type="dxa"/>
              <w:bottom w:w="70" w:type="dxa"/>
              <w:right w:w="80" w:type="dxa"/>
            </w:tcMar>
          </w:tcPr>
          <w:p w14:paraId="7ED29ECE" w14:textId="77777777" w:rsidR="006D45B8" w:rsidRPr="00687C6B" w:rsidRDefault="00000000">
            <w:pPr>
              <w:spacing w:line="259" w:lineRule="auto"/>
              <w:rPr>
                <w:sz w:val="28"/>
                <w:szCs w:val="28"/>
              </w:rPr>
            </w:pPr>
            <w:r w:rsidRPr="00687C6B">
              <w:rPr>
                <w:sz w:val="28"/>
                <w:szCs w:val="28"/>
              </w:rPr>
              <w:t>Tên trang/cơ quan/tác giả</w:t>
            </w:r>
          </w:p>
        </w:tc>
        <w:tc>
          <w:tcPr>
            <w:tcW w:w="2381" w:type="dxa"/>
            <w:tcMar>
              <w:top w:w="70" w:type="dxa"/>
              <w:left w:w="80" w:type="dxa"/>
              <w:bottom w:w="70" w:type="dxa"/>
              <w:right w:w="80" w:type="dxa"/>
            </w:tcMar>
          </w:tcPr>
          <w:p w14:paraId="71234FFA"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72C00F7F"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4D1F67B5" w14:textId="77777777" w:rsidR="006D45B8" w:rsidRPr="00687C6B" w:rsidRDefault="00000000">
            <w:pPr>
              <w:spacing w:line="259" w:lineRule="auto"/>
              <w:rPr>
                <w:sz w:val="28"/>
                <w:szCs w:val="28"/>
              </w:rPr>
            </w:pPr>
            <w:r w:rsidRPr="00687C6B">
              <w:rPr>
                <w:sz w:val="28"/>
                <w:szCs w:val="28"/>
              </w:rPr>
              <w:t>................................................................</w:t>
            </w:r>
          </w:p>
        </w:tc>
      </w:tr>
      <w:tr w:rsidR="006D45B8" w:rsidRPr="00687C6B" w14:paraId="6FBFC812" w14:textId="77777777">
        <w:trPr>
          <w:jc w:val="center"/>
        </w:trPr>
        <w:tc>
          <w:tcPr>
            <w:tcW w:w="2268" w:type="dxa"/>
            <w:tcMar>
              <w:top w:w="70" w:type="dxa"/>
              <w:left w:w="80" w:type="dxa"/>
              <w:bottom w:w="70" w:type="dxa"/>
              <w:right w:w="80" w:type="dxa"/>
            </w:tcMar>
          </w:tcPr>
          <w:p w14:paraId="7E771FB2" w14:textId="77777777" w:rsidR="006D45B8" w:rsidRPr="00687C6B" w:rsidRDefault="00000000">
            <w:pPr>
              <w:spacing w:line="259" w:lineRule="auto"/>
              <w:rPr>
                <w:sz w:val="28"/>
                <w:szCs w:val="28"/>
              </w:rPr>
            </w:pPr>
            <w:r w:rsidRPr="00687C6B">
              <w:rPr>
                <w:sz w:val="28"/>
                <w:szCs w:val="28"/>
              </w:rPr>
              <w:t>Đường dẫn và thời gian truy cập</w:t>
            </w:r>
          </w:p>
        </w:tc>
        <w:tc>
          <w:tcPr>
            <w:tcW w:w="2381" w:type="dxa"/>
            <w:tcMar>
              <w:top w:w="70" w:type="dxa"/>
              <w:left w:w="80" w:type="dxa"/>
              <w:bottom w:w="70" w:type="dxa"/>
              <w:right w:w="80" w:type="dxa"/>
            </w:tcMar>
          </w:tcPr>
          <w:p w14:paraId="3B07F111"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3AB7E754"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3C32464D" w14:textId="77777777" w:rsidR="006D45B8" w:rsidRPr="00687C6B" w:rsidRDefault="00000000">
            <w:pPr>
              <w:spacing w:line="259" w:lineRule="auto"/>
              <w:rPr>
                <w:sz w:val="28"/>
                <w:szCs w:val="28"/>
              </w:rPr>
            </w:pPr>
            <w:r w:rsidRPr="00687C6B">
              <w:rPr>
                <w:sz w:val="28"/>
                <w:szCs w:val="28"/>
              </w:rPr>
              <w:t>................................................................</w:t>
            </w:r>
          </w:p>
        </w:tc>
      </w:tr>
      <w:tr w:rsidR="006D45B8" w:rsidRPr="00687C6B" w14:paraId="5777F8BB" w14:textId="77777777">
        <w:trPr>
          <w:jc w:val="center"/>
        </w:trPr>
        <w:tc>
          <w:tcPr>
            <w:tcW w:w="2268" w:type="dxa"/>
            <w:tcMar>
              <w:top w:w="70" w:type="dxa"/>
              <w:left w:w="80" w:type="dxa"/>
              <w:bottom w:w="70" w:type="dxa"/>
              <w:right w:w="80" w:type="dxa"/>
            </w:tcMar>
          </w:tcPr>
          <w:p w14:paraId="2B6B3B0C" w14:textId="77777777" w:rsidR="006D45B8" w:rsidRPr="00687C6B" w:rsidRDefault="00000000">
            <w:pPr>
              <w:spacing w:line="259" w:lineRule="auto"/>
              <w:rPr>
                <w:sz w:val="28"/>
                <w:szCs w:val="28"/>
              </w:rPr>
            </w:pPr>
            <w:r w:rsidRPr="00687C6B">
              <w:rPr>
                <w:sz w:val="28"/>
                <w:szCs w:val="28"/>
              </w:rPr>
              <w:t>Thời gian tạo lập/cập nhật tư liệu</w:t>
            </w:r>
          </w:p>
        </w:tc>
        <w:tc>
          <w:tcPr>
            <w:tcW w:w="2381" w:type="dxa"/>
            <w:tcMar>
              <w:top w:w="70" w:type="dxa"/>
              <w:left w:w="80" w:type="dxa"/>
              <w:bottom w:w="70" w:type="dxa"/>
              <w:right w:w="80" w:type="dxa"/>
            </w:tcMar>
          </w:tcPr>
          <w:p w14:paraId="4BC51366"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62861A4D"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4DABEB8A" w14:textId="77777777" w:rsidR="006D45B8" w:rsidRPr="00687C6B" w:rsidRDefault="00000000">
            <w:pPr>
              <w:spacing w:line="259" w:lineRule="auto"/>
              <w:rPr>
                <w:sz w:val="28"/>
                <w:szCs w:val="28"/>
              </w:rPr>
            </w:pPr>
            <w:r w:rsidRPr="00687C6B">
              <w:rPr>
                <w:sz w:val="28"/>
                <w:szCs w:val="28"/>
              </w:rPr>
              <w:t>................................................................</w:t>
            </w:r>
          </w:p>
        </w:tc>
      </w:tr>
      <w:tr w:rsidR="006D45B8" w:rsidRPr="00687C6B" w14:paraId="21E5965A" w14:textId="77777777">
        <w:trPr>
          <w:jc w:val="center"/>
        </w:trPr>
        <w:tc>
          <w:tcPr>
            <w:tcW w:w="2268" w:type="dxa"/>
            <w:tcMar>
              <w:top w:w="70" w:type="dxa"/>
              <w:left w:w="80" w:type="dxa"/>
              <w:bottom w:w="70" w:type="dxa"/>
              <w:right w:w="80" w:type="dxa"/>
            </w:tcMar>
          </w:tcPr>
          <w:p w14:paraId="308DF17B" w14:textId="77777777" w:rsidR="006D45B8" w:rsidRPr="00687C6B" w:rsidRDefault="00000000">
            <w:pPr>
              <w:spacing w:line="259" w:lineRule="auto"/>
              <w:rPr>
                <w:sz w:val="28"/>
                <w:szCs w:val="28"/>
              </w:rPr>
            </w:pPr>
            <w:r w:rsidRPr="00687C6B">
              <w:rPr>
                <w:sz w:val="28"/>
                <w:szCs w:val="28"/>
              </w:rPr>
              <w:t>Thông tin chính khai thác được</w:t>
            </w:r>
          </w:p>
        </w:tc>
        <w:tc>
          <w:tcPr>
            <w:tcW w:w="2381" w:type="dxa"/>
            <w:tcMar>
              <w:top w:w="70" w:type="dxa"/>
              <w:left w:w="80" w:type="dxa"/>
              <w:bottom w:w="70" w:type="dxa"/>
              <w:right w:w="80" w:type="dxa"/>
            </w:tcMar>
          </w:tcPr>
          <w:p w14:paraId="5075C377"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50D88685"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1DAD7170" w14:textId="77777777" w:rsidR="006D45B8" w:rsidRPr="00687C6B" w:rsidRDefault="00000000">
            <w:pPr>
              <w:spacing w:line="259" w:lineRule="auto"/>
              <w:rPr>
                <w:sz w:val="28"/>
                <w:szCs w:val="28"/>
              </w:rPr>
            </w:pPr>
            <w:r w:rsidRPr="00687C6B">
              <w:rPr>
                <w:sz w:val="28"/>
                <w:szCs w:val="28"/>
              </w:rPr>
              <w:t>................................................................</w:t>
            </w:r>
          </w:p>
        </w:tc>
      </w:tr>
      <w:tr w:rsidR="006D45B8" w:rsidRPr="00687C6B" w14:paraId="68B7324F" w14:textId="77777777">
        <w:trPr>
          <w:jc w:val="center"/>
        </w:trPr>
        <w:tc>
          <w:tcPr>
            <w:tcW w:w="2268" w:type="dxa"/>
            <w:tcMar>
              <w:top w:w="70" w:type="dxa"/>
              <w:left w:w="80" w:type="dxa"/>
              <w:bottom w:w="70" w:type="dxa"/>
              <w:right w:w="80" w:type="dxa"/>
            </w:tcMar>
          </w:tcPr>
          <w:p w14:paraId="7FC5CB2A" w14:textId="77777777" w:rsidR="006D45B8" w:rsidRPr="00687C6B" w:rsidRDefault="00000000">
            <w:pPr>
              <w:spacing w:line="259" w:lineRule="auto"/>
              <w:rPr>
                <w:sz w:val="28"/>
                <w:szCs w:val="28"/>
              </w:rPr>
            </w:pPr>
            <w:r w:rsidRPr="00687C6B">
              <w:rPr>
                <w:sz w:val="28"/>
                <w:szCs w:val="28"/>
              </w:rPr>
              <w:t>Bằng chứng và khả năng đối chiếu</w:t>
            </w:r>
          </w:p>
        </w:tc>
        <w:tc>
          <w:tcPr>
            <w:tcW w:w="2381" w:type="dxa"/>
            <w:tcMar>
              <w:top w:w="70" w:type="dxa"/>
              <w:left w:w="80" w:type="dxa"/>
              <w:bottom w:w="70" w:type="dxa"/>
              <w:right w:w="80" w:type="dxa"/>
            </w:tcMar>
          </w:tcPr>
          <w:p w14:paraId="62100D9B"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1CE6DD2F"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5FC020CD" w14:textId="77777777" w:rsidR="006D45B8" w:rsidRPr="00687C6B" w:rsidRDefault="00000000">
            <w:pPr>
              <w:spacing w:line="259" w:lineRule="auto"/>
              <w:rPr>
                <w:sz w:val="28"/>
                <w:szCs w:val="28"/>
              </w:rPr>
            </w:pPr>
            <w:r w:rsidRPr="00687C6B">
              <w:rPr>
                <w:sz w:val="28"/>
                <w:szCs w:val="28"/>
              </w:rPr>
              <w:t>................................................................</w:t>
            </w:r>
          </w:p>
        </w:tc>
      </w:tr>
      <w:tr w:rsidR="006D45B8" w:rsidRPr="00687C6B" w14:paraId="5A484911" w14:textId="77777777">
        <w:trPr>
          <w:jc w:val="center"/>
        </w:trPr>
        <w:tc>
          <w:tcPr>
            <w:tcW w:w="2268" w:type="dxa"/>
            <w:tcMar>
              <w:top w:w="70" w:type="dxa"/>
              <w:left w:w="80" w:type="dxa"/>
              <w:bottom w:w="70" w:type="dxa"/>
              <w:right w:w="80" w:type="dxa"/>
            </w:tcMar>
          </w:tcPr>
          <w:p w14:paraId="5711F8BC" w14:textId="77777777" w:rsidR="006D45B8" w:rsidRPr="00687C6B" w:rsidRDefault="00000000">
            <w:pPr>
              <w:spacing w:line="259" w:lineRule="auto"/>
              <w:rPr>
                <w:sz w:val="28"/>
                <w:szCs w:val="28"/>
              </w:rPr>
            </w:pPr>
            <w:r w:rsidRPr="00687C6B">
              <w:rPr>
                <w:sz w:val="28"/>
                <w:szCs w:val="28"/>
              </w:rPr>
              <w:t>Nguồn được lựa chọn và lí do</w:t>
            </w:r>
          </w:p>
        </w:tc>
        <w:tc>
          <w:tcPr>
            <w:tcW w:w="2381" w:type="dxa"/>
            <w:tcMar>
              <w:top w:w="70" w:type="dxa"/>
              <w:left w:w="80" w:type="dxa"/>
              <w:bottom w:w="70" w:type="dxa"/>
              <w:right w:w="80" w:type="dxa"/>
            </w:tcMar>
          </w:tcPr>
          <w:p w14:paraId="67801DAF" w14:textId="77777777" w:rsidR="006D45B8" w:rsidRPr="00687C6B" w:rsidRDefault="00000000">
            <w:pPr>
              <w:spacing w:line="259" w:lineRule="auto"/>
              <w:rPr>
                <w:sz w:val="28"/>
                <w:szCs w:val="28"/>
              </w:rPr>
            </w:pPr>
            <w:r w:rsidRPr="00687C6B">
              <w:rPr>
                <w:sz w:val="28"/>
                <w:szCs w:val="28"/>
              </w:rPr>
              <w:t>................................................................</w:t>
            </w:r>
          </w:p>
        </w:tc>
        <w:tc>
          <w:tcPr>
            <w:tcW w:w="2381" w:type="dxa"/>
            <w:tcMar>
              <w:top w:w="70" w:type="dxa"/>
              <w:left w:w="80" w:type="dxa"/>
              <w:bottom w:w="70" w:type="dxa"/>
              <w:right w:w="80" w:type="dxa"/>
            </w:tcMar>
          </w:tcPr>
          <w:p w14:paraId="38FFB72A" w14:textId="77777777" w:rsidR="006D45B8" w:rsidRPr="00687C6B" w:rsidRDefault="00000000">
            <w:pPr>
              <w:spacing w:line="259" w:lineRule="auto"/>
              <w:rPr>
                <w:sz w:val="28"/>
                <w:szCs w:val="28"/>
              </w:rPr>
            </w:pPr>
            <w:r w:rsidRPr="00687C6B">
              <w:rPr>
                <w:sz w:val="28"/>
                <w:szCs w:val="28"/>
              </w:rPr>
              <w:t>................................................................</w:t>
            </w:r>
          </w:p>
        </w:tc>
        <w:tc>
          <w:tcPr>
            <w:tcW w:w="2608" w:type="dxa"/>
            <w:tcMar>
              <w:top w:w="70" w:type="dxa"/>
              <w:left w:w="80" w:type="dxa"/>
              <w:bottom w:w="70" w:type="dxa"/>
              <w:right w:w="80" w:type="dxa"/>
            </w:tcMar>
          </w:tcPr>
          <w:p w14:paraId="45229203" w14:textId="77777777" w:rsidR="006D45B8" w:rsidRPr="00687C6B" w:rsidRDefault="00000000">
            <w:pPr>
              <w:spacing w:line="259" w:lineRule="auto"/>
              <w:rPr>
                <w:sz w:val="28"/>
                <w:szCs w:val="28"/>
              </w:rPr>
            </w:pPr>
            <w:r w:rsidRPr="00687C6B">
              <w:rPr>
                <w:sz w:val="28"/>
                <w:szCs w:val="28"/>
              </w:rPr>
              <w:t>................................................................</w:t>
            </w:r>
          </w:p>
        </w:tc>
      </w:tr>
    </w:tbl>
    <w:p w14:paraId="7FCFACE5" w14:textId="61633155" w:rsidR="006D45B8" w:rsidRPr="00687C6B" w:rsidRDefault="006D45B8" w:rsidP="00687C6B">
      <w:pPr>
        <w:keepNext/>
        <w:spacing w:before="100" w:after="40"/>
        <w:rPr>
          <w:sz w:val="28"/>
          <w:szCs w:val="28"/>
        </w:rPr>
      </w:pPr>
    </w:p>
    <w:sectPr w:rsidR="006D45B8" w:rsidRPr="00687C6B" w:rsidSect="00851A19">
      <w:pgSz w:w="11906" w:h="16838"/>
      <w:pgMar w:top="56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1176929">
    <w:abstractNumId w:val="8"/>
  </w:num>
  <w:num w:numId="2" w16cid:durableId="2121870000">
    <w:abstractNumId w:val="6"/>
  </w:num>
  <w:num w:numId="3" w16cid:durableId="1757097638">
    <w:abstractNumId w:val="5"/>
  </w:num>
  <w:num w:numId="4" w16cid:durableId="1817337824">
    <w:abstractNumId w:val="4"/>
  </w:num>
  <w:num w:numId="5" w16cid:durableId="1367146847">
    <w:abstractNumId w:val="7"/>
  </w:num>
  <w:num w:numId="6" w16cid:durableId="1431505555">
    <w:abstractNumId w:val="3"/>
  </w:num>
  <w:num w:numId="7" w16cid:durableId="536235276">
    <w:abstractNumId w:val="2"/>
  </w:num>
  <w:num w:numId="8" w16cid:durableId="579558089">
    <w:abstractNumId w:val="1"/>
  </w:num>
  <w:num w:numId="9" w16cid:durableId="1850364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211"/>
    <w:rsid w:val="00034616"/>
    <w:rsid w:val="0006063C"/>
    <w:rsid w:val="000B4E3C"/>
    <w:rsid w:val="000F4B68"/>
    <w:rsid w:val="0015074B"/>
    <w:rsid w:val="0029639D"/>
    <w:rsid w:val="00326F90"/>
    <w:rsid w:val="0045736A"/>
    <w:rsid w:val="005D67C0"/>
    <w:rsid w:val="00604747"/>
    <w:rsid w:val="00687C6B"/>
    <w:rsid w:val="006D45B8"/>
    <w:rsid w:val="00773443"/>
    <w:rsid w:val="00851A19"/>
    <w:rsid w:val="00956E69"/>
    <w:rsid w:val="00AA1D8D"/>
    <w:rsid w:val="00AC104F"/>
    <w:rsid w:val="00B47730"/>
    <w:rsid w:val="00CB0664"/>
    <w:rsid w:val="00D538BD"/>
    <w:rsid w:val="00FB3E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C037B4"/>
  <w14:defaultImageDpi w14:val="300"/>
  <w15:docId w15:val="{03ACCFBF-D8CC-4129-AE23-A59631DF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45736A"/>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3776</Words>
  <Characters>21527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2 - Tri thức lịch sử và cuộc sống - Lịch sử 6 KNTT - CV5512</dc:title>
  <dc:subject>Kế hoạch bài dạy môn Lịch sử lớp 6</dc:subject>
  <dc:creator>E-VERSE</dc:creator>
  <cp:keywords>Lịch sử 6, Kết nối tri thức, Công văn 5512, Bài 2</cp:keywords>
  <dc:description>generated by python-docx</dc:description>
  <cp:lastModifiedBy>Administrator</cp:lastModifiedBy>
  <cp:revision>9</cp:revision>
  <dcterms:created xsi:type="dcterms:W3CDTF">2013-12-23T23:15:00Z</dcterms:created>
  <dcterms:modified xsi:type="dcterms:W3CDTF">2026-09-14T14:45:00Z</dcterms:modified>
  <cp:category/>
</cp:coreProperties>
</file>