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650"/>
        <w:gridCol w:w="7650"/>
      </w:tblGrid>
      <w:tr w:rsidR="00706586" w:rsidRPr="003221DA" w14:paraId="0CE7AB74" w14:textId="77777777" w:rsidTr="00E5287F">
        <w:tc>
          <w:tcPr>
            <w:tcW w:w="7650" w:type="dxa"/>
          </w:tcPr>
          <w:p w14:paraId="227BC758" w14:textId="4820FB79" w:rsidR="00706586" w:rsidRPr="003221DA" w:rsidRDefault="00706586" w:rsidP="00E5287F">
            <w:pPr>
              <w:jc w:val="center"/>
              <w:rPr>
                <w:rFonts w:ascii="Roboto" w:hAnsi="Roboto"/>
                <w:sz w:val="24"/>
                <w:szCs w:val="24"/>
              </w:rPr>
            </w:pPr>
          </w:p>
          <w:p w14:paraId="019B37F7" w14:textId="77777777" w:rsidR="00706586" w:rsidRPr="003221DA" w:rsidRDefault="00706586" w:rsidP="00706586">
            <w:pPr>
              <w:spacing w:after="0" w:line="240" w:lineRule="auto"/>
              <w:jc w:val="center"/>
              <w:rPr>
                <w:rFonts w:ascii="Roboto" w:hAnsi="Roboto"/>
                <w:sz w:val="24"/>
                <w:szCs w:val="24"/>
              </w:rPr>
            </w:pPr>
            <w:r w:rsidRPr="003221DA">
              <w:rPr>
                <w:rFonts w:ascii="Roboto" w:hAnsi="Roboto"/>
                <w:b/>
                <w:bCs/>
                <w:sz w:val="24"/>
                <w:szCs w:val="24"/>
              </w:rPr>
              <w:t>SỞ GIÁO DỤC VÀ ĐÀO TẠO ĐÀ NẴNG</w:t>
            </w:r>
          </w:p>
          <w:p w14:paraId="3ABEACAA" w14:textId="3251DD59" w:rsidR="00706586" w:rsidRPr="003221DA" w:rsidRDefault="00C536FF" w:rsidP="00706586">
            <w:pPr>
              <w:spacing w:after="0" w:line="240" w:lineRule="auto"/>
              <w:jc w:val="center"/>
              <w:rPr>
                <w:rFonts w:ascii="Roboto" w:hAnsi="Roboto"/>
                <w:sz w:val="24"/>
                <w:szCs w:val="24"/>
              </w:rPr>
            </w:pPr>
            <w:r>
              <w:rPr>
                <w:rFonts w:ascii="Roboto" w:hAnsi="Roboto"/>
                <w:b/>
                <w:bCs/>
                <w:sz w:val="24"/>
                <w:szCs w:val="24"/>
              </w:rPr>
              <w:t>TRƯỜNG THPT ĐỖ ĐĂNG TUYỂN</w:t>
            </w:r>
          </w:p>
          <w:p w14:paraId="3FF2B67F" w14:textId="15EEDCE2" w:rsidR="00706586" w:rsidRPr="003221DA" w:rsidRDefault="00C536FF" w:rsidP="00706586">
            <w:pPr>
              <w:spacing w:after="0" w:line="240" w:lineRule="auto"/>
              <w:jc w:val="center"/>
              <w:rPr>
                <w:rFonts w:ascii="Roboto" w:hAnsi="Roboto"/>
                <w:sz w:val="24"/>
                <w:szCs w:val="24"/>
              </w:rPr>
            </w:pPr>
            <w:r>
              <w:rPr>
                <w:rFonts w:ascii="Roboto" w:hAnsi="Roboto"/>
                <w:b/>
                <w:bCs/>
                <w:sz w:val="24"/>
                <w:szCs w:val="24"/>
              </w:rPr>
              <w:t>TỔ HOÁ -SINH</w:t>
            </w:r>
          </w:p>
        </w:tc>
        <w:tc>
          <w:tcPr>
            <w:tcW w:w="7650" w:type="dxa"/>
          </w:tcPr>
          <w:p w14:paraId="5D50090A" w14:textId="77777777" w:rsidR="00706586" w:rsidRPr="003221DA" w:rsidRDefault="00706586" w:rsidP="00706586">
            <w:pPr>
              <w:spacing w:after="0" w:line="240" w:lineRule="auto"/>
              <w:jc w:val="center"/>
              <w:rPr>
                <w:rFonts w:ascii="Roboto" w:hAnsi="Roboto"/>
                <w:sz w:val="24"/>
                <w:szCs w:val="24"/>
              </w:rPr>
            </w:pPr>
            <w:r w:rsidRPr="003221DA">
              <w:rPr>
                <w:rFonts w:ascii="Roboto" w:hAnsi="Roboto"/>
                <w:b/>
                <w:bCs/>
                <w:sz w:val="24"/>
                <w:szCs w:val="24"/>
              </w:rPr>
              <w:t>CỘNG HOÀ XÃ HỘI CHỦ NGHĨA VIỆT NAM</w:t>
            </w:r>
          </w:p>
          <w:p w14:paraId="6277BBD8" w14:textId="77777777" w:rsidR="00706586" w:rsidRPr="003221DA" w:rsidRDefault="00706586" w:rsidP="00706586">
            <w:pPr>
              <w:spacing w:after="0" w:line="240" w:lineRule="auto"/>
              <w:jc w:val="center"/>
              <w:rPr>
                <w:rFonts w:ascii="Roboto" w:hAnsi="Roboto"/>
                <w:sz w:val="24"/>
                <w:szCs w:val="24"/>
              </w:rPr>
            </w:pPr>
            <w:r w:rsidRPr="003221DA">
              <w:rPr>
                <w:rFonts w:ascii="Roboto" w:hAnsi="Roboto"/>
                <w:b/>
                <w:bCs/>
                <w:i/>
                <w:iCs/>
                <w:sz w:val="24"/>
                <w:szCs w:val="24"/>
              </w:rPr>
              <w:t>Độc lập – Tự do – Hạnh phúc</w:t>
            </w:r>
          </w:p>
          <w:p w14:paraId="266E26EF" w14:textId="77777777" w:rsidR="00706586" w:rsidRPr="003221DA" w:rsidRDefault="00706586" w:rsidP="00706586">
            <w:pPr>
              <w:spacing w:after="0" w:line="240" w:lineRule="auto"/>
              <w:jc w:val="center"/>
              <w:rPr>
                <w:rFonts w:ascii="Roboto" w:hAnsi="Roboto"/>
                <w:sz w:val="24"/>
                <w:szCs w:val="24"/>
              </w:rPr>
            </w:pPr>
            <w:r w:rsidRPr="003221DA">
              <w:rPr>
                <w:rFonts w:ascii="Roboto" w:hAnsi="Roboto"/>
                <w:sz w:val="24"/>
                <w:szCs w:val="24"/>
              </w:rPr>
              <w:t>————————</w:t>
            </w:r>
          </w:p>
          <w:p w14:paraId="6AD87404" w14:textId="63F59E6F" w:rsidR="00706586" w:rsidRPr="003221DA" w:rsidRDefault="00C536FF" w:rsidP="00706586">
            <w:pPr>
              <w:spacing w:after="0" w:line="240" w:lineRule="auto"/>
              <w:jc w:val="center"/>
              <w:rPr>
                <w:rFonts w:ascii="Roboto" w:hAnsi="Roboto"/>
                <w:sz w:val="24"/>
                <w:szCs w:val="24"/>
              </w:rPr>
            </w:pPr>
            <w:r>
              <w:rPr>
                <w:rFonts w:ascii="Roboto" w:hAnsi="Roboto"/>
                <w:i/>
                <w:iCs/>
                <w:sz w:val="24"/>
                <w:szCs w:val="24"/>
              </w:rPr>
              <w:t>Đà Nẵng, ngày 17</w:t>
            </w:r>
            <w:r w:rsidR="00706586" w:rsidRPr="003221DA">
              <w:rPr>
                <w:rFonts w:ascii="Roboto" w:hAnsi="Roboto"/>
                <w:i/>
                <w:iCs/>
                <w:sz w:val="24"/>
                <w:szCs w:val="24"/>
              </w:rPr>
              <w:t xml:space="preserve"> tháng 8 năm 2026</w:t>
            </w:r>
          </w:p>
        </w:tc>
      </w:tr>
    </w:tbl>
    <w:p w14:paraId="13C2C28E" w14:textId="5B4B8D0D" w:rsidR="00B8386D" w:rsidRPr="00706586" w:rsidRDefault="00B8386D" w:rsidP="00706586">
      <w:pPr>
        <w:spacing w:after="120"/>
        <w:ind w:left="5040" w:firstLine="720"/>
        <w:rPr>
          <w:rFonts w:ascii="Roboto" w:hAnsi="Roboto"/>
          <w:b/>
          <w:bCs/>
          <w:sz w:val="24"/>
          <w:szCs w:val="24"/>
        </w:rPr>
      </w:pPr>
      <w:r w:rsidRPr="00706586">
        <w:rPr>
          <w:b/>
          <w:bCs/>
          <w:sz w:val="24"/>
          <w:szCs w:val="24"/>
        </w:rPr>
        <w:t>KẾ HOẠCH DẠY HỌC MÔN HÓA HỌC – LỚP 10</w:t>
      </w:r>
    </w:p>
    <w:p w14:paraId="31AE6DF2" w14:textId="77777777" w:rsidR="00B8386D" w:rsidRPr="00706586" w:rsidRDefault="00B8386D" w:rsidP="00B8386D">
      <w:pPr>
        <w:jc w:val="center"/>
        <w:rPr>
          <w:rFonts w:ascii="Roboto" w:hAnsi="Roboto"/>
          <w:b/>
          <w:bCs/>
          <w:sz w:val="24"/>
          <w:szCs w:val="24"/>
        </w:rPr>
      </w:pPr>
      <w:r w:rsidRPr="00706586">
        <w:rPr>
          <w:b/>
          <w:bCs/>
          <w:sz w:val="24"/>
          <w:szCs w:val="24"/>
        </w:rPr>
        <w:t>(Tích hợp chuyên đề học tập – Tổng số 105 tiết: 70 tiết chính khoá + 35 tiết chuyên đề)</w:t>
      </w:r>
    </w:p>
    <w:p w14:paraId="0BBCA4C6" w14:textId="77777777" w:rsidR="00B8386D" w:rsidRPr="00706586" w:rsidRDefault="00B8386D" w:rsidP="00B8386D">
      <w:pPr>
        <w:shd w:val="clear" w:color="auto" w:fill="2E5395"/>
        <w:spacing w:before="200"/>
        <w:jc w:val="center"/>
        <w:rPr>
          <w:rFonts w:ascii="Roboto" w:hAnsi="Roboto"/>
          <w:sz w:val="24"/>
          <w:szCs w:val="24"/>
        </w:rPr>
      </w:pPr>
      <w:r w:rsidRPr="00706586">
        <w:rPr>
          <w:rFonts w:ascii="Roboto" w:hAnsi="Roboto"/>
          <w:b/>
          <w:bCs/>
          <w:color w:val="FFFFFF"/>
          <w:sz w:val="24"/>
          <w:szCs w:val="24"/>
        </w:rPr>
        <w:t>KẾ HOẠCH DẠY HỌC ĐAN XEN CHÍNH KHÓA – CHUYÊN ĐỀ (105 tiết)</w:t>
      </w:r>
    </w:p>
    <w:tbl>
      <w:tblPr>
        <w:tblStyle w:val="TableGrid"/>
        <w:tblW w:w="15701" w:type="dxa"/>
        <w:tblLayout w:type="fixed"/>
        <w:tblLook w:val="04A0" w:firstRow="1" w:lastRow="0" w:firstColumn="1" w:lastColumn="0" w:noHBand="0" w:noVBand="1"/>
      </w:tblPr>
      <w:tblGrid>
        <w:gridCol w:w="817"/>
        <w:gridCol w:w="709"/>
        <w:gridCol w:w="820"/>
        <w:gridCol w:w="1732"/>
        <w:gridCol w:w="647"/>
        <w:gridCol w:w="4598"/>
        <w:gridCol w:w="1807"/>
        <w:gridCol w:w="3153"/>
        <w:gridCol w:w="1418"/>
      </w:tblGrid>
      <w:tr w:rsidR="00BE05F1" w:rsidRPr="00706586" w14:paraId="09B58D7B" w14:textId="77777777" w:rsidTr="002E6CD2">
        <w:trPr>
          <w:tblHeader/>
        </w:trPr>
        <w:tc>
          <w:tcPr>
            <w:tcW w:w="817" w:type="dxa"/>
            <w:tcBorders>
              <w:top w:val="single" w:sz="4" w:space="0" w:color="5D2E7F"/>
              <w:left w:val="single" w:sz="4" w:space="0" w:color="5D2E7F"/>
              <w:bottom w:val="single" w:sz="4" w:space="0" w:color="5D2E7F"/>
              <w:right w:val="single" w:sz="4" w:space="0" w:color="5D2E7F"/>
            </w:tcBorders>
            <w:shd w:val="clear" w:color="auto" w:fill="7D3C98"/>
            <w:vAlign w:val="center"/>
          </w:tcPr>
          <w:p w14:paraId="5F09FAD2" w14:textId="77777777" w:rsidR="00BE05F1" w:rsidRPr="00706586" w:rsidRDefault="004F75C6">
            <w:pPr>
              <w:jc w:val="center"/>
              <w:rPr>
                <w:rFonts w:ascii="Roboto" w:hAnsi="Roboto"/>
                <w:sz w:val="24"/>
                <w:szCs w:val="24"/>
              </w:rPr>
            </w:pPr>
            <w:r w:rsidRPr="00706586">
              <w:rPr>
                <w:rFonts w:ascii="Roboto" w:hAnsi="Roboto"/>
                <w:b/>
                <w:color w:val="FFFFFF"/>
                <w:sz w:val="24"/>
                <w:szCs w:val="24"/>
              </w:rPr>
              <w:t>Tiết</w:t>
            </w:r>
            <w:r w:rsidRPr="00706586">
              <w:rPr>
                <w:rFonts w:ascii="Roboto" w:hAnsi="Roboto"/>
                <w:b/>
                <w:color w:val="FFFFFF"/>
                <w:sz w:val="24"/>
                <w:szCs w:val="24"/>
              </w:rPr>
              <w:br/>
              <w:t>thứ tự</w:t>
            </w:r>
          </w:p>
        </w:tc>
        <w:tc>
          <w:tcPr>
            <w:tcW w:w="709" w:type="dxa"/>
            <w:tcBorders>
              <w:top w:val="single" w:sz="4" w:space="0" w:color="5D2E7F"/>
              <w:left w:val="single" w:sz="4" w:space="0" w:color="5D2E7F"/>
              <w:bottom w:val="single" w:sz="4" w:space="0" w:color="5D2E7F"/>
              <w:right w:val="single" w:sz="4" w:space="0" w:color="5D2E7F"/>
            </w:tcBorders>
            <w:shd w:val="clear" w:color="auto" w:fill="7D3C98"/>
            <w:vAlign w:val="center"/>
          </w:tcPr>
          <w:p w14:paraId="1CE841A7" w14:textId="77777777" w:rsidR="00BE05F1" w:rsidRPr="00706586" w:rsidRDefault="004F75C6">
            <w:pPr>
              <w:jc w:val="center"/>
              <w:rPr>
                <w:rFonts w:ascii="Roboto" w:hAnsi="Roboto"/>
                <w:sz w:val="24"/>
                <w:szCs w:val="24"/>
              </w:rPr>
            </w:pPr>
            <w:r w:rsidRPr="00706586">
              <w:rPr>
                <w:rFonts w:ascii="Roboto" w:hAnsi="Roboto"/>
                <w:b/>
                <w:color w:val="FFFFFF"/>
                <w:sz w:val="24"/>
                <w:szCs w:val="24"/>
              </w:rPr>
              <w:t>Loại</w:t>
            </w:r>
            <w:r w:rsidRPr="00706586">
              <w:rPr>
                <w:rFonts w:ascii="Roboto" w:hAnsi="Roboto"/>
                <w:b/>
                <w:color w:val="FFFFFF"/>
                <w:sz w:val="24"/>
                <w:szCs w:val="24"/>
              </w:rPr>
              <w:br/>
              <w:t>tiết</w:t>
            </w:r>
          </w:p>
        </w:tc>
        <w:tc>
          <w:tcPr>
            <w:tcW w:w="820" w:type="dxa"/>
            <w:tcBorders>
              <w:top w:val="single" w:sz="4" w:space="0" w:color="5D2E7F"/>
              <w:left w:val="single" w:sz="4" w:space="0" w:color="5D2E7F"/>
              <w:bottom w:val="single" w:sz="4" w:space="0" w:color="5D2E7F"/>
              <w:right w:val="single" w:sz="4" w:space="0" w:color="5D2E7F"/>
            </w:tcBorders>
            <w:shd w:val="clear" w:color="auto" w:fill="FFC000"/>
            <w:vAlign w:val="center"/>
          </w:tcPr>
          <w:p w14:paraId="152B64B5" w14:textId="77777777" w:rsidR="00BE05F1" w:rsidRPr="00706586" w:rsidRDefault="004F75C6">
            <w:pPr>
              <w:jc w:val="center"/>
              <w:rPr>
                <w:rFonts w:ascii="Roboto" w:hAnsi="Roboto"/>
                <w:sz w:val="24"/>
                <w:szCs w:val="24"/>
              </w:rPr>
            </w:pPr>
            <w:r w:rsidRPr="00706586">
              <w:rPr>
                <w:rFonts w:ascii="Roboto" w:hAnsi="Roboto"/>
                <w:b/>
                <w:color w:val="FFFFFF"/>
                <w:sz w:val="24"/>
                <w:szCs w:val="24"/>
              </w:rPr>
              <w:t>Tuần</w:t>
            </w:r>
          </w:p>
        </w:tc>
        <w:tc>
          <w:tcPr>
            <w:tcW w:w="1732" w:type="dxa"/>
            <w:tcBorders>
              <w:top w:val="single" w:sz="4" w:space="0" w:color="5D2E7F"/>
              <w:left w:val="single" w:sz="4" w:space="0" w:color="5D2E7F"/>
              <w:bottom w:val="single" w:sz="4" w:space="0" w:color="5D2E7F"/>
              <w:right w:val="single" w:sz="4" w:space="0" w:color="5D2E7F"/>
            </w:tcBorders>
            <w:shd w:val="clear" w:color="auto" w:fill="7D3C98"/>
            <w:vAlign w:val="center"/>
          </w:tcPr>
          <w:p w14:paraId="3CC340B5" w14:textId="77777777" w:rsidR="00BE05F1" w:rsidRPr="00706586" w:rsidRDefault="004F75C6">
            <w:pPr>
              <w:jc w:val="center"/>
              <w:rPr>
                <w:rFonts w:ascii="Roboto" w:hAnsi="Roboto"/>
                <w:sz w:val="24"/>
                <w:szCs w:val="24"/>
              </w:rPr>
            </w:pPr>
            <w:r w:rsidRPr="00706586">
              <w:rPr>
                <w:rFonts w:ascii="Roboto" w:hAnsi="Roboto"/>
                <w:b/>
                <w:color w:val="FFFFFF"/>
                <w:sz w:val="24"/>
                <w:szCs w:val="24"/>
              </w:rPr>
              <w:t>Tên bài học /</w:t>
            </w:r>
            <w:r w:rsidRPr="00706586">
              <w:rPr>
                <w:rFonts w:ascii="Roboto" w:hAnsi="Roboto"/>
                <w:b/>
                <w:color w:val="FFFFFF"/>
                <w:sz w:val="24"/>
                <w:szCs w:val="24"/>
              </w:rPr>
              <w:br/>
              <w:t>Tên chuyên đề</w:t>
            </w:r>
          </w:p>
        </w:tc>
        <w:tc>
          <w:tcPr>
            <w:tcW w:w="647" w:type="dxa"/>
            <w:tcBorders>
              <w:top w:val="single" w:sz="4" w:space="0" w:color="5D2E7F"/>
              <w:left w:val="single" w:sz="4" w:space="0" w:color="5D2E7F"/>
              <w:bottom w:val="single" w:sz="4" w:space="0" w:color="5D2E7F"/>
              <w:right w:val="single" w:sz="4" w:space="0" w:color="5D2E7F"/>
            </w:tcBorders>
            <w:shd w:val="clear" w:color="auto" w:fill="7D3C98"/>
            <w:vAlign w:val="center"/>
          </w:tcPr>
          <w:p w14:paraId="29962823" w14:textId="77777777" w:rsidR="00BE05F1" w:rsidRPr="00706586" w:rsidRDefault="004F75C6">
            <w:pPr>
              <w:jc w:val="center"/>
              <w:rPr>
                <w:rFonts w:ascii="Roboto" w:hAnsi="Roboto"/>
                <w:sz w:val="24"/>
                <w:szCs w:val="24"/>
              </w:rPr>
            </w:pPr>
            <w:r w:rsidRPr="00706586">
              <w:rPr>
                <w:rFonts w:ascii="Roboto" w:hAnsi="Roboto"/>
                <w:b/>
                <w:color w:val="FFFFFF"/>
                <w:sz w:val="24"/>
                <w:szCs w:val="24"/>
              </w:rPr>
              <w:t>Số</w:t>
            </w:r>
            <w:r w:rsidRPr="00706586">
              <w:rPr>
                <w:rFonts w:ascii="Roboto" w:hAnsi="Roboto"/>
                <w:b/>
                <w:color w:val="FFFFFF"/>
                <w:sz w:val="24"/>
                <w:szCs w:val="24"/>
              </w:rPr>
              <w:br/>
              <w:t>tiết</w:t>
            </w:r>
          </w:p>
        </w:tc>
        <w:tc>
          <w:tcPr>
            <w:tcW w:w="4598" w:type="dxa"/>
            <w:tcBorders>
              <w:top w:val="single" w:sz="4" w:space="0" w:color="5D2E7F"/>
              <w:left w:val="single" w:sz="4" w:space="0" w:color="5D2E7F"/>
              <w:bottom w:val="single" w:sz="4" w:space="0" w:color="5D2E7F"/>
              <w:right w:val="single" w:sz="4" w:space="0" w:color="5D2E7F"/>
            </w:tcBorders>
            <w:shd w:val="clear" w:color="auto" w:fill="7D3C98"/>
            <w:vAlign w:val="center"/>
          </w:tcPr>
          <w:p w14:paraId="008E8C07" w14:textId="77777777" w:rsidR="00BE05F1" w:rsidRPr="00706586" w:rsidRDefault="004F75C6">
            <w:pPr>
              <w:jc w:val="center"/>
              <w:rPr>
                <w:rFonts w:ascii="Roboto" w:hAnsi="Roboto"/>
                <w:sz w:val="24"/>
                <w:szCs w:val="24"/>
              </w:rPr>
            </w:pPr>
            <w:r w:rsidRPr="00706586">
              <w:rPr>
                <w:rFonts w:ascii="Roboto" w:hAnsi="Roboto"/>
                <w:b/>
                <w:color w:val="FFFFFF"/>
                <w:sz w:val="24"/>
                <w:szCs w:val="24"/>
              </w:rPr>
              <w:t>Yêu cầu cần đạt (Nhận biết – Thông hiểu – Vận dụng)</w:t>
            </w:r>
          </w:p>
        </w:tc>
        <w:tc>
          <w:tcPr>
            <w:tcW w:w="1807" w:type="dxa"/>
            <w:tcBorders>
              <w:top w:val="single" w:sz="4" w:space="0" w:color="5D2E7F"/>
              <w:left w:val="single" w:sz="4" w:space="0" w:color="5D2E7F"/>
              <w:bottom w:val="single" w:sz="4" w:space="0" w:color="5D2E7F"/>
              <w:right w:val="single" w:sz="4" w:space="0" w:color="5D2E7F"/>
            </w:tcBorders>
            <w:shd w:val="clear" w:color="auto" w:fill="7D3C98"/>
            <w:vAlign w:val="center"/>
          </w:tcPr>
          <w:p w14:paraId="779E9CB1" w14:textId="77777777" w:rsidR="00BE05F1" w:rsidRPr="00706586" w:rsidRDefault="004F75C6">
            <w:pPr>
              <w:jc w:val="center"/>
              <w:rPr>
                <w:rFonts w:ascii="Roboto" w:hAnsi="Roboto"/>
                <w:sz w:val="24"/>
                <w:szCs w:val="24"/>
              </w:rPr>
            </w:pPr>
            <w:r w:rsidRPr="00706586">
              <w:rPr>
                <w:rFonts w:ascii="Roboto" w:hAnsi="Roboto"/>
                <w:b/>
                <w:color w:val="FFFFFF"/>
                <w:sz w:val="24"/>
                <w:szCs w:val="24"/>
              </w:rPr>
              <w:t>Thiết bị, đồ dùng</w:t>
            </w:r>
            <w:r w:rsidRPr="00706586">
              <w:rPr>
                <w:rFonts w:ascii="Roboto" w:hAnsi="Roboto"/>
                <w:b/>
                <w:color w:val="FFFFFF"/>
                <w:sz w:val="24"/>
                <w:szCs w:val="24"/>
              </w:rPr>
              <w:br/>
              <w:t>dạy học</w:t>
            </w:r>
          </w:p>
        </w:tc>
        <w:tc>
          <w:tcPr>
            <w:tcW w:w="3153" w:type="dxa"/>
            <w:tcBorders>
              <w:top w:val="single" w:sz="4" w:space="0" w:color="5D2E7F"/>
              <w:left w:val="single" w:sz="4" w:space="0" w:color="5D2E7F"/>
              <w:bottom w:val="single" w:sz="4" w:space="0" w:color="5D2E7F"/>
              <w:right w:val="single" w:sz="4" w:space="0" w:color="5D2E7F"/>
            </w:tcBorders>
            <w:shd w:val="clear" w:color="auto" w:fill="7D3C98"/>
            <w:vAlign w:val="center"/>
          </w:tcPr>
          <w:p w14:paraId="1AEE1C54" w14:textId="77777777" w:rsidR="00BE05F1" w:rsidRPr="00706586" w:rsidRDefault="004F75C6">
            <w:pPr>
              <w:jc w:val="center"/>
              <w:rPr>
                <w:rFonts w:ascii="Roboto" w:hAnsi="Roboto"/>
                <w:sz w:val="24"/>
                <w:szCs w:val="24"/>
              </w:rPr>
            </w:pPr>
            <w:r w:rsidRPr="00706586">
              <w:rPr>
                <w:rFonts w:ascii="Roboto" w:hAnsi="Roboto"/>
                <w:b/>
                <w:color w:val="FFFFFF"/>
                <w:sz w:val="24"/>
                <w:szCs w:val="24"/>
              </w:rPr>
              <w:t>Năng lực số</w:t>
            </w:r>
            <w:r w:rsidRPr="00706586">
              <w:rPr>
                <w:rFonts w:ascii="Roboto" w:hAnsi="Roboto"/>
                <w:b/>
                <w:color w:val="FFFFFF"/>
                <w:sz w:val="24"/>
                <w:szCs w:val="24"/>
              </w:rPr>
              <w:br/>
              <w:t>phát triển</w:t>
            </w:r>
          </w:p>
        </w:tc>
        <w:tc>
          <w:tcPr>
            <w:tcW w:w="1418" w:type="dxa"/>
            <w:tcBorders>
              <w:top w:val="single" w:sz="4" w:space="0" w:color="5D2E7F"/>
              <w:left w:val="single" w:sz="4" w:space="0" w:color="5D2E7F"/>
              <w:bottom w:val="single" w:sz="4" w:space="0" w:color="5D2E7F"/>
              <w:right w:val="single" w:sz="4" w:space="0" w:color="5D2E7F"/>
            </w:tcBorders>
            <w:shd w:val="clear" w:color="auto" w:fill="7D3C98"/>
            <w:vAlign w:val="center"/>
          </w:tcPr>
          <w:p w14:paraId="3BC1826E" w14:textId="77777777" w:rsidR="00BE05F1" w:rsidRPr="00706586" w:rsidRDefault="004F75C6">
            <w:pPr>
              <w:jc w:val="center"/>
              <w:rPr>
                <w:rFonts w:ascii="Roboto" w:hAnsi="Roboto"/>
                <w:sz w:val="24"/>
                <w:szCs w:val="24"/>
              </w:rPr>
            </w:pPr>
            <w:r w:rsidRPr="00706586">
              <w:rPr>
                <w:rFonts w:ascii="Roboto" w:hAnsi="Roboto"/>
                <w:b/>
                <w:color w:val="FFFFFF"/>
                <w:sz w:val="24"/>
                <w:szCs w:val="24"/>
              </w:rPr>
              <w:t>Mã</w:t>
            </w:r>
            <w:r w:rsidRPr="00706586">
              <w:rPr>
                <w:rFonts w:ascii="Roboto" w:hAnsi="Roboto"/>
                <w:b/>
                <w:color w:val="FFFFFF"/>
                <w:sz w:val="24"/>
                <w:szCs w:val="24"/>
              </w:rPr>
              <w:br/>
              <w:t>hóa</w:t>
            </w:r>
          </w:p>
        </w:tc>
      </w:tr>
      <w:tr w:rsidR="003458F8" w:rsidRPr="00706586" w14:paraId="70F8FB38" w14:textId="77777777" w:rsidTr="002E6CD2">
        <w:tc>
          <w:tcPr>
            <w:tcW w:w="15701" w:type="dxa"/>
            <w:gridSpan w:val="9"/>
            <w:tcBorders>
              <w:top w:val="single" w:sz="4" w:space="0" w:color="8A6DB0"/>
              <w:left w:val="single" w:sz="4" w:space="0" w:color="8A6DB0"/>
              <w:bottom w:val="single" w:sz="4" w:space="0" w:color="8A6DB0"/>
              <w:right w:val="single" w:sz="4" w:space="0" w:color="8A6DB0"/>
            </w:tcBorders>
            <w:shd w:val="clear" w:color="auto" w:fill="2F5597"/>
            <w:vAlign w:val="center"/>
          </w:tcPr>
          <w:p w14:paraId="15016128" w14:textId="77777777" w:rsidR="001C5DA9" w:rsidRPr="00706586" w:rsidRDefault="004F75C6">
            <w:pPr>
              <w:rPr>
                <w:sz w:val="24"/>
                <w:szCs w:val="24"/>
              </w:rPr>
            </w:pPr>
            <w:r w:rsidRPr="00706586">
              <w:rPr>
                <w:b/>
                <w:color w:val="FFFFFF"/>
                <w:sz w:val="24"/>
                <w:szCs w:val="24"/>
              </w:rPr>
              <w:t>Chương 1. NGUYÊN TỬ</w:t>
            </w:r>
          </w:p>
        </w:tc>
      </w:tr>
      <w:tr w:rsidR="003458F8" w:rsidRPr="00706586" w14:paraId="62DACA74"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1ACA7C52" w14:textId="77777777" w:rsidR="001C5DA9" w:rsidRPr="00706586" w:rsidRDefault="004F75C6">
            <w:pPr>
              <w:rPr>
                <w:sz w:val="24"/>
                <w:szCs w:val="24"/>
              </w:rPr>
            </w:pPr>
            <w:r w:rsidRPr="00706586">
              <w:rPr>
                <w:sz w:val="24"/>
                <w:szCs w:val="24"/>
              </w:rPr>
              <w:t>1</w:t>
            </w:r>
          </w:p>
        </w:tc>
        <w:tc>
          <w:tcPr>
            <w:tcW w:w="709" w:type="dxa"/>
            <w:tcBorders>
              <w:top w:val="single" w:sz="4" w:space="0" w:color="8A6DB0"/>
              <w:left w:val="single" w:sz="4" w:space="0" w:color="8A6DB0"/>
              <w:bottom w:val="single" w:sz="4" w:space="0" w:color="8A6DB0"/>
              <w:right w:val="single" w:sz="4" w:space="0" w:color="8A6DB0"/>
            </w:tcBorders>
            <w:vAlign w:val="center"/>
          </w:tcPr>
          <w:p w14:paraId="65101BB2"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36036790" w14:textId="77777777" w:rsidR="001C5DA9" w:rsidRPr="00706586" w:rsidRDefault="004F75C6">
            <w:pPr>
              <w:rPr>
                <w:sz w:val="24"/>
                <w:szCs w:val="24"/>
              </w:rPr>
            </w:pPr>
            <w:r w:rsidRPr="00706586">
              <w:rPr>
                <w:sz w:val="24"/>
                <w:szCs w:val="24"/>
              </w:rPr>
              <w:t>1</w:t>
            </w:r>
          </w:p>
        </w:tc>
        <w:tc>
          <w:tcPr>
            <w:tcW w:w="1732" w:type="dxa"/>
            <w:tcBorders>
              <w:top w:val="single" w:sz="4" w:space="0" w:color="8A6DB0"/>
              <w:left w:val="single" w:sz="4" w:space="0" w:color="8A6DB0"/>
              <w:bottom w:val="single" w:sz="4" w:space="0" w:color="8A6DB0"/>
              <w:right w:val="single" w:sz="4" w:space="0" w:color="8A6DB0"/>
            </w:tcBorders>
          </w:tcPr>
          <w:p w14:paraId="3BA8C85E" w14:textId="77777777" w:rsidR="001C5DA9" w:rsidRPr="00706586" w:rsidRDefault="004F75C6">
            <w:pPr>
              <w:rPr>
                <w:sz w:val="24"/>
                <w:szCs w:val="24"/>
              </w:rPr>
            </w:pPr>
            <w:r w:rsidRPr="00706586">
              <w:rPr>
                <w:sz w:val="24"/>
                <w:szCs w:val="24"/>
              </w:rPr>
              <w:t>Mở đầu</w:t>
            </w:r>
          </w:p>
        </w:tc>
        <w:tc>
          <w:tcPr>
            <w:tcW w:w="647" w:type="dxa"/>
            <w:tcBorders>
              <w:top w:val="single" w:sz="4" w:space="0" w:color="8A6DB0"/>
              <w:left w:val="single" w:sz="4" w:space="0" w:color="8A6DB0"/>
              <w:bottom w:val="single" w:sz="4" w:space="0" w:color="8A6DB0"/>
              <w:right w:val="single" w:sz="4" w:space="0" w:color="8A6DB0"/>
            </w:tcBorders>
            <w:vAlign w:val="center"/>
          </w:tcPr>
          <w:p w14:paraId="551B9BCF"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1F352FFD" w14:textId="77777777" w:rsidR="001C5DA9" w:rsidRPr="00706586" w:rsidRDefault="004F75C6">
            <w:pPr>
              <w:rPr>
                <w:sz w:val="24"/>
                <w:szCs w:val="24"/>
              </w:rPr>
            </w:pPr>
            <w:r w:rsidRPr="00706586">
              <w:rPr>
                <w:sz w:val="24"/>
                <w:szCs w:val="24"/>
              </w:rPr>
              <w:t>– Nêu được đối tượng nghiên cứu của hoá học. – Trình bày được phương pháp học tập và nghiên cứu hoá học. – Nêu được vai trò của hoá học đối với đời sống, sản xuất.</w:t>
            </w:r>
          </w:p>
        </w:tc>
        <w:tc>
          <w:tcPr>
            <w:tcW w:w="1807" w:type="dxa"/>
            <w:tcBorders>
              <w:top w:val="single" w:sz="4" w:space="0" w:color="8A6DB0"/>
              <w:left w:val="single" w:sz="4" w:space="0" w:color="8A6DB0"/>
              <w:bottom w:val="single" w:sz="4" w:space="0" w:color="8A6DB0"/>
              <w:right w:val="single" w:sz="4" w:space="0" w:color="8A6DB0"/>
            </w:tcBorders>
          </w:tcPr>
          <w:p w14:paraId="567EC3F1" w14:textId="77777777" w:rsidR="001C5DA9" w:rsidRPr="00706586" w:rsidRDefault="004F75C6">
            <w:pPr>
              <w:rPr>
                <w:sz w:val="24"/>
                <w:szCs w:val="24"/>
              </w:rPr>
            </w:pPr>
            <w:r w:rsidRPr="00706586">
              <w:rPr>
                <w:sz w:val="24"/>
                <w:szCs w:val="24"/>
              </w:rPr>
              <w:t>– Hình ảnh, video giới thiệu về đối tượng nghiên cứu của Hoá học.</w:t>
            </w:r>
          </w:p>
        </w:tc>
        <w:tc>
          <w:tcPr>
            <w:tcW w:w="3153" w:type="dxa"/>
            <w:tcBorders>
              <w:top w:val="single" w:sz="4" w:space="0" w:color="8A6DB0"/>
              <w:left w:val="single" w:sz="4" w:space="0" w:color="8A6DB0"/>
              <w:bottom w:val="single" w:sz="4" w:space="0" w:color="8A6DB0"/>
              <w:right w:val="single" w:sz="4" w:space="0" w:color="8A6DB0"/>
            </w:tcBorders>
          </w:tcPr>
          <w:p w14:paraId="582FD5E2" w14:textId="77777777" w:rsidR="001C5DA9" w:rsidRPr="00706586" w:rsidRDefault="004F75C6">
            <w:pPr>
              <w:rPr>
                <w:sz w:val="24"/>
                <w:szCs w:val="24"/>
              </w:rPr>
            </w:pPr>
            <w:r w:rsidRPr="00706586">
              <w:rPr>
                <w:sz w:val="24"/>
                <w:szCs w:val="24"/>
              </w:rPr>
              <w:t>– Kĩ năng về thông tin và dữ liệu: Tìm kiếm, chọn lọc, đánh giá thông tin từ video, tranh ảnh số. – Sử dụng thiết bị kĩ thuật số: Xem video, trình chiếu hình ảnh.</w:t>
            </w:r>
          </w:p>
        </w:tc>
        <w:tc>
          <w:tcPr>
            <w:tcW w:w="1418" w:type="dxa"/>
            <w:tcBorders>
              <w:top w:val="single" w:sz="4" w:space="0" w:color="8A6DB0"/>
              <w:left w:val="single" w:sz="4" w:space="0" w:color="8A6DB0"/>
              <w:bottom w:val="single" w:sz="4" w:space="0" w:color="8A6DB0"/>
              <w:right w:val="single" w:sz="4" w:space="0" w:color="8A6DB0"/>
            </w:tcBorders>
          </w:tcPr>
          <w:p w14:paraId="3E2D1711" w14:textId="77777777" w:rsidR="001C5DA9" w:rsidRPr="00706586" w:rsidRDefault="004F75C6">
            <w:pPr>
              <w:rPr>
                <w:sz w:val="24"/>
                <w:szCs w:val="24"/>
              </w:rPr>
            </w:pPr>
            <w:r w:rsidRPr="00706586">
              <w:rPr>
                <w:sz w:val="24"/>
                <w:szCs w:val="24"/>
              </w:rPr>
              <w:t>1.2NC1b; 1.1NC1a</w:t>
            </w:r>
          </w:p>
        </w:tc>
      </w:tr>
      <w:tr w:rsidR="003458F8" w:rsidRPr="00706586" w14:paraId="1A48BD2D"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7E95B7D4" w14:textId="77777777" w:rsidR="001C5DA9" w:rsidRPr="00706586" w:rsidRDefault="004F75C6">
            <w:pPr>
              <w:rPr>
                <w:sz w:val="24"/>
                <w:szCs w:val="24"/>
              </w:rPr>
            </w:pPr>
            <w:r w:rsidRPr="00706586">
              <w:rPr>
                <w:sz w:val="24"/>
                <w:szCs w:val="24"/>
              </w:rPr>
              <w:t>2</w:t>
            </w:r>
          </w:p>
        </w:tc>
        <w:tc>
          <w:tcPr>
            <w:tcW w:w="709" w:type="dxa"/>
            <w:tcBorders>
              <w:top w:val="single" w:sz="4" w:space="0" w:color="8A6DB0"/>
              <w:left w:val="single" w:sz="4" w:space="0" w:color="8A6DB0"/>
              <w:bottom w:val="single" w:sz="4" w:space="0" w:color="8A6DB0"/>
              <w:right w:val="single" w:sz="4" w:space="0" w:color="8A6DB0"/>
            </w:tcBorders>
            <w:vAlign w:val="center"/>
          </w:tcPr>
          <w:p w14:paraId="50BA2B3D"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11199A4E" w14:textId="77777777" w:rsidR="001C5DA9" w:rsidRPr="00706586" w:rsidRDefault="004F75C6">
            <w:pPr>
              <w:rPr>
                <w:sz w:val="24"/>
                <w:szCs w:val="24"/>
              </w:rPr>
            </w:pPr>
            <w:r w:rsidRPr="00706586">
              <w:rPr>
                <w:sz w:val="24"/>
                <w:szCs w:val="24"/>
              </w:rPr>
              <w:t>1</w:t>
            </w:r>
          </w:p>
        </w:tc>
        <w:tc>
          <w:tcPr>
            <w:tcW w:w="1732" w:type="dxa"/>
            <w:tcBorders>
              <w:top w:val="single" w:sz="4" w:space="0" w:color="8A6DB0"/>
              <w:left w:val="single" w:sz="4" w:space="0" w:color="8A6DB0"/>
              <w:bottom w:val="single" w:sz="4" w:space="0" w:color="8A6DB0"/>
              <w:right w:val="single" w:sz="4" w:space="0" w:color="8A6DB0"/>
            </w:tcBorders>
          </w:tcPr>
          <w:p w14:paraId="1E415F54" w14:textId="77777777" w:rsidR="001C5DA9" w:rsidRPr="00706586" w:rsidRDefault="004F75C6">
            <w:pPr>
              <w:rPr>
                <w:sz w:val="24"/>
                <w:szCs w:val="24"/>
              </w:rPr>
            </w:pPr>
            <w:r w:rsidRPr="00706586">
              <w:rPr>
                <w:sz w:val="24"/>
                <w:szCs w:val="24"/>
              </w:rPr>
              <w:t>Bài 1. Thành phần của nguyên tử</w:t>
            </w:r>
          </w:p>
        </w:tc>
        <w:tc>
          <w:tcPr>
            <w:tcW w:w="647" w:type="dxa"/>
            <w:tcBorders>
              <w:top w:val="single" w:sz="4" w:space="0" w:color="8A6DB0"/>
              <w:left w:val="single" w:sz="4" w:space="0" w:color="8A6DB0"/>
              <w:bottom w:val="single" w:sz="4" w:space="0" w:color="8A6DB0"/>
              <w:right w:val="single" w:sz="4" w:space="0" w:color="8A6DB0"/>
            </w:tcBorders>
            <w:vAlign w:val="center"/>
          </w:tcPr>
          <w:p w14:paraId="4CF2EDCF"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1E9A054E" w14:textId="77777777" w:rsidR="001C5DA9" w:rsidRPr="00706586" w:rsidRDefault="004F75C6">
            <w:pPr>
              <w:rPr>
                <w:sz w:val="24"/>
                <w:szCs w:val="24"/>
              </w:rPr>
            </w:pPr>
            <w:r w:rsidRPr="00706586">
              <w:rPr>
                <w:sz w:val="24"/>
                <w:szCs w:val="24"/>
              </w:rPr>
              <w:t>Nhận biết: Trình bày được thành phần của nguyên tử. Thông hiểu: So sánh được khối lượng của electron với proton và neutron; so sánh được kích thước của hạt nhân với nguyên tử. Vận dụng: Thông qua hoạt động khai thác vốn kiến thức, kĩ năng đã học ở môn KHTN 7 và đọc thông tin trong SGK, tìm hiểu thí nghiệm của J.J. Thomson; sử dụng thông tin từ giáo khoa, bảng số liệu để so sánh được khối lượng, kích thước nguyên tử.</w:t>
            </w:r>
          </w:p>
        </w:tc>
        <w:tc>
          <w:tcPr>
            <w:tcW w:w="1807" w:type="dxa"/>
            <w:tcBorders>
              <w:top w:val="single" w:sz="4" w:space="0" w:color="8A6DB0"/>
              <w:left w:val="single" w:sz="4" w:space="0" w:color="8A6DB0"/>
              <w:bottom w:val="single" w:sz="4" w:space="0" w:color="8A6DB0"/>
              <w:right w:val="single" w:sz="4" w:space="0" w:color="8A6DB0"/>
            </w:tcBorders>
          </w:tcPr>
          <w:p w14:paraId="15CA326B" w14:textId="77777777" w:rsidR="001C5DA9" w:rsidRPr="00706586" w:rsidRDefault="004F75C6">
            <w:pPr>
              <w:rPr>
                <w:sz w:val="24"/>
                <w:szCs w:val="24"/>
              </w:rPr>
            </w:pPr>
            <w:r w:rsidRPr="00706586">
              <w:rPr>
                <w:sz w:val="24"/>
                <w:szCs w:val="24"/>
              </w:rPr>
              <w:t>– Một số câu chuyện về: sự phát minh ra các hạt electron, proton, neutron; sự so sánh kích thước và khối lượng của nguyên tử, hạt nhân… – Video/hình ảnh thí nghiệm “tia âm cực”. Tranh và các video liên quan đến nguyên tử.</w:t>
            </w:r>
          </w:p>
        </w:tc>
        <w:tc>
          <w:tcPr>
            <w:tcW w:w="3153" w:type="dxa"/>
            <w:tcBorders>
              <w:top w:val="single" w:sz="4" w:space="0" w:color="8A6DB0"/>
              <w:left w:val="single" w:sz="4" w:space="0" w:color="8A6DB0"/>
              <w:bottom w:val="single" w:sz="4" w:space="0" w:color="8A6DB0"/>
              <w:right w:val="single" w:sz="4" w:space="0" w:color="8A6DB0"/>
            </w:tcBorders>
          </w:tcPr>
          <w:p w14:paraId="08FCE560" w14:textId="77777777" w:rsidR="001C5DA9" w:rsidRPr="00706586" w:rsidRDefault="004F75C6">
            <w:pPr>
              <w:rPr>
                <w:sz w:val="24"/>
                <w:szCs w:val="24"/>
              </w:rPr>
            </w:pPr>
            <w:r w:rsidRPr="00706586">
              <w:rPr>
                <w:sz w:val="24"/>
                <w:szCs w:val="24"/>
              </w:rPr>
              <w:t>– Kĩ năng về thông tin và dữ liệu: Tiếp nhận thông tin từ mô phỏng số, phiếu học tập điện tử (nếu có). – Sử dụng thiết bị kĩ thuật số: Quan sát mô phỏng trên máy tính/máy chiếu.</w:t>
            </w:r>
          </w:p>
        </w:tc>
        <w:tc>
          <w:tcPr>
            <w:tcW w:w="1418" w:type="dxa"/>
            <w:tcBorders>
              <w:top w:val="single" w:sz="4" w:space="0" w:color="8A6DB0"/>
              <w:left w:val="single" w:sz="4" w:space="0" w:color="8A6DB0"/>
              <w:bottom w:val="single" w:sz="4" w:space="0" w:color="8A6DB0"/>
              <w:right w:val="single" w:sz="4" w:space="0" w:color="8A6DB0"/>
            </w:tcBorders>
          </w:tcPr>
          <w:p w14:paraId="68F857AF" w14:textId="77777777" w:rsidR="001C5DA9" w:rsidRPr="00706586" w:rsidRDefault="004F75C6">
            <w:pPr>
              <w:rPr>
                <w:sz w:val="24"/>
                <w:szCs w:val="24"/>
              </w:rPr>
            </w:pPr>
            <w:r w:rsidRPr="00706586">
              <w:rPr>
                <w:sz w:val="24"/>
                <w:szCs w:val="24"/>
              </w:rPr>
              <w:t>1.3NC1a; 1.1NC1a</w:t>
            </w:r>
          </w:p>
        </w:tc>
      </w:tr>
      <w:tr w:rsidR="003458F8" w:rsidRPr="00706586" w14:paraId="30EF3C90" w14:textId="77777777" w:rsidTr="002E6CD2">
        <w:tc>
          <w:tcPr>
            <w:tcW w:w="15701" w:type="dxa"/>
            <w:gridSpan w:val="9"/>
            <w:tcBorders>
              <w:top w:val="single" w:sz="4" w:space="0" w:color="8A6DB0"/>
              <w:left w:val="single" w:sz="4" w:space="0" w:color="8A6DB0"/>
              <w:bottom w:val="single" w:sz="4" w:space="0" w:color="8A6DB0"/>
              <w:right w:val="single" w:sz="4" w:space="0" w:color="8A6DB0"/>
            </w:tcBorders>
            <w:shd w:val="clear" w:color="auto" w:fill="E6A000"/>
            <w:vAlign w:val="center"/>
          </w:tcPr>
          <w:p w14:paraId="738E30B3" w14:textId="77777777" w:rsidR="001C5DA9" w:rsidRPr="00706586" w:rsidRDefault="004F75C6">
            <w:pPr>
              <w:rPr>
                <w:sz w:val="24"/>
                <w:szCs w:val="24"/>
              </w:rPr>
            </w:pPr>
            <w:r w:rsidRPr="00706586">
              <w:rPr>
                <w:b/>
                <w:color w:val="FFFFFF"/>
                <w:sz w:val="24"/>
                <w:szCs w:val="24"/>
              </w:rPr>
              <w:t>Chuyên đề 1: CƠ SỞ HOÁ HỌC</w:t>
            </w:r>
          </w:p>
        </w:tc>
      </w:tr>
      <w:tr w:rsidR="003458F8" w:rsidRPr="00706586" w14:paraId="511526D8"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4F32BC3" w14:textId="77777777" w:rsidR="001C5DA9" w:rsidRPr="00706586" w:rsidRDefault="004F75C6">
            <w:pPr>
              <w:rPr>
                <w:sz w:val="24"/>
                <w:szCs w:val="24"/>
              </w:rPr>
            </w:pPr>
            <w:r w:rsidRPr="00706586">
              <w:rPr>
                <w:sz w:val="24"/>
                <w:szCs w:val="24"/>
              </w:rPr>
              <w:lastRenderedPageBreak/>
              <w:t>3</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5FE2D4AB"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1C05957D" w14:textId="77777777" w:rsidR="001C5DA9" w:rsidRPr="00706586" w:rsidRDefault="004F75C6">
            <w:pPr>
              <w:rPr>
                <w:sz w:val="24"/>
                <w:szCs w:val="24"/>
              </w:rPr>
            </w:pPr>
            <w:r w:rsidRPr="00706586">
              <w:rPr>
                <w:sz w:val="24"/>
                <w:szCs w:val="24"/>
              </w:rPr>
              <w:t>1</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1D44AF6F" w14:textId="77777777" w:rsidR="001C5DA9" w:rsidRPr="00706586" w:rsidRDefault="004F75C6">
            <w:pPr>
              <w:rPr>
                <w:sz w:val="24"/>
                <w:szCs w:val="24"/>
              </w:rPr>
            </w:pPr>
            <w:r w:rsidRPr="00706586">
              <w:rPr>
                <w:sz w:val="24"/>
                <w:szCs w:val="24"/>
              </w:rPr>
              <w:t>CĐ1(Bài 2). Phản ứng hạt nhân (tiết 1)</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F0AF2B0"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120D4114" w14:textId="77777777" w:rsidR="001C5DA9" w:rsidRPr="00706586" w:rsidRDefault="004F75C6">
            <w:pPr>
              <w:rPr>
                <w:sz w:val="24"/>
                <w:szCs w:val="24"/>
              </w:rPr>
            </w:pPr>
            <w:r w:rsidRPr="00706586">
              <w:rPr>
                <w:sz w:val="24"/>
                <w:szCs w:val="24"/>
              </w:rPr>
              <w:t>Nhận biết: Nêu được sơ lược về sự phóng xạ tự nhiên. Thông hiểu: Lấy được ví dụ về sự phóng xạ tự nhiên.</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2186488D" w14:textId="77777777" w:rsidR="001C5DA9" w:rsidRPr="00706586" w:rsidRDefault="004F75C6">
            <w:pPr>
              <w:rPr>
                <w:sz w:val="24"/>
                <w:szCs w:val="24"/>
              </w:rPr>
            </w:pPr>
            <w:r w:rsidRPr="00706586">
              <w:rPr>
                <w:sz w:val="24"/>
                <w:szCs w:val="24"/>
              </w:rPr>
              <w:t>– Phiếu học tập. – Tư liệu về đồng vị phóng xạ, sự phóng xạ tự nhiên.</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379A0A1D" w14:textId="77777777" w:rsidR="001C5DA9" w:rsidRPr="00706586" w:rsidRDefault="004F75C6">
            <w:pPr>
              <w:rPr>
                <w:sz w:val="24"/>
                <w:szCs w:val="24"/>
              </w:rPr>
            </w:pPr>
            <w:r w:rsidRPr="00706586">
              <w:rPr>
                <w:sz w:val="24"/>
                <w:szCs w:val="24"/>
              </w:rPr>
              <w:t>– Sử dụng thiết bị kĩ thuật số: Xem tranh ảnh, video, mô phỏng phản ứng hạt nhân. – Kĩ năng về thông tin và dữ liệu: Tìm kiếm, chọn lọc thông tin về ứng dụng của phản ứng hạt nhân.</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2B82B98D" w14:textId="77777777" w:rsidR="001C5DA9" w:rsidRPr="00706586" w:rsidRDefault="004F75C6">
            <w:pPr>
              <w:rPr>
                <w:sz w:val="24"/>
                <w:szCs w:val="24"/>
              </w:rPr>
            </w:pPr>
            <w:r w:rsidRPr="00706586">
              <w:rPr>
                <w:sz w:val="24"/>
                <w:szCs w:val="24"/>
              </w:rPr>
              <w:t>1.1NC1a; 1.3NC1a; 5.1NC1b</w:t>
            </w:r>
          </w:p>
        </w:tc>
      </w:tr>
      <w:tr w:rsidR="003458F8" w:rsidRPr="00706586" w14:paraId="65600E0C"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33801764" w14:textId="77777777" w:rsidR="001C5DA9" w:rsidRPr="00706586" w:rsidRDefault="004F75C6">
            <w:pPr>
              <w:rPr>
                <w:sz w:val="24"/>
                <w:szCs w:val="24"/>
              </w:rPr>
            </w:pPr>
            <w:r w:rsidRPr="00706586">
              <w:rPr>
                <w:sz w:val="24"/>
                <w:szCs w:val="24"/>
              </w:rPr>
              <w:t>4</w:t>
            </w:r>
          </w:p>
        </w:tc>
        <w:tc>
          <w:tcPr>
            <w:tcW w:w="709" w:type="dxa"/>
            <w:tcBorders>
              <w:top w:val="single" w:sz="4" w:space="0" w:color="8A6DB0"/>
              <w:left w:val="single" w:sz="4" w:space="0" w:color="8A6DB0"/>
              <w:bottom w:val="single" w:sz="4" w:space="0" w:color="8A6DB0"/>
              <w:right w:val="single" w:sz="4" w:space="0" w:color="8A6DB0"/>
            </w:tcBorders>
            <w:vAlign w:val="center"/>
          </w:tcPr>
          <w:p w14:paraId="540E38E2"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40A922F9" w14:textId="77777777" w:rsidR="001C5DA9" w:rsidRPr="00706586" w:rsidRDefault="004F75C6">
            <w:pPr>
              <w:rPr>
                <w:sz w:val="24"/>
                <w:szCs w:val="24"/>
              </w:rPr>
            </w:pPr>
            <w:r w:rsidRPr="00706586">
              <w:rPr>
                <w:sz w:val="24"/>
                <w:szCs w:val="24"/>
              </w:rPr>
              <w:t>2</w:t>
            </w:r>
          </w:p>
        </w:tc>
        <w:tc>
          <w:tcPr>
            <w:tcW w:w="1732" w:type="dxa"/>
            <w:tcBorders>
              <w:top w:val="single" w:sz="4" w:space="0" w:color="8A6DB0"/>
              <w:left w:val="single" w:sz="4" w:space="0" w:color="8A6DB0"/>
              <w:bottom w:val="single" w:sz="4" w:space="0" w:color="8A6DB0"/>
              <w:right w:val="single" w:sz="4" w:space="0" w:color="8A6DB0"/>
            </w:tcBorders>
          </w:tcPr>
          <w:p w14:paraId="33AF8160" w14:textId="77777777" w:rsidR="001C5DA9" w:rsidRPr="00706586" w:rsidRDefault="004F75C6">
            <w:pPr>
              <w:rPr>
                <w:sz w:val="24"/>
                <w:szCs w:val="24"/>
              </w:rPr>
            </w:pPr>
            <w:r w:rsidRPr="00706586">
              <w:rPr>
                <w:sz w:val="24"/>
                <w:szCs w:val="24"/>
              </w:rPr>
              <w:t>Bài 2. Nguyên tố hóa học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6F030E53"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634966CF" w14:textId="77777777" w:rsidR="001C5DA9" w:rsidRPr="00706586" w:rsidRDefault="004F75C6">
            <w:pPr>
              <w:rPr>
                <w:sz w:val="24"/>
                <w:szCs w:val="24"/>
              </w:rPr>
            </w:pPr>
            <w:r w:rsidRPr="00706586">
              <w:rPr>
                <w:sz w:val="24"/>
                <w:szCs w:val="24"/>
              </w:rPr>
              <w:t>Nhận biết: Trình bày được khái niệm về nguyên tố hóa học, số hiệu nguyên tử, số khối và kí hiệu nguyên tử. Thông hiểu: Khái niệm đồng vị, nguyên tử khối.</w:t>
            </w:r>
          </w:p>
        </w:tc>
        <w:tc>
          <w:tcPr>
            <w:tcW w:w="1807" w:type="dxa"/>
            <w:tcBorders>
              <w:top w:val="single" w:sz="4" w:space="0" w:color="8A6DB0"/>
              <w:left w:val="single" w:sz="4" w:space="0" w:color="8A6DB0"/>
              <w:bottom w:val="single" w:sz="4" w:space="0" w:color="8A6DB0"/>
              <w:right w:val="single" w:sz="4" w:space="0" w:color="8A6DB0"/>
            </w:tcBorders>
          </w:tcPr>
          <w:p w14:paraId="11F9F954" w14:textId="77777777" w:rsidR="001C5DA9" w:rsidRPr="00706586" w:rsidRDefault="004F75C6">
            <w:pPr>
              <w:rPr>
                <w:sz w:val="24"/>
                <w:szCs w:val="24"/>
              </w:rPr>
            </w:pPr>
            <w:r w:rsidRPr="00706586">
              <w:rPr>
                <w:sz w:val="24"/>
                <w:szCs w:val="24"/>
              </w:rPr>
              <w:t>– Một số câu chuyện về các đồng vị phóng xạ… – Tranh ảnh, video về đồng vị.</w:t>
            </w:r>
          </w:p>
        </w:tc>
        <w:tc>
          <w:tcPr>
            <w:tcW w:w="3153" w:type="dxa"/>
            <w:tcBorders>
              <w:top w:val="single" w:sz="4" w:space="0" w:color="8A6DB0"/>
              <w:left w:val="single" w:sz="4" w:space="0" w:color="8A6DB0"/>
              <w:bottom w:val="single" w:sz="4" w:space="0" w:color="8A6DB0"/>
              <w:right w:val="single" w:sz="4" w:space="0" w:color="8A6DB0"/>
            </w:tcBorders>
          </w:tcPr>
          <w:p w14:paraId="3DDED518" w14:textId="77777777" w:rsidR="001C5DA9" w:rsidRPr="00706586" w:rsidRDefault="004F75C6">
            <w:pPr>
              <w:rPr>
                <w:sz w:val="24"/>
                <w:szCs w:val="24"/>
              </w:rPr>
            </w:pPr>
            <w:r w:rsidRPr="00706586">
              <w:rPr>
                <w:sz w:val="24"/>
                <w:szCs w:val="24"/>
              </w:rPr>
              <w:t>– Kĩ năng về thông tin và dữ liệu: Xử lý dữ liệu số (phần trăm đồng vị, khối lượng) để tính toán.</w:t>
            </w:r>
          </w:p>
        </w:tc>
        <w:tc>
          <w:tcPr>
            <w:tcW w:w="1418" w:type="dxa"/>
            <w:tcBorders>
              <w:top w:val="single" w:sz="4" w:space="0" w:color="8A6DB0"/>
              <w:left w:val="single" w:sz="4" w:space="0" w:color="8A6DB0"/>
              <w:bottom w:val="single" w:sz="4" w:space="0" w:color="8A6DB0"/>
              <w:right w:val="single" w:sz="4" w:space="0" w:color="8A6DB0"/>
            </w:tcBorders>
          </w:tcPr>
          <w:p w14:paraId="28A1E1CC" w14:textId="77777777" w:rsidR="001C5DA9" w:rsidRPr="00706586" w:rsidRDefault="004F75C6">
            <w:pPr>
              <w:rPr>
                <w:sz w:val="24"/>
                <w:szCs w:val="24"/>
              </w:rPr>
            </w:pPr>
            <w:r w:rsidRPr="00706586">
              <w:rPr>
                <w:sz w:val="24"/>
                <w:szCs w:val="24"/>
              </w:rPr>
              <w:t>1.3NC1b; 1.1NC1a</w:t>
            </w:r>
          </w:p>
        </w:tc>
      </w:tr>
      <w:tr w:rsidR="003458F8" w:rsidRPr="00706586" w14:paraId="4438EE4D"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3107D261" w14:textId="77777777" w:rsidR="001C5DA9" w:rsidRPr="00706586" w:rsidRDefault="004F75C6">
            <w:pPr>
              <w:rPr>
                <w:sz w:val="24"/>
                <w:szCs w:val="24"/>
              </w:rPr>
            </w:pPr>
            <w:r w:rsidRPr="00706586">
              <w:rPr>
                <w:sz w:val="24"/>
                <w:szCs w:val="24"/>
              </w:rPr>
              <w:t>5</w:t>
            </w:r>
          </w:p>
        </w:tc>
        <w:tc>
          <w:tcPr>
            <w:tcW w:w="709" w:type="dxa"/>
            <w:tcBorders>
              <w:top w:val="single" w:sz="4" w:space="0" w:color="8A6DB0"/>
              <w:left w:val="single" w:sz="4" w:space="0" w:color="8A6DB0"/>
              <w:bottom w:val="single" w:sz="4" w:space="0" w:color="8A6DB0"/>
              <w:right w:val="single" w:sz="4" w:space="0" w:color="8A6DB0"/>
            </w:tcBorders>
            <w:vAlign w:val="center"/>
          </w:tcPr>
          <w:p w14:paraId="141E9BEC"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7550678D" w14:textId="77777777" w:rsidR="001C5DA9" w:rsidRPr="00706586" w:rsidRDefault="004F75C6">
            <w:pPr>
              <w:rPr>
                <w:sz w:val="24"/>
                <w:szCs w:val="24"/>
              </w:rPr>
            </w:pPr>
            <w:r w:rsidRPr="00706586">
              <w:rPr>
                <w:sz w:val="24"/>
                <w:szCs w:val="24"/>
              </w:rPr>
              <w:t>2</w:t>
            </w:r>
          </w:p>
        </w:tc>
        <w:tc>
          <w:tcPr>
            <w:tcW w:w="1732" w:type="dxa"/>
            <w:tcBorders>
              <w:top w:val="single" w:sz="4" w:space="0" w:color="8A6DB0"/>
              <w:left w:val="single" w:sz="4" w:space="0" w:color="8A6DB0"/>
              <w:bottom w:val="single" w:sz="4" w:space="0" w:color="8A6DB0"/>
              <w:right w:val="single" w:sz="4" w:space="0" w:color="8A6DB0"/>
            </w:tcBorders>
          </w:tcPr>
          <w:p w14:paraId="28A17C9E" w14:textId="77777777" w:rsidR="001C5DA9" w:rsidRPr="00706586" w:rsidRDefault="004F75C6">
            <w:pPr>
              <w:rPr>
                <w:sz w:val="24"/>
                <w:szCs w:val="24"/>
              </w:rPr>
            </w:pPr>
            <w:r w:rsidRPr="00706586">
              <w:rPr>
                <w:sz w:val="24"/>
                <w:szCs w:val="24"/>
              </w:rPr>
              <w:t>Bài 2. Nguyên tố hóa học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56367E8E"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03A20088" w14:textId="77777777" w:rsidR="001C5DA9" w:rsidRPr="00706586" w:rsidRDefault="004F75C6">
            <w:pPr>
              <w:rPr>
                <w:sz w:val="24"/>
                <w:szCs w:val="24"/>
              </w:rPr>
            </w:pPr>
            <w:r w:rsidRPr="00706586">
              <w:rPr>
                <w:sz w:val="24"/>
                <w:szCs w:val="24"/>
              </w:rPr>
              <w:t>Vận dụng: Tính được nguyên tử khối trung bình dựa vào số khối và phần trăm số nguyên tử của các đồng vị theo phổ khối lượng.</w:t>
            </w:r>
          </w:p>
        </w:tc>
        <w:tc>
          <w:tcPr>
            <w:tcW w:w="1807" w:type="dxa"/>
            <w:tcBorders>
              <w:top w:val="single" w:sz="4" w:space="0" w:color="8A6DB0"/>
              <w:left w:val="single" w:sz="4" w:space="0" w:color="8A6DB0"/>
              <w:bottom w:val="single" w:sz="4" w:space="0" w:color="8A6DB0"/>
              <w:right w:val="single" w:sz="4" w:space="0" w:color="8A6DB0"/>
            </w:tcBorders>
          </w:tcPr>
          <w:p w14:paraId="78FB06F1" w14:textId="77777777" w:rsidR="001C5DA9" w:rsidRPr="00706586" w:rsidRDefault="004F75C6">
            <w:pPr>
              <w:rPr>
                <w:sz w:val="24"/>
                <w:szCs w:val="24"/>
              </w:rPr>
            </w:pPr>
            <w:r w:rsidRPr="00706586">
              <w:rPr>
                <w:sz w:val="24"/>
                <w:szCs w:val="24"/>
              </w:rPr>
              <w:t>– Phiếu BT tính toán nguyên tử khối.</w:t>
            </w:r>
          </w:p>
        </w:tc>
        <w:tc>
          <w:tcPr>
            <w:tcW w:w="3153" w:type="dxa"/>
            <w:tcBorders>
              <w:top w:val="single" w:sz="4" w:space="0" w:color="8A6DB0"/>
              <w:left w:val="single" w:sz="4" w:space="0" w:color="8A6DB0"/>
              <w:bottom w:val="single" w:sz="4" w:space="0" w:color="8A6DB0"/>
              <w:right w:val="single" w:sz="4" w:space="0" w:color="8A6DB0"/>
            </w:tcBorders>
          </w:tcPr>
          <w:p w14:paraId="51464BD4" w14:textId="77777777" w:rsidR="001C5DA9" w:rsidRPr="00706586" w:rsidRDefault="004F75C6">
            <w:pPr>
              <w:rPr>
                <w:sz w:val="24"/>
                <w:szCs w:val="24"/>
              </w:rPr>
            </w:pPr>
            <w:r w:rsidRPr="00706586">
              <w:rPr>
                <w:sz w:val="24"/>
                <w:szCs w:val="24"/>
              </w:rPr>
              <w:t>– Sử dụng thiết bị kĩ thuật số: Sử dụng phần mềm mô phỏng đồng vị (nếu có).</w:t>
            </w:r>
          </w:p>
        </w:tc>
        <w:tc>
          <w:tcPr>
            <w:tcW w:w="1418" w:type="dxa"/>
            <w:tcBorders>
              <w:top w:val="single" w:sz="4" w:space="0" w:color="8A6DB0"/>
              <w:left w:val="single" w:sz="4" w:space="0" w:color="8A6DB0"/>
              <w:bottom w:val="single" w:sz="4" w:space="0" w:color="8A6DB0"/>
              <w:right w:val="single" w:sz="4" w:space="0" w:color="8A6DB0"/>
            </w:tcBorders>
          </w:tcPr>
          <w:p w14:paraId="10D7DCA9" w14:textId="77777777" w:rsidR="001C5DA9" w:rsidRPr="00706586" w:rsidRDefault="004F75C6">
            <w:pPr>
              <w:rPr>
                <w:sz w:val="24"/>
                <w:szCs w:val="24"/>
              </w:rPr>
            </w:pPr>
            <w:r w:rsidRPr="00706586">
              <w:rPr>
                <w:sz w:val="24"/>
                <w:szCs w:val="24"/>
              </w:rPr>
              <w:t>1.3NC1b; 1.1NC1a</w:t>
            </w:r>
          </w:p>
        </w:tc>
      </w:tr>
      <w:tr w:rsidR="003458F8" w:rsidRPr="00706586" w14:paraId="22D51789"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571ACE92" w14:textId="77777777" w:rsidR="001C5DA9" w:rsidRPr="00706586" w:rsidRDefault="004F75C6">
            <w:pPr>
              <w:rPr>
                <w:sz w:val="24"/>
                <w:szCs w:val="24"/>
              </w:rPr>
            </w:pPr>
            <w:r w:rsidRPr="00706586">
              <w:rPr>
                <w:sz w:val="24"/>
                <w:szCs w:val="24"/>
              </w:rPr>
              <w:t>6</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3A73A5A2"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01A61597" w14:textId="77777777" w:rsidR="001C5DA9" w:rsidRPr="00706586" w:rsidRDefault="004F75C6">
            <w:pPr>
              <w:rPr>
                <w:sz w:val="24"/>
                <w:szCs w:val="24"/>
              </w:rPr>
            </w:pPr>
            <w:r w:rsidRPr="00706586">
              <w:rPr>
                <w:sz w:val="24"/>
                <w:szCs w:val="24"/>
              </w:rPr>
              <w:t>2</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5B96FE3F" w14:textId="77777777" w:rsidR="001C5DA9" w:rsidRPr="00706586" w:rsidRDefault="004F75C6">
            <w:pPr>
              <w:rPr>
                <w:sz w:val="24"/>
                <w:szCs w:val="24"/>
              </w:rPr>
            </w:pPr>
            <w:r w:rsidRPr="00706586">
              <w:rPr>
                <w:sz w:val="24"/>
                <w:szCs w:val="24"/>
              </w:rPr>
              <w:t>CĐ1(Bài 2). Phản ứng hạt nhân (tiết 2)</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4AA4A029"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28A13211" w14:textId="77777777" w:rsidR="001C5DA9" w:rsidRPr="00706586" w:rsidRDefault="004F75C6">
            <w:pPr>
              <w:rPr>
                <w:sz w:val="24"/>
                <w:szCs w:val="24"/>
              </w:rPr>
            </w:pPr>
            <w:r w:rsidRPr="00706586">
              <w:rPr>
                <w:sz w:val="24"/>
                <w:szCs w:val="24"/>
              </w:rPr>
              <w:t>Nhận biết: Nêu được sơ lược về sự phóng xạ nhân tạo, phản ứng hạt nhân. Vận dụng: Vận dụng được các định luật bảo toàn số khối và điện tích cho phản ứng hạt nhân.</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4B0A829A" w14:textId="77777777" w:rsidR="001C5DA9" w:rsidRPr="00706586" w:rsidRDefault="004F75C6">
            <w:pPr>
              <w:rPr>
                <w:sz w:val="24"/>
                <w:szCs w:val="24"/>
              </w:rPr>
            </w:pPr>
            <w:r w:rsidRPr="00706586">
              <w:rPr>
                <w:sz w:val="24"/>
                <w:szCs w:val="24"/>
              </w:rPr>
              <w:t>–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6D413246" w14:textId="77777777" w:rsidR="001C5DA9" w:rsidRPr="00706586" w:rsidRDefault="004F75C6">
            <w:pPr>
              <w:rPr>
                <w:sz w:val="24"/>
                <w:szCs w:val="24"/>
              </w:rPr>
            </w:pPr>
            <w:r w:rsidRPr="00706586">
              <w:rPr>
                <w:sz w:val="24"/>
                <w:szCs w:val="24"/>
              </w:rPr>
              <w:t>– Giải quyết vấn đề: Vận dụng kiến thức để giải thích các hiện tượng và ứng dụng.</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79328995" w14:textId="77777777" w:rsidR="001C5DA9" w:rsidRPr="00706586" w:rsidRDefault="004F75C6">
            <w:pPr>
              <w:rPr>
                <w:sz w:val="24"/>
                <w:szCs w:val="24"/>
              </w:rPr>
            </w:pPr>
            <w:r w:rsidRPr="00706586">
              <w:rPr>
                <w:sz w:val="24"/>
                <w:szCs w:val="24"/>
              </w:rPr>
              <w:t>1.1NC1a; 1.3NC1a; 5.1NC1b</w:t>
            </w:r>
          </w:p>
        </w:tc>
      </w:tr>
      <w:tr w:rsidR="003458F8" w:rsidRPr="00706586" w14:paraId="383AA966"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63F4A6BA" w14:textId="77777777" w:rsidR="001C5DA9" w:rsidRPr="00706586" w:rsidRDefault="004F75C6">
            <w:pPr>
              <w:rPr>
                <w:sz w:val="24"/>
                <w:szCs w:val="24"/>
              </w:rPr>
            </w:pPr>
            <w:r w:rsidRPr="00706586">
              <w:rPr>
                <w:sz w:val="24"/>
                <w:szCs w:val="24"/>
              </w:rPr>
              <w:t>7</w:t>
            </w:r>
          </w:p>
        </w:tc>
        <w:tc>
          <w:tcPr>
            <w:tcW w:w="709" w:type="dxa"/>
            <w:tcBorders>
              <w:top w:val="single" w:sz="4" w:space="0" w:color="8A6DB0"/>
              <w:left w:val="single" w:sz="4" w:space="0" w:color="8A6DB0"/>
              <w:bottom w:val="single" w:sz="4" w:space="0" w:color="8A6DB0"/>
              <w:right w:val="single" w:sz="4" w:space="0" w:color="8A6DB0"/>
            </w:tcBorders>
            <w:vAlign w:val="center"/>
          </w:tcPr>
          <w:p w14:paraId="3BAD241C"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7C4F0748" w14:textId="77777777" w:rsidR="001C5DA9" w:rsidRPr="00706586" w:rsidRDefault="004F75C6">
            <w:pPr>
              <w:rPr>
                <w:sz w:val="24"/>
                <w:szCs w:val="24"/>
              </w:rPr>
            </w:pPr>
            <w:r w:rsidRPr="00706586">
              <w:rPr>
                <w:sz w:val="24"/>
                <w:szCs w:val="24"/>
              </w:rPr>
              <w:t>3</w:t>
            </w:r>
          </w:p>
        </w:tc>
        <w:tc>
          <w:tcPr>
            <w:tcW w:w="1732" w:type="dxa"/>
            <w:tcBorders>
              <w:top w:val="single" w:sz="4" w:space="0" w:color="8A6DB0"/>
              <w:left w:val="single" w:sz="4" w:space="0" w:color="8A6DB0"/>
              <w:bottom w:val="single" w:sz="4" w:space="0" w:color="8A6DB0"/>
              <w:right w:val="single" w:sz="4" w:space="0" w:color="8A6DB0"/>
            </w:tcBorders>
          </w:tcPr>
          <w:p w14:paraId="7ED74F70" w14:textId="77777777" w:rsidR="001C5DA9" w:rsidRPr="00706586" w:rsidRDefault="004F75C6">
            <w:pPr>
              <w:rPr>
                <w:sz w:val="24"/>
                <w:szCs w:val="24"/>
              </w:rPr>
            </w:pPr>
            <w:r w:rsidRPr="00706586">
              <w:rPr>
                <w:sz w:val="24"/>
                <w:szCs w:val="24"/>
              </w:rPr>
              <w:t>Bài 3. Cấu trúc lớp vỏ electron nguyên tử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250F6650"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5AD4D0D2" w14:textId="77777777" w:rsidR="001C5DA9" w:rsidRPr="00706586" w:rsidRDefault="004F75C6">
            <w:pPr>
              <w:rPr>
                <w:sz w:val="24"/>
                <w:szCs w:val="24"/>
              </w:rPr>
            </w:pPr>
            <w:r w:rsidRPr="00706586">
              <w:rPr>
                <w:sz w:val="24"/>
                <w:szCs w:val="24"/>
              </w:rPr>
              <w:t>Nhận biết: Trình bày và so sánh được mô hình của Rutherford–Bohr với mô hình hiện đại mô tả sự chuyển động của electron trong nguyên tử.</w:t>
            </w:r>
          </w:p>
        </w:tc>
        <w:tc>
          <w:tcPr>
            <w:tcW w:w="1807" w:type="dxa"/>
            <w:tcBorders>
              <w:top w:val="single" w:sz="4" w:space="0" w:color="8A6DB0"/>
              <w:left w:val="single" w:sz="4" w:space="0" w:color="8A6DB0"/>
              <w:bottom w:val="single" w:sz="4" w:space="0" w:color="8A6DB0"/>
              <w:right w:val="single" w:sz="4" w:space="0" w:color="8A6DB0"/>
            </w:tcBorders>
          </w:tcPr>
          <w:p w14:paraId="315BE640" w14:textId="77777777" w:rsidR="001C5DA9" w:rsidRPr="00706586" w:rsidRDefault="004F75C6">
            <w:pPr>
              <w:rPr>
                <w:sz w:val="24"/>
                <w:szCs w:val="24"/>
              </w:rPr>
            </w:pPr>
            <w:r w:rsidRPr="00706586">
              <w:rPr>
                <w:sz w:val="24"/>
                <w:szCs w:val="24"/>
              </w:rPr>
              <w:t>– Tư liệu về cấu trúc lớp vỏ electron theo quan điểm hiện đại.</w:t>
            </w:r>
          </w:p>
        </w:tc>
        <w:tc>
          <w:tcPr>
            <w:tcW w:w="3153" w:type="dxa"/>
            <w:tcBorders>
              <w:top w:val="single" w:sz="4" w:space="0" w:color="8A6DB0"/>
              <w:left w:val="single" w:sz="4" w:space="0" w:color="8A6DB0"/>
              <w:bottom w:val="single" w:sz="4" w:space="0" w:color="8A6DB0"/>
              <w:right w:val="single" w:sz="4" w:space="0" w:color="8A6DB0"/>
            </w:tcBorders>
          </w:tcPr>
          <w:p w14:paraId="2D9CF68C" w14:textId="77777777" w:rsidR="001C5DA9" w:rsidRPr="00706586" w:rsidRDefault="004F75C6">
            <w:pPr>
              <w:rPr>
                <w:sz w:val="24"/>
                <w:szCs w:val="24"/>
              </w:rPr>
            </w:pPr>
            <w:r w:rsidRPr="00706586">
              <w:rPr>
                <w:sz w:val="24"/>
                <w:szCs w:val="24"/>
              </w:rPr>
              <w:t>– Kĩ năng về thông tin và dữ liệu: Xử lý thông tin số (số hiệu nguyên tử Z) để viết cấu hình electron.</w:t>
            </w:r>
          </w:p>
        </w:tc>
        <w:tc>
          <w:tcPr>
            <w:tcW w:w="1418" w:type="dxa"/>
            <w:tcBorders>
              <w:top w:val="single" w:sz="4" w:space="0" w:color="8A6DB0"/>
              <w:left w:val="single" w:sz="4" w:space="0" w:color="8A6DB0"/>
              <w:bottom w:val="single" w:sz="4" w:space="0" w:color="8A6DB0"/>
              <w:right w:val="single" w:sz="4" w:space="0" w:color="8A6DB0"/>
            </w:tcBorders>
          </w:tcPr>
          <w:p w14:paraId="79AB35C4" w14:textId="77777777" w:rsidR="001C5DA9" w:rsidRPr="00706586" w:rsidRDefault="004F75C6">
            <w:pPr>
              <w:rPr>
                <w:sz w:val="24"/>
                <w:szCs w:val="24"/>
              </w:rPr>
            </w:pPr>
            <w:r w:rsidRPr="00706586">
              <w:rPr>
                <w:sz w:val="24"/>
                <w:szCs w:val="24"/>
              </w:rPr>
              <w:t>1.1NC1a; 3.1NC1b</w:t>
            </w:r>
          </w:p>
        </w:tc>
      </w:tr>
      <w:tr w:rsidR="003458F8" w:rsidRPr="00706586" w14:paraId="1AE5BC99"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3D817802" w14:textId="77777777" w:rsidR="001C5DA9" w:rsidRPr="00706586" w:rsidRDefault="004F75C6">
            <w:pPr>
              <w:rPr>
                <w:sz w:val="24"/>
                <w:szCs w:val="24"/>
              </w:rPr>
            </w:pPr>
            <w:r w:rsidRPr="00706586">
              <w:rPr>
                <w:sz w:val="24"/>
                <w:szCs w:val="24"/>
              </w:rPr>
              <w:t>8</w:t>
            </w:r>
          </w:p>
        </w:tc>
        <w:tc>
          <w:tcPr>
            <w:tcW w:w="709" w:type="dxa"/>
            <w:tcBorders>
              <w:top w:val="single" w:sz="4" w:space="0" w:color="8A6DB0"/>
              <w:left w:val="single" w:sz="4" w:space="0" w:color="8A6DB0"/>
              <w:bottom w:val="single" w:sz="4" w:space="0" w:color="8A6DB0"/>
              <w:right w:val="single" w:sz="4" w:space="0" w:color="8A6DB0"/>
            </w:tcBorders>
            <w:vAlign w:val="center"/>
          </w:tcPr>
          <w:p w14:paraId="2AE5C948"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4C679FDB" w14:textId="77777777" w:rsidR="001C5DA9" w:rsidRPr="00706586" w:rsidRDefault="004F75C6">
            <w:pPr>
              <w:rPr>
                <w:sz w:val="24"/>
                <w:szCs w:val="24"/>
              </w:rPr>
            </w:pPr>
            <w:r w:rsidRPr="00706586">
              <w:rPr>
                <w:sz w:val="24"/>
                <w:szCs w:val="24"/>
              </w:rPr>
              <w:t>3</w:t>
            </w:r>
          </w:p>
        </w:tc>
        <w:tc>
          <w:tcPr>
            <w:tcW w:w="1732" w:type="dxa"/>
            <w:tcBorders>
              <w:top w:val="single" w:sz="4" w:space="0" w:color="8A6DB0"/>
              <w:left w:val="single" w:sz="4" w:space="0" w:color="8A6DB0"/>
              <w:bottom w:val="single" w:sz="4" w:space="0" w:color="8A6DB0"/>
              <w:right w:val="single" w:sz="4" w:space="0" w:color="8A6DB0"/>
            </w:tcBorders>
          </w:tcPr>
          <w:p w14:paraId="3E6C6016" w14:textId="77777777" w:rsidR="001C5DA9" w:rsidRPr="00706586" w:rsidRDefault="004F75C6">
            <w:pPr>
              <w:rPr>
                <w:sz w:val="24"/>
                <w:szCs w:val="24"/>
              </w:rPr>
            </w:pPr>
            <w:r w:rsidRPr="00706586">
              <w:rPr>
                <w:sz w:val="24"/>
                <w:szCs w:val="24"/>
              </w:rPr>
              <w:t>Bài 3. Cấu trúc lớp vỏ electron nguyên tử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5EAF096D"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7C0987D7" w14:textId="77777777" w:rsidR="001C5DA9" w:rsidRPr="00706586" w:rsidRDefault="004F75C6">
            <w:pPr>
              <w:rPr>
                <w:sz w:val="24"/>
                <w:szCs w:val="24"/>
              </w:rPr>
            </w:pPr>
            <w:r w:rsidRPr="00706586">
              <w:rPr>
                <w:sz w:val="24"/>
                <w:szCs w:val="24"/>
              </w:rPr>
              <w:t>Nhận biết: Nêu được khái niệm về orbital nguyên tử (AO), mô tả được hình dạng của AO (s, p), số lượng electron trong 1 AO.</w:t>
            </w:r>
          </w:p>
        </w:tc>
        <w:tc>
          <w:tcPr>
            <w:tcW w:w="1807" w:type="dxa"/>
            <w:tcBorders>
              <w:top w:val="single" w:sz="4" w:space="0" w:color="8A6DB0"/>
              <w:left w:val="single" w:sz="4" w:space="0" w:color="8A6DB0"/>
              <w:bottom w:val="single" w:sz="4" w:space="0" w:color="8A6DB0"/>
              <w:right w:val="single" w:sz="4" w:space="0" w:color="8A6DB0"/>
            </w:tcBorders>
          </w:tcPr>
          <w:p w14:paraId="14AD3CDE" w14:textId="77777777" w:rsidR="001C5DA9" w:rsidRPr="00706586" w:rsidRDefault="004F75C6">
            <w:pPr>
              <w:rPr>
                <w:sz w:val="24"/>
                <w:szCs w:val="24"/>
              </w:rPr>
            </w:pPr>
            <w:r w:rsidRPr="00706586">
              <w:rPr>
                <w:sz w:val="24"/>
                <w:szCs w:val="24"/>
              </w:rPr>
              <w:t>– Tranh ảnh hình dạng của các AO (s, p).</w:t>
            </w:r>
          </w:p>
        </w:tc>
        <w:tc>
          <w:tcPr>
            <w:tcW w:w="3153" w:type="dxa"/>
            <w:tcBorders>
              <w:top w:val="single" w:sz="4" w:space="0" w:color="8A6DB0"/>
              <w:left w:val="single" w:sz="4" w:space="0" w:color="8A6DB0"/>
              <w:bottom w:val="single" w:sz="4" w:space="0" w:color="8A6DB0"/>
              <w:right w:val="single" w:sz="4" w:space="0" w:color="8A6DB0"/>
            </w:tcBorders>
          </w:tcPr>
          <w:p w14:paraId="5504CA91" w14:textId="77777777" w:rsidR="001C5DA9" w:rsidRPr="00706586" w:rsidRDefault="004F75C6">
            <w:pPr>
              <w:rPr>
                <w:sz w:val="24"/>
                <w:szCs w:val="24"/>
              </w:rPr>
            </w:pPr>
            <w:r w:rsidRPr="00706586">
              <w:rPr>
                <w:sz w:val="24"/>
                <w:szCs w:val="24"/>
              </w:rPr>
              <w:t>– Kĩ năng về thông tin và dữ liệu: Xử lý thông tin số (số hiệu nguyên tử Z) để viết cấu hình electron.</w:t>
            </w:r>
          </w:p>
        </w:tc>
        <w:tc>
          <w:tcPr>
            <w:tcW w:w="1418" w:type="dxa"/>
            <w:tcBorders>
              <w:top w:val="single" w:sz="4" w:space="0" w:color="8A6DB0"/>
              <w:left w:val="single" w:sz="4" w:space="0" w:color="8A6DB0"/>
              <w:bottom w:val="single" w:sz="4" w:space="0" w:color="8A6DB0"/>
              <w:right w:val="single" w:sz="4" w:space="0" w:color="8A6DB0"/>
            </w:tcBorders>
          </w:tcPr>
          <w:p w14:paraId="33DC062D" w14:textId="77777777" w:rsidR="001C5DA9" w:rsidRPr="00706586" w:rsidRDefault="004F75C6">
            <w:pPr>
              <w:rPr>
                <w:sz w:val="24"/>
                <w:szCs w:val="24"/>
              </w:rPr>
            </w:pPr>
            <w:r w:rsidRPr="00706586">
              <w:rPr>
                <w:sz w:val="24"/>
                <w:szCs w:val="24"/>
              </w:rPr>
              <w:t>1.1NC1a; 3.1NC1b</w:t>
            </w:r>
          </w:p>
        </w:tc>
      </w:tr>
      <w:tr w:rsidR="003458F8" w:rsidRPr="00706586" w14:paraId="2DE450AA"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7A8101A9" w14:textId="77777777" w:rsidR="001C5DA9" w:rsidRPr="00706586" w:rsidRDefault="004F75C6">
            <w:pPr>
              <w:rPr>
                <w:sz w:val="24"/>
                <w:szCs w:val="24"/>
              </w:rPr>
            </w:pPr>
            <w:r w:rsidRPr="00706586">
              <w:rPr>
                <w:sz w:val="24"/>
                <w:szCs w:val="24"/>
              </w:rPr>
              <w:t>9</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4229A68F"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52E780A8" w14:textId="77777777" w:rsidR="001C5DA9" w:rsidRPr="00706586" w:rsidRDefault="004F75C6">
            <w:pPr>
              <w:rPr>
                <w:sz w:val="24"/>
                <w:szCs w:val="24"/>
              </w:rPr>
            </w:pPr>
            <w:r w:rsidRPr="00706586">
              <w:rPr>
                <w:sz w:val="24"/>
                <w:szCs w:val="24"/>
              </w:rPr>
              <w:t>3</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163F9C87" w14:textId="77777777" w:rsidR="001C5DA9" w:rsidRPr="00706586" w:rsidRDefault="004F75C6">
            <w:pPr>
              <w:rPr>
                <w:sz w:val="24"/>
                <w:szCs w:val="24"/>
              </w:rPr>
            </w:pPr>
            <w:r w:rsidRPr="00706586">
              <w:rPr>
                <w:sz w:val="24"/>
                <w:szCs w:val="24"/>
              </w:rPr>
              <w:t>CĐ1(Bài 2). Phản ứng hạt nhân (tiết 3)</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2164A550"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2D269F5E" w14:textId="77777777" w:rsidR="001C5DA9" w:rsidRPr="00706586" w:rsidRDefault="004F75C6">
            <w:pPr>
              <w:rPr>
                <w:sz w:val="24"/>
                <w:szCs w:val="24"/>
              </w:rPr>
            </w:pPr>
            <w:r w:rsidRPr="00706586">
              <w:rPr>
                <w:sz w:val="24"/>
                <w:szCs w:val="24"/>
              </w:rPr>
              <w:t xml:space="preserve">Thông hiểu: Nêu được ứng dụng của phản ứng hạt nhân phục vụ nghiên cứu khoa học, đời sống và sản xuất. Vận dụng: Nêu được các ứng dụng điển hình: xác định niên đại cổ vật, ứng dụng trong lĩnh vực y tế, năng </w:t>
            </w:r>
            <w:r w:rsidRPr="00706586">
              <w:rPr>
                <w:sz w:val="24"/>
                <w:szCs w:val="24"/>
              </w:rPr>
              <w:lastRenderedPageBreak/>
              <w:t>lượng…</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3DBCA08E" w14:textId="77777777" w:rsidR="001C5DA9" w:rsidRPr="00706586" w:rsidRDefault="004F75C6">
            <w:pPr>
              <w:rPr>
                <w:sz w:val="24"/>
                <w:szCs w:val="24"/>
              </w:rPr>
            </w:pPr>
            <w:r w:rsidRPr="00706586">
              <w:rPr>
                <w:sz w:val="24"/>
                <w:szCs w:val="24"/>
              </w:rPr>
              <w:lastRenderedPageBreak/>
              <w:t>–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08684566" w14:textId="77777777" w:rsidR="001C5DA9" w:rsidRPr="00706586" w:rsidRDefault="004F75C6">
            <w:pPr>
              <w:rPr>
                <w:sz w:val="24"/>
                <w:szCs w:val="24"/>
              </w:rPr>
            </w:pPr>
            <w:r w:rsidRPr="00706586">
              <w:rPr>
                <w:sz w:val="24"/>
                <w:szCs w:val="24"/>
              </w:rPr>
              <w:t>– Kĩ năng về thông tin và dữ liệu: Tìm kiếm, chọn lọc thông tin về ứng dụng của phản ứng hạt nhân.</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233B1D6B" w14:textId="77777777" w:rsidR="001C5DA9" w:rsidRPr="00706586" w:rsidRDefault="004F75C6">
            <w:pPr>
              <w:rPr>
                <w:sz w:val="24"/>
                <w:szCs w:val="24"/>
              </w:rPr>
            </w:pPr>
            <w:r w:rsidRPr="00706586">
              <w:rPr>
                <w:sz w:val="24"/>
                <w:szCs w:val="24"/>
              </w:rPr>
              <w:t>1.1NC1a; 1.3NC1a; 5.1NC1b</w:t>
            </w:r>
          </w:p>
        </w:tc>
      </w:tr>
      <w:tr w:rsidR="003458F8" w:rsidRPr="00706586" w14:paraId="4699C7A0"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2AF7457A" w14:textId="77777777" w:rsidR="001C5DA9" w:rsidRPr="00706586" w:rsidRDefault="004F75C6">
            <w:pPr>
              <w:rPr>
                <w:sz w:val="24"/>
                <w:szCs w:val="24"/>
              </w:rPr>
            </w:pPr>
            <w:r w:rsidRPr="00706586">
              <w:rPr>
                <w:sz w:val="24"/>
                <w:szCs w:val="24"/>
              </w:rPr>
              <w:t>10</w:t>
            </w:r>
          </w:p>
        </w:tc>
        <w:tc>
          <w:tcPr>
            <w:tcW w:w="709" w:type="dxa"/>
            <w:tcBorders>
              <w:top w:val="single" w:sz="4" w:space="0" w:color="8A6DB0"/>
              <w:left w:val="single" w:sz="4" w:space="0" w:color="8A6DB0"/>
              <w:bottom w:val="single" w:sz="4" w:space="0" w:color="8A6DB0"/>
              <w:right w:val="single" w:sz="4" w:space="0" w:color="8A6DB0"/>
            </w:tcBorders>
            <w:vAlign w:val="center"/>
          </w:tcPr>
          <w:p w14:paraId="6B312A3E"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582E6CF4" w14:textId="77777777" w:rsidR="001C5DA9" w:rsidRPr="00706586" w:rsidRDefault="004F75C6">
            <w:pPr>
              <w:rPr>
                <w:sz w:val="24"/>
                <w:szCs w:val="24"/>
              </w:rPr>
            </w:pPr>
            <w:r w:rsidRPr="00706586">
              <w:rPr>
                <w:sz w:val="24"/>
                <w:szCs w:val="24"/>
              </w:rPr>
              <w:t>4</w:t>
            </w:r>
          </w:p>
        </w:tc>
        <w:tc>
          <w:tcPr>
            <w:tcW w:w="1732" w:type="dxa"/>
            <w:tcBorders>
              <w:top w:val="single" w:sz="4" w:space="0" w:color="8A6DB0"/>
              <w:left w:val="single" w:sz="4" w:space="0" w:color="8A6DB0"/>
              <w:bottom w:val="single" w:sz="4" w:space="0" w:color="8A6DB0"/>
              <w:right w:val="single" w:sz="4" w:space="0" w:color="8A6DB0"/>
            </w:tcBorders>
          </w:tcPr>
          <w:p w14:paraId="0816C428" w14:textId="77777777" w:rsidR="001C5DA9" w:rsidRPr="00706586" w:rsidRDefault="004F75C6">
            <w:pPr>
              <w:rPr>
                <w:sz w:val="24"/>
                <w:szCs w:val="24"/>
              </w:rPr>
            </w:pPr>
            <w:r w:rsidRPr="00706586">
              <w:rPr>
                <w:sz w:val="24"/>
                <w:szCs w:val="24"/>
              </w:rPr>
              <w:t>Bài 3. Cấu trúc lớp vỏ electron nguyên tử (tiết 3)</w:t>
            </w:r>
          </w:p>
        </w:tc>
        <w:tc>
          <w:tcPr>
            <w:tcW w:w="647" w:type="dxa"/>
            <w:tcBorders>
              <w:top w:val="single" w:sz="4" w:space="0" w:color="8A6DB0"/>
              <w:left w:val="single" w:sz="4" w:space="0" w:color="8A6DB0"/>
              <w:bottom w:val="single" w:sz="4" w:space="0" w:color="8A6DB0"/>
              <w:right w:val="single" w:sz="4" w:space="0" w:color="8A6DB0"/>
            </w:tcBorders>
            <w:vAlign w:val="center"/>
          </w:tcPr>
          <w:p w14:paraId="6C6FDB24"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1A36DF27" w14:textId="77777777" w:rsidR="001C5DA9" w:rsidRPr="00706586" w:rsidRDefault="004F75C6">
            <w:pPr>
              <w:rPr>
                <w:sz w:val="24"/>
                <w:szCs w:val="24"/>
              </w:rPr>
            </w:pPr>
            <w:r w:rsidRPr="00706586">
              <w:rPr>
                <w:sz w:val="24"/>
                <w:szCs w:val="24"/>
              </w:rPr>
              <w:t>Thông hiểu: Trình bày được khái niệm lớp, phân lớp electron và mối quan hệ về số lượng phân lớp trong một lớp; liên hệ được số lượng AO trong một phân lớp, trong một lớp.</w:t>
            </w:r>
          </w:p>
        </w:tc>
        <w:tc>
          <w:tcPr>
            <w:tcW w:w="1807" w:type="dxa"/>
            <w:tcBorders>
              <w:top w:val="single" w:sz="4" w:space="0" w:color="8A6DB0"/>
              <w:left w:val="single" w:sz="4" w:space="0" w:color="8A6DB0"/>
              <w:bottom w:val="single" w:sz="4" w:space="0" w:color="8A6DB0"/>
              <w:right w:val="single" w:sz="4" w:space="0" w:color="8A6DB0"/>
            </w:tcBorders>
          </w:tcPr>
          <w:p w14:paraId="461BA45F" w14:textId="77777777" w:rsidR="001C5DA9" w:rsidRPr="00706586" w:rsidRDefault="004F75C6">
            <w:pPr>
              <w:rPr>
                <w:sz w:val="24"/>
                <w:szCs w:val="24"/>
              </w:rPr>
            </w:pPr>
            <w:r w:rsidRPr="00706586">
              <w:rPr>
                <w:sz w:val="24"/>
                <w:szCs w:val="24"/>
              </w:rPr>
              <w:t>– Sơ đồ cấu trúc lớp electron.</w:t>
            </w:r>
          </w:p>
        </w:tc>
        <w:tc>
          <w:tcPr>
            <w:tcW w:w="3153" w:type="dxa"/>
            <w:tcBorders>
              <w:top w:val="single" w:sz="4" w:space="0" w:color="8A6DB0"/>
              <w:left w:val="single" w:sz="4" w:space="0" w:color="8A6DB0"/>
              <w:bottom w:val="single" w:sz="4" w:space="0" w:color="8A6DB0"/>
              <w:right w:val="single" w:sz="4" w:space="0" w:color="8A6DB0"/>
            </w:tcBorders>
          </w:tcPr>
          <w:p w14:paraId="2D7DBC1C" w14:textId="77777777" w:rsidR="001C5DA9" w:rsidRPr="00706586" w:rsidRDefault="004F75C6">
            <w:pPr>
              <w:rPr>
                <w:sz w:val="24"/>
                <w:szCs w:val="24"/>
              </w:rPr>
            </w:pPr>
            <w:r w:rsidRPr="00706586">
              <w:rPr>
                <w:sz w:val="24"/>
                <w:szCs w:val="24"/>
              </w:rPr>
              <w:t>– Kĩ năng về thông tin và dữ liệu: Xử lý thông tin số (số hiệu nguyên tử Z) để viết cấu hình electron.</w:t>
            </w:r>
          </w:p>
        </w:tc>
        <w:tc>
          <w:tcPr>
            <w:tcW w:w="1418" w:type="dxa"/>
            <w:tcBorders>
              <w:top w:val="single" w:sz="4" w:space="0" w:color="8A6DB0"/>
              <w:left w:val="single" w:sz="4" w:space="0" w:color="8A6DB0"/>
              <w:bottom w:val="single" w:sz="4" w:space="0" w:color="8A6DB0"/>
              <w:right w:val="single" w:sz="4" w:space="0" w:color="8A6DB0"/>
            </w:tcBorders>
          </w:tcPr>
          <w:p w14:paraId="4BA651B7" w14:textId="77777777" w:rsidR="001C5DA9" w:rsidRPr="00706586" w:rsidRDefault="004F75C6">
            <w:pPr>
              <w:rPr>
                <w:sz w:val="24"/>
                <w:szCs w:val="24"/>
              </w:rPr>
            </w:pPr>
            <w:r w:rsidRPr="00706586">
              <w:rPr>
                <w:sz w:val="24"/>
                <w:szCs w:val="24"/>
              </w:rPr>
              <w:t>1.1NC1a; 3.1NC1b</w:t>
            </w:r>
          </w:p>
        </w:tc>
      </w:tr>
      <w:tr w:rsidR="003458F8" w:rsidRPr="00706586" w14:paraId="64550C5A"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148C1F6B" w14:textId="77777777" w:rsidR="001C5DA9" w:rsidRPr="00706586" w:rsidRDefault="004F75C6">
            <w:pPr>
              <w:rPr>
                <w:sz w:val="24"/>
                <w:szCs w:val="24"/>
              </w:rPr>
            </w:pPr>
            <w:r w:rsidRPr="00706586">
              <w:rPr>
                <w:sz w:val="24"/>
                <w:szCs w:val="24"/>
              </w:rPr>
              <w:t>11</w:t>
            </w:r>
          </w:p>
        </w:tc>
        <w:tc>
          <w:tcPr>
            <w:tcW w:w="709" w:type="dxa"/>
            <w:tcBorders>
              <w:top w:val="single" w:sz="4" w:space="0" w:color="8A6DB0"/>
              <w:left w:val="single" w:sz="4" w:space="0" w:color="8A6DB0"/>
              <w:bottom w:val="single" w:sz="4" w:space="0" w:color="8A6DB0"/>
              <w:right w:val="single" w:sz="4" w:space="0" w:color="8A6DB0"/>
            </w:tcBorders>
            <w:vAlign w:val="center"/>
          </w:tcPr>
          <w:p w14:paraId="5E9DFAA0"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6DA4B326" w14:textId="77777777" w:rsidR="001C5DA9" w:rsidRPr="00706586" w:rsidRDefault="004F75C6">
            <w:pPr>
              <w:rPr>
                <w:sz w:val="24"/>
                <w:szCs w:val="24"/>
              </w:rPr>
            </w:pPr>
            <w:r w:rsidRPr="00706586">
              <w:rPr>
                <w:sz w:val="24"/>
                <w:szCs w:val="24"/>
              </w:rPr>
              <w:t>4</w:t>
            </w:r>
          </w:p>
        </w:tc>
        <w:tc>
          <w:tcPr>
            <w:tcW w:w="1732" w:type="dxa"/>
            <w:tcBorders>
              <w:top w:val="single" w:sz="4" w:space="0" w:color="8A6DB0"/>
              <w:left w:val="single" w:sz="4" w:space="0" w:color="8A6DB0"/>
              <w:bottom w:val="single" w:sz="4" w:space="0" w:color="8A6DB0"/>
              <w:right w:val="single" w:sz="4" w:space="0" w:color="8A6DB0"/>
            </w:tcBorders>
          </w:tcPr>
          <w:p w14:paraId="6279AFA4" w14:textId="77777777" w:rsidR="001C5DA9" w:rsidRPr="00706586" w:rsidRDefault="004F75C6">
            <w:pPr>
              <w:rPr>
                <w:sz w:val="24"/>
                <w:szCs w:val="24"/>
              </w:rPr>
            </w:pPr>
            <w:r w:rsidRPr="00706586">
              <w:rPr>
                <w:sz w:val="24"/>
                <w:szCs w:val="24"/>
              </w:rPr>
              <w:t>Bài 3. Cấu trúc lớp vỏ electron nguyên tử (tiết 4)</w:t>
            </w:r>
          </w:p>
        </w:tc>
        <w:tc>
          <w:tcPr>
            <w:tcW w:w="647" w:type="dxa"/>
            <w:tcBorders>
              <w:top w:val="single" w:sz="4" w:space="0" w:color="8A6DB0"/>
              <w:left w:val="single" w:sz="4" w:space="0" w:color="8A6DB0"/>
              <w:bottom w:val="single" w:sz="4" w:space="0" w:color="8A6DB0"/>
              <w:right w:val="single" w:sz="4" w:space="0" w:color="8A6DB0"/>
            </w:tcBorders>
            <w:vAlign w:val="center"/>
          </w:tcPr>
          <w:p w14:paraId="715403B6"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3F1F54DA" w14:textId="77777777" w:rsidR="001C5DA9" w:rsidRPr="00706586" w:rsidRDefault="004F75C6">
            <w:pPr>
              <w:rPr>
                <w:sz w:val="24"/>
                <w:szCs w:val="24"/>
              </w:rPr>
            </w:pPr>
            <w:r w:rsidRPr="00706586">
              <w:rPr>
                <w:sz w:val="24"/>
                <w:szCs w:val="24"/>
              </w:rPr>
              <w:t>Vận dụng: Viết được cấu hình electron nguyên tử theo lớp, phân lớp electron và theo ô orbital khi biết số hiệu nguyên tử Z của 20 nguyên tố đầu tiên trong bảng tuần hoàn. Dựa vào đặc điểm cấu hình electron lớp ngoài cùng dự đoán được tính chất hoá học cơ bản (kim loại hay phi kim) của nguyên tố tương ứng.</w:t>
            </w:r>
          </w:p>
        </w:tc>
        <w:tc>
          <w:tcPr>
            <w:tcW w:w="1807" w:type="dxa"/>
            <w:tcBorders>
              <w:top w:val="single" w:sz="4" w:space="0" w:color="8A6DB0"/>
              <w:left w:val="single" w:sz="4" w:space="0" w:color="8A6DB0"/>
              <w:bottom w:val="single" w:sz="4" w:space="0" w:color="8A6DB0"/>
              <w:right w:val="single" w:sz="4" w:space="0" w:color="8A6DB0"/>
            </w:tcBorders>
          </w:tcPr>
          <w:p w14:paraId="3007133A" w14:textId="77777777" w:rsidR="001C5DA9" w:rsidRPr="00706586" w:rsidRDefault="004F75C6">
            <w:pPr>
              <w:rPr>
                <w:sz w:val="24"/>
                <w:szCs w:val="24"/>
              </w:rPr>
            </w:pPr>
            <w:r w:rsidRPr="00706586">
              <w:rPr>
                <w:sz w:val="24"/>
                <w:szCs w:val="24"/>
              </w:rPr>
              <w:t>– Phiếu học tập, bảng tuần hoàn.</w:t>
            </w:r>
          </w:p>
        </w:tc>
        <w:tc>
          <w:tcPr>
            <w:tcW w:w="3153" w:type="dxa"/>
            <w:tcBorders>
              <w:top w:val="single" w:sz="4" w:space="0" w:color="8A6DB0"/>
              <w:left w:val="single" w:sz="4" w:space="0" w:color="8A6DB0"/>
              <w:bottom w:val="single" w:sz="4" w:space="0" w:color="8A6DB0"/>
              <w:right w:val="single" w:sz="4" w:space="0" w:color="8A6DB0"/>
            </w:tcBorders>
          </w:tcPr>
          <w:p w14:paraId="1A795E5B" w14:textId="77777777" w:rsidR="001C5DA9" w:rsidRPr="00706586" w:rsidRDefault="004F75C6">
            <w:pPr>
              <w:rPr>
                <w:sz w:val="24"/>
                <w:szCs w:val="24"/>
              </w:rPr>
            </w:pPr>
            <w:r w:rsidRPr="00706586">
              <w:rPr>
                <w:sz w:val="24"/>
                <w:szCs w:val="24"/>
              </w:rPr>
              <w:t>– Tạo sản phẩm số: Có thể tạo biểu đồ hoặc bảng số hóa cấu hình electron.</w:t>
            </w:r>
          </w:p>
        </w:tc>
        <w:tc>
          <w:tcPr>
            <w:tcW w:w="1418" w:type="dxa"/>
            <w:tcBorders>
              <w:top w:val="single" w:sz="4" w:space="0" w:color="8A6DB0"/>
              <w:left w:val="single" w:sz="4" w:space="0" w:color="8A6DB0"/>
              <w:bottom w:val="single" w:sz="4" w:space="0" w:color="8A6DB0"/>
              <w:right w:val="single" w:sz="4" w:space="0" w:color="8A6DB0"/>
            </w:tcBorders>
          </w:tcPr>
          <w:p w14:paraId="3D258B12" w14:textId="77777777" w:rsidR="001C5DA9" w:rsidRPr="00706586" w:rsidRDefault="004F75C6">
            <w:pPr>
              <w:rPr>
                <w:sz w:val="24"/>
                <w:szCs w:val="24"/>
              </w:rPr>
            </w:pPr>
            <w:r w:rsidRPr="00706586">
              <w:rPr>
                <w:sz w:val="24"/>
                <w:szCs w:val="24"/>
              </w:rPr>
              <w:t>1.1NC1a; 3.1NC1b</w:t>
            </w:r>
          </w:p>
        </w:tc>
      </w:tr>
      <w:tr w:rsidR="003458F8" w:rsidRPr="00706586" w14:paraId="61F3799C" w14:textId="77777777" w:rsidTr="002E6CD2">
        <w:tc>
          <w:tcPr>
            <w:tcW w:w="15701" w:type="dxa"/>
            <w:gridSpan w:val="9"/>
            <w:tcBorders>
              <w:top w:val="single" w:sz="4" w:space="0" w:color="8A6DB0"/>
              <w:left w:val="single" w:sz="4" w:space="0" w:color="8A6DB0"/>
              <w:bottom w:val="single" w:sz="4" w:space="0" w:color="8A6DB0"/>
              <w:right w:val="single" w:sz="4" w:space="0" w:color="8A6DB0"/>
            </w:tcBorders>
            <w:shd w:val="clear" w:color="auto" w:fill="E6A000"/>
            <w:vAlign w:val="center"/>
          </w:tcPr>
          <w:p w14:paraId="2DC7B83B" w14:textId="77777777" w:rsidR="001C5DA9" w:rsidRPr="00706586" w:rsidRDefault="004F75C6">
            <w:pPr>
              <w:rPr>
                <w:sz w:val="24"/>
                <w:szCs w:val="24"/>
              </w:rPr>
            </w:pPr>
            <w:r w:rsidRPr="00706586">
              <w:rPr>
                <w:b/>
                <w:color w:val="FFFFFF"/>
                <w:sz w:val="24"/>
                <w:szCs w:val="24"/>
              </w:rPr>
              <w:t>Chuyên đề 3: THỰC HÀNH HOÁ HỌC VÀ CÔNG NGHỆ THÔNG TIN</w:t>
            </w:r>
          </w:p>
        </w:tc>
      </w:tr>
      <w:tr w:rsidR="003458F8" w:rsidRPr="00706586" w14:paraId="3F786044"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548D4F21" w14:textId="77777777" w:rsidR="001C5DA9" w:rsidRPr="00706586" w:rsidRDefault="004F75C6">
            <w:pPr>
              <w:rPr>
                <w:sz w:val="24"/>
                <w:szCs w:val="24"/>
              </w:rPr>
            </w:pPr>
            <w:r w:rsidRPr="00706586">
              <w:rPr>
                <w:sz w:val="24"/>
                <w:szCs w:val="24"/>
              </w:rPr>
              <w:t>12</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4C218FB0"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3E921F97" w14:textId="77777777" w:rsidR="001C5DA9" w:rsidRPr="00706586" w:rsidRDefault="004F75C6">
            <w:pPr>
              <w:rPr>
                <w:sz w:val="24"/>
                <w:szCs w:val="24"/>
              </w:rPr>
            </w:pPr>
            <w:r w:rsidRPr="00706586">
              <w:rPr>
                <w:sz w:val="24"/>
                <w:szCs w:val="24"/>
              </w:rPr>
              <w:t>4</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06D2B6BB" w14:textId="77777777" w:rsidR="001C5DA9" w:rsidRPr="00706586" w:rsidRDefault="004F75C6">
            <w:pPr>
              <w:rPr>
                <w:sz w:val="24"/>
                <w:szCs w:val="24"/>
              </w:rPr>
            </w:pPr>
            <w:r w:rsidRPr="00706586">
              <w:rPr>
                <w:sz w:val="24"/>
                <w:szCs w:val="24"/>
              </w:rPr>
              <w:t>CĐ3(Bài 10). Thực hành thí nghiệm hóa học ảo (tiết 1)</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5CB8D35D"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39916FCD" w14:textId="77777777" w:rsidR="001C5DA9" w:rsidRPr="00706586" w:rsidRDefault="004F75C6">
            <w:pPr>
              <w:rPr>
                <w:sz w:val="24"/>
                <w:szCs w:val="24"/>
              </w:rPr>
            </w:pPr>
            <w:r w:rsidRPr="00706586">
              <w:rPr>
                <w:sz w:val="24"/>
                <w:szCs w:val="24"/>
              </w:rPr>
              <w:t>Thực hiện được thí nghiệm ảo theo nội dung được giao trước từ giáo viên. Vận dụng: Cài đặt phần mềm, làm quen giao diện; thao tác thí nghiệm ảo chủ đề cấu tạo nguyên tử.</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1B7ADD39" w14:textId="77777777" w:rsidR="001C5DA9" w:rsidRPr="00706586" w:rsidRDefault="004F75C6">
            <w:pPr>
              <w:rPr>
                <w:sz w:val="24"/>
                <w:szCs w:val="24"/>
              </w:rPr>
            </w:pPr>
            <w:r w:rsidRPr="00706586">
              <w:rPr>
                <w:sz w:val="24"/>
                <w:szCs w:val="24"/>
              </w:rPr>
              <w:t>– Máy tính, máy chiếu. – Phần mềm thí nghiệm ảo (PhET, Avogadro…). – Phiếu học tập.</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53858DB3" w14:textId="77777777" w:rsidR="001C5DA9" w:rsidRPr="00706586" w:rsidRDefault="004F75C6">
            <w:pPr>
              <w:rPr>
                <w:sz w:val="24"/>
                <w:szCs w:val="24"/>
              </w:rPr>
            </w:pPr>
            <w:r w:rsidRPr="00706586">
              <w:rPr>
                <w:sz w:val="24"/>
                <w:szCs w:val="24"/>
              </w:rPr>
              <w:t>– Sử dụng thiết bị kĩ thuật số: Thực hiện thí nghiệm ảo trên máy tính. – Kĩ năng về thông tin và dữ liệu: Thu thập dữ liệu từ thí nghiệm ảo.</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4599FC7F" w14:textId="77777777" w:rsidR="001C5DA9" w:rsidRPr="00706586" w:rsidRDefault="004F75C6">
            <w:pPr>
              <w:rPr>
                <w:sz w:val="24"/>
                <w:szCs w:val="24"/>
              </w:rPr>
            </w:pPr>
            <w:r w:rsidRPr="00706586">
              <w:rPr>
                <w:sz w:val="24"/>
                <w:szCs w:val="24"/>
              </w:rPr>
              <w:t>1.1NC1a; 1.3NC1a; 5.1NC1b</w:t>
            </w:r>
          </w:p>
        </w:tc>
      </w:tr>
      <w:tr w:rsidR="003458F8" w:rsidRPr="00706586" w14:paraId="32281441"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0811D92A" w14:textId="77777777" w:rsidR="001C5DA9" w:rsidRPr="00706586" w:rsidRDefault="004F75C6">
            <w:pPr>
              <w:rPr>
                <w:sz w:val="24"/>
                <w:szCs w:val="24"/>
              </w:rPr>
            </w:pPr>
            <w:r w:rsidRPr="00706586">
              <w:rPr>
                <w:sz w:val="24"/>
                <w:szCs w:val="24"/>
              </w:rPr>
              <w:t>13</w:t>
            </w:r>
          </w:p>
        </w:tc>
        <w:tc>
          <w:tcPr>
            <w:tcW w:w="709" w:type="dxa"/>
            <w:tcBorders>
              <w:top w:val="single" w:sz="4" w:space="0" w:color="8A6DB0"/>
              <w:left w:val="single" w:sz="4" w:space="0" w:color="8A6DB0"/>
              <w:bottom w:val="single" w:sz="4" w:space="0" w:color="8A6DB0"/>
              <w:right w:val="single" w:sz="4" w:space="0" w:color="8A6DB0"/>
            </w:tcBorders>
            <w:vAlign w:val="center"/>
          </w:tcPr>
          <w:p w14:paraId="2FC4C62C"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2AF35C61" w14:textId="77777777" w:rsidR="001C5DA9" w:rsidRPr="00706586" w:rsidRDefault="004F75C6">
            <w:pPr>
              <w:rPr>
                <w:sz w:val="24"/>
                <w:szCs w:val="24"/>
              </w:rPr>
            </w:pPr>
            <w:r w:rsidRPr="00706586">
              <w:rPr>
                <w:sz w:val="24"/>
                <w:szCs w:val="24"/>
              </w:rPr>
              <w:t>5</w:t>
            </w:r>
          </w:p>
        </w:tc>
        <w:tc>
          <w:tcPr>
            <w:tcW w:w="1732" w:type="dxa"/>
            <w:tcBorders>
              <w:top w:val="single" w:sz="4" w:space="0" w:color="8A6DB0"/>
              <w:left w:val="single" w:sz="4" w:space="0" w:color="8A6DB0"/>
              <w:bottom w:val="single" w:sz="4" w:space="0" w:color="8A6DB0"/>
              <w:right w:val="single" w:sz="4" w:space="0" w:color="8A6DB0"/>
            </w:tcBorders>
          </w:tcPr>
          <w:p w14:paraId="552BB946" w14:textId="77777777" w:rsidR="001C5DA9" w:rsidRPr="00706586" w:rsidRDefault="004F75C6">
            <w:pPr>
              <w:rPr>
                <w:sz w:val="24"/>
                <w:szCs w:val="24"/>
              </w:rPr>
            </w:pPr>
            <w:r w:rsidRPr="00706586">
              <w:rPr>
                <w:sz w:val="24"/>
                <w:szCs w:val="24"/>
              </w:rPr>
              <w:t>Bài 4. Ôn tập chương 1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096F8993"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16FD8966" w14:textId="77777777" w:rsidR="001C5DA9" w:rsidRPr="00706586" w:rsidRDefault="004F75C6">
            <w:pPr>
              <w:rPr>
                <w:sz w:val="24"/>
                <w:szCs w:val="24"/>
              </w:rPr>
            </w:pPr>
            <w:r w:rsidRPr="00706586">
              <w:rPr>
                <w:sz w:val="24"/>
                <w:szCs w:val="24"/>
              </w:rPr>
              <w:t>Hệ thống hóa được các kiến thức chương 1 về nguyên tử; vận dụng được các kiến thức đã học để hoàn thành được các bài tập trong SGK của bài 4.</w:t>
            </w:r>
          </w:p>
        </w:tc>
        <w:tc>
          <w:tcPr>
            <w:tcW w:w="1807" w:type="dxa"/>
            <w:tcBorders>
              <w:top w:val="single" w:sz="4" w:space="0" w:color="8A6DB0"/>
              <w:left w:val="single" w:sz="4" w:space="0" w:color="8A6DB0"/>
              <w:bottom w:val="single" w:sz="4" w:space="0" w:color="8A6DB0"/>
              <w:right w:val="single" w:sz="4" w:space="0" w:color="8A6DB0"/>
            </w:tcBorders>
          </w:tcPr>
          <w:p w14:paraId="178CBBFD" w14:textId="77777777" w:rsidR="001C5DA9" w:rsidRPr="00706586" w:rsidRDefault="004F75C6">
            <w:pPr>
              <w:rPr>
                <w:sz w:val="24"/>
                <w:szCs w:val="24"/>
              </w:rPr>
            </w:pPr>
            <w:r w:rsidRPr="00706586">
              <w:rPr>
                <w:sz w:val="24"/>
                <w:szCs w:val="24"/>
              </w:rPr>
              <w:t>– Sơ đồ tư duy hệ thống kiến thức. – Các phiếu học tập.</w:t>
            </w:r>
          </w:p>
        </w:tc>
        <w:tc>
          <w:tcPr>
            <w:tcW w:w="3153" w:type="dxa"/>
            <w:tcBorders>
              <w:top w:val="single" w:sz="4" w:space="0" w:color="8A6DB0"/>
              <w:left w:val="single" w:sz="4" w:space="0" w:color="8A6DB0"/>
              <w:bottom w:val="single" w:sz="4" w:space="0" w:color="8A6DB0"/>
              <w:right w:val="single" w:sz="4" w:space="0" w:color="8A6DB0"/>
            </w:tcBorders>
          </w:tcPr>
          <w:p w14:paraId="0D1499A7" w14:textId="77777777" w:rsidR="001C5DA9" w:rsidRPr="00706586" w:rsidRDefault="004F75C6">
            <w:pPr>
              <w:rPr>
                <w:sz w:val="24"/>
                <w:szCs w:val="24"/>
              </w:rPr>
            </w:pPr>
            <w:r w:rsidRPr="00706586">
              <w:rPr>
                <w:sz w:val="24"/>
                <w:szCs w:val="24"/>
              </w:rPr>
              <w:t>– Tạo sản phẩm số: Tạo sơ đồ tư duy điện tử để hệ thống kiến thức.</w:t>
            </w:r>
          </w:p>
        </w:tc>
        <w:tc>
          <w:tcPr>
            <w:tcW w:w="1418" w:type="dxa"/>
            <w:tcBorders>
              <w:top w:val="single" w:sz="4" w:space="0" w:color="8A6DB0"/>
              <w:left w:val="single" w:sz="4" w:space="0" w:color="8A6DB0"/>
              <w:bottom w:val="single" w:sz="4" w:space="0" w:color="8A6DB0"/>
              <w:right w:val="single" w:sz="4" w:space="0" w:color="8A6DB0"/>
            </w:tcBorders>
          </w:tcPr>
          <w:p w14:paraId="6A574CBE" w14:textId="77777777" w:rsidR="001C5DA9" w:rsidRPr="00706586" w:rsidRDefault="004F75C6">
            <w:pPr>
              <w:rPr>
                <w:sz w:val="24"/>
                <w:szCs w:val="24"/>
              </w:rPr>
            </w:pPr>
            <w:r w:rsidRPr="00706586">
              <w:rPr>
                <w:sz w:val="24"/>
                <w:szCs w:val="24"/>
              </w:rPr>
              <w:t>3.1NC1a; 1.3NC1a</w:t>
            </w:r>
          </w:p>
        </w:tc>
      </w:tr>
      <w:tr w:rsidR="003458F8" w:rsidRPr="00706586" w14:paraId="0E14485E"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469DC56C" w14:textId="77777777" w:rsidR="001C5DA9" w:rsidRPr="00706586" w:rsidRDefault="004F75C6">
            <w:pPr>
              <w:rPr>
                <w:sz w:val="24"/>
                <w:szCs w:val="24"/>
              </w:rPr>
            </w:pPr>
            <w:r w:rsidRPr="00706586">
              <w:rPr>
                <w:sz w:val="24"/>
                <w:szCs w:val="24"/>
              </w:rPr>
              <w:t>14</w:t>
            </w:r>
          </w:p>
        </w:tc>
        <w:tc>
          <w:tcPr>
            <w:tcW w:w="709" w:type="dxa"/>
            <w:tcBorders>
              <w:top w:val="single" w:sz="4" w:space="0" w:color="8A6DB0"/>
              <w:left w:val="single" w:sz="4" w:space="0" w:color="8A6DB0"/>
              <w:bottom w:val="single" w:sz="4" w:space="0" w:color="8A6DB0"/>
              <w:right w:val="single" w:sz="4" w:space="0" w:color="8A6DB0"/>
            </w:tcBorders>
            <w:vAlign w:val="center"/>
          </w:tcPr>
          <w:p w14:paraId="2DABA8D6"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2D78E319" w14:textId="77777777" w:rsidR="001C5DA9" w:rsidRPr="00706586" w:rsidRDefault="004F75C6">
            <w:pPr>
              <w:rPr>
                <w:sz w:val="24"/>
                <w:szCs w:val="24"/>
              </w:rPr>
            </w:pPr>
            <w:r w:rsidRPr="00706586">
              <w:rPr>
                <w:sz w:val="24"/>
                <w:szCs w:val="24"/>
              </w:rPr>
              <w:t>5</w:t>
            </w:r>
          </w:p>
        </w:tc>
        <w:tc>
          <w:tcPr>
            <w:tcW w:w="1732" w:type="dxa"/>
            <w:tcBorders>
              <w:top w:val="single" w:sz="4" w:space="0" w:color="8A6DB0"/>
              <w:left w:val="single" w:sz="4" w:space="0" w:color="8A6DB0"/>
              <w:bottom w:val="single" w:sz="4" w:space="0" w:color="8A6DB0"/>
              <w:right w:val="single" w:sz="4" w:space="0" w:color="8A6DB0"/>
            </w:tcBorders>
          </w:tcPr>
          <w:p w14:paraId="11AD0941" w14:textId="77777777" w:rsidR="001C5DA9" w:rsidRPr="00706586" w:rsidRDefault="004F75C6">
            <w:pPr>
              <w:rPr>
                <w:sz w:val="24"/>
                <w:szCs w:val="24"/>
              </w:rPr>
            </w:pPr>
            <w:r w:rsidRPr="00706586">
              <w:rPr>
                <w:sz w:val="24"/>
                <w:szCs w:val="24"/>
              </w:rPr>
              <w:t>Bài 4. Ôn tập chương 1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3648CDEB"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221078E7" w14:textId="77777777" w:rsidR="001C5DA9" w:rsidRPr="00706586" w:rsidRDefault="004F75C6">
            <w:pPr>
              <w:rPr>
                <w:sz w:val="24"/>
                <w:szCs w:val="24"/>
              </w:rPr>
            </w:pPr>
            <w:r w:rsidRPr="00706586">
              <w:rPr>
                <w:sz w:val="24"/>
                <w:szCs w:val="24"/>
              </w:rPr>
              <w:t>Vận dụng: Trả lời được các câu hỏi, bài tập củng cố, luyện tập chương 1.</w:t>
            </w:r>
          </w:p>
        </w:tc>
        <w:tc>
          <w:tcPr>
            <w:tcW w:w="1807" w:type="dxa"/>
            <w:tcBorders>
              <w:top w:val="single" w:sz="4" w:space="0" w:color="8A6DB0"/>
              <w:left w:val="single" w:sz="4" w:space="0" w:color="8A6DB0"/>
              <w:bottom w:val="single" w:sz="4" w:space="0" w:color="8A6DB0"/>
              <w:right w:val="single" w:sz="4" w:space="0" w:color="8A6DB0"/>
            </w:tcBorders>
          </w:tcPr>
          <w:p w14:paraId="6CFB0929" w14:textId="77777777" w:rsidR="001C5DA9" w:rsidRPr="00706586" w:rsidRDefault="004F75C6">
            <w:pPr>
              <w:rPr>
                <w:sz w:val="24"/>
                <w:szCs w:val="24"/>
              </w:rPr>
            </w:pPr>
            <w:r w:rsidRPr="00706586">
              <w:rPr>
                <w:sz w:val="24"/>
                <w:szCs w:val="24"/>
              </w:rPr>
              <w:t>– Các phiếu học tập, bài KTTX số 1.</w:t>
            </w:r>
          </w:p>
        </w:tc>
        <w:tc>
          <w:tcPr>
            <w:tcW w:w="3153" w:type="dxa"/>
            <w:tcBorders>
              <w:top w:val="single" w:sz="4" w:space="0" w:color="8A6DB0"/>
              <w:left w:val="single" w:sz="4" w:space="0" w:color="8A6DB0"/>
              <w:bottom w:val="single" w:sz="4" w:space="0" w:color="8A6DB0"/>
              <w:right w:val="single" w:sz="4" w:space="0" w:color="8A6DB0"/>
            </w:tcBorders>
          </w:tcPr>
          <w:p w14:paraId="759B6287" w14:textId="77777777" w:rsidR="001C5DA9" w:rsidRPr="00706586" w:rsidRDefault="004F75C6">
            <w:pPr>
              <w:rPr>
                <w:sz w:val="24"/>
                <w:szCs w:val="24"/>
              </w:rPr>
            </w:pPr>
            <w:r w:rsidRPr="00706586">
              <w:rPr>
                <w:sz w:val="24"/>
                <w:szCs w:val="24"/>
              </w:rPr>
              <w:t>– Kĩ năng về thông tin và dữ 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651FBFF7" w14:textId="77777777" w:rsidR="001C5DA9" w:rsidRPr="00706586" w:rsidRDefault="004F75C6">
            <w:pPr>
              <w:rPr>
                <w:sz w:val="24"/>
                <w:szCs w:val="24"/>
              </w:rPr>
            </w:pPr>
            <w:r w:rsidRPr="00706586">
              <w:rPr>
                <w:sz w:val="24"/>
                <w:szCs w:val="24"/>
              </w:rPr>
              <w:t>3.1NC1a; 1.3NC1a</w:t>
            </w:r>
          </w:p>
        </w:tc>
      </w:tr>
      <w:tr w:rsidR="003458F8" w:rsidRPr="00706586" w14:paraId="00ED2748"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3B28E543" w14:textId="77777777" w:rsidR="001C5DA9" w:rsidRPr="00706586" w:rsidRDefault="004F75C6">
            <w:pPr>
              <w:rPr>
                <w:sz w:val="24"/>
                <w:szCs w:val="24"/>
              </w:rPr>
            </w:pPr>
            <w:r w:rsidRPr="00706586">
              <w:rPr>
                <w:sz w:val="24"/>
                <w:szCs w:val="24"/>
              </w:rPr>
              <w:t>15</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2AF00E23"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565B238A" w14:textId="77777777" w:rsidR="001C5DA9" w:rsidRPr="00706586" w:rsidRDefault="004F75C6">
            <w:pPr>
              <w:rPr>
                <w:sz w:val="24"/>
                <w:szCs w:val="24"/>
              </w:rPr>
            </w:pPr>
            <w:r w:rsidRPr="00706586">
              <w:rPr>
                <w:sz w:val="24"/>
                <w:szCs w:val="24"/>
              </w:rPr>
              <w:t>5</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016F4246" w14:textId="77777777" w:rsidR="001C5DA9" w:rsidRPr="00706586" w:rsidRDefault="004F75C6">
            <w:pPr>
              <w:rPr>
                <w:sz w:val="24"/>
                <w:szCs w:val="24"/>
              </w:rPr>
            </w:pPr>
            <w:r w:rsidRPr="00706586">
              <w:rPr>
                <w:sz w:val="24"/>
                <w:szCs w:val="24"/>
              </w:rPr>
              <w:t>CĐ3(Bài 10). Thực hành thí nghiệm hóa học ảo (tiết 2)</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244E2271"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648C0691" w14:textId="77777777" w:rsidR="001C5DA9" w:rsidRPr="00706586" w:rsidRDefault="004F75C6">
            <w:pPr>
              <w:rPr>
                <w:sz w:val="24"/>
                <w:szCs w:val="24"/>
              </w:rPr>
            </w:pPr>
            <w:r w:rsidRPr="00706586">
              <w:rPr>
                <w:sz w:val="24"/>
                <w:szCs w:val="24"/>
              </w:rPr>
              <w:t>Phân tích và lí giải được kết quả thí nghiệm ảo. Giải quyết vấn đề: Sử dụng thí nghiệm ảo để giải quyết vấn đề thực nghiệm.</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6AE4D2E2" w14:textId="77777777" w:rsidR="001C5DA9" w:rsidRPr="00706586" w:rsidRDefault="004F75C6">
            <w:pPr>
              <w:rPr>
                <w:sz w:val="24"/>
                <w:szCs w:val="24"/>
              </w:rPr>
            </w:pPr>
            <w:r w:rsidRPr="00706586">
              <w:rPr>
                <w:sz w:val="24"/>
                <w:szCs w:val="24"/>
              </w:rPr>
              <w:t>– Máy tính, phần mềm thí nghiệm ảo. –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677B2754" w14:textId="77777777" w:rsidR="001C5DA9" w:rsidRPr="00706586" w:rsidRDefault="004F75C6">
            <w:pPr>
              <w:rPr>
                <w:sz w:val="24"/>
                <w:szCs w:val="24"/>
              </w:rPr>
            </w:pPr>
            <w:r w:rsidRPr="00706586">
              <w:rPr>
                <w:sz w:val="24"/>
                <w:szCs w:val="24"/>
              </w:rPr>
              <w:t>– Kĩ năng về thông tin và dữ liệu: Phân tích dữ liệu từ thí nghiệm ảo.</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7AA0ABD6" w14:textId="77777777" w:rsidR="001C5DA9" w:rsidRPr="00706586" w:rsidRDefault="004F75C6">
            <w:pPr>
              <w:rPr>
                <w:sz w:val="24"/>
                <w:szCs w:val="24"/>
              </w:rPr>
            </w:pPr>
            <w:r w:rsidRPr="00706586">
              <w:rPr>
                <w:sz w:val="24"/>
                <w:szCs w:val="24"/>
              </w:rPr>
              <w:t>1.1NC1a; 1.3NC1a; 5.1NC1b</w:t>
            </w:r>
          </w:p>
        </w:tc>
      </w:tr>
      <w:tr w:rsidR="003458F8" w:rsidRPr="00706586" w14:paraId="775A6306"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2508B66C" w14:textId="77777777" w:rsidR="001C5DA9" w:rsidRPr="00706586" w:rsidRDefault="004F75C6">
            <w:pPr>
              <w:rPr>
                <w:sz w:val="24"/>
                <w:szCs w:val="24"/>
              </w:rPr>
            </w:pPr>
            <w:r w:rsidRPr="00706586">
              <w:rPr>
                <w:sz w:val="24"/>
                <w:szCs w:val="24"/>
              </w:rPr>
              <w:t>16</w:t>
            </w:r>
          </w:p>
        </w:tc>
        <w:tc>
          <w:tcPr>
            <w:tcW w:w="709" w:type="dxa"/>
            <w:tcBorders>
              <w:top w:val="single" w:sz="4" w:space="0" w:color="8A6DB0"/>
              <w:left w:val="single" w:sz="4" w:space="0" w:color="8A6DB0"/>
              <w:bottom w:val="single" w:sz="4" w:space="0" w:color="8A6DB0"/>
              <w:right w:val="single" w:sz="4" w:space="0" w:color="8A6DB0"/>
            </w:tcBorders>
            <w:vAlign w:val="center"/>
          </w:tcPr>
          <w:p w14:paraId="5A4B08BA"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0B9AB575" w14:textId="77777777" w:rsidR="001C5DA9" w:rsidRPr="00706586" w:rsidRDefault="004F75C6">
            <w:pPr>
              <w:rPr>
                <w:sz w:val="24"/>
                <w:szCs w:val="24"/>
              </w:rPr>
            </w:pPr>
            <w:r w:rsidRPr="00706586">
              <w:rPr>
                <w:sz w:val="24"/>
                <w:szCs w:val="24"/>
              </w:rPr>
              <w:t>6</w:t>
            </w:r>
          </w:p>
        </w:tc>
        <w:tc>
          <w:tcPr>
            <w:tcW w:w="1732" w:type="dxa"/>
            <w:tcBorders>
              <w:top w:val="single" w:sz="4" w:space="0" w:color="8A6DB0"/>
              <w:left w:val="single" w:sz="4" w:space="0" w:color="8A6DB0"/>
              <w:bottom w:val="single" w:sz="4" w:space="0" w:color="8A6DB0"/>
              <w:right w:val="single" w:sz="4" w:space="0" w:color="8A6DB0"/>
            </w:tcBorders>
          </w:tcPr>
          <w:p w14:paraId="492FF842" w14:textId="77777777" w:rsidR="001C5DA9" w:rsidRPr="00706586" w:rsidRDefault="004F75C6">
            <w:pPr>
              <w:rPr>
                <w:sz w:val="24"/>
                <w:szCs w:val="24"/>
              </w:rPr>
            </w:pPr>
            <w:r w:rsidRPr="00706586">
              <w:rPr>
                <w:sz w:val="24"/>
                <w:szCs w:val="24"/>
              </w:rPr>
              <w:t xml:space="preserve">Bài 4. Ôn tập </w:t>
            </w:r>
            <w:r w:rsidRPr="00706586">
              <w:rPr>
                <w:sz w:val="24"/>
                <w:szCs w:val="24"/>
              </w:rPr>
              <w:lastRenderedPageBreak/>
              <w:t>chương 1 (tiết 3)</w:t>
            </w:r>
          </w:p>
        </w:tc>
        <w:tc>
          <w:tcPr>
            <w:tcW w:w="647" w:type="dxa"/>
            <w:tcBorders>
              <w:top w:val="single" w:sz="4" w:space="0" w:color="8A6DB0"/>
              <w:left w:val="single" w:sz="4" w:space="0" w:color="8A6DB0"/>
              <w:bottom w:val="single" w:sz="4" w:space="0" w:color="8A6DB0"/>
              <w:right w:val="single" w:sz="4" w:space="0" w:color="8A6DB0"/>
            </w:tcBorders>
            <w:vAlign w:val="center"/>
          </w:tcPr>
          <w:p w14:paraId="5053E301" w14:textId="77777777" w:rsidR="001C5DA9" w:rsidRPr="00706586" w:rsidRDefault="004F75C6">
            <w:pPr>
              <w:rPr>
                <w:sz w:val="24"/>
                <w:szCs w:val="24"/>
              </w:rPr>
            </w:pPr>
            <w:r w:rsidRPr="00706586">
              <w:rPr>
                <w:sz w:val="24"/>
                <w:szCs w:val="24"/>
              </w:rPr>
              <w:lastRenderedPageBreak/>
              <w:t>1</w:t>
            </w:r>
          </w:p>
        </w:tc>
        <w:tc>
          <w:tcPr>
            <w:tcW w:w="4598" w:type="dxa"/>
            <w:tcBorders>
              <w:top w:val="single" w:sz="4" w:space="0" w:color="8A6DB0"/>
              <w:left w:val="single" w:sz="4" w:space="0" w:color="8A6DB0"/>
              <w:bottom w:val="single" w:sz="4" w:space="0" w:color="8A6DB0"/>
              <w:right w:val="single" w:sz="4" w:space="0" w:color="8A6DB0"/>
            </w:tcBorders>
          </w:tcPr>
          <w:p w14:paraId="3D386DD6" w14:textId="77777777" w:rsidR="001C5DA9" w:rsidRPr="00706586" w:rsidRDefault="004F75C6">
            <w:pPr>
              <w:rPr>
                <w:sz w:val="24"/>
                <w:szCs w:val="24"/>
              </w:rPr>
            </w:pPr>
            <w:r w:rsidRPr="00706586">
              <w:rPr>
                <w:sz w:val="24"/>
                <w:szCs w:val="24"/>
              </w:rPr>
              <w:t xml:space="preserve">Vận dụng: Làm bài kiểm tra thường xuyên số </w:t>
            </w:r>
            <w:r w:rsidRPr="00706586">
              <w:rPr>
                <w:sz w:val="24"/>
                <w:szCs w:val="24"/>
              </w:rPr>
              <w:lastRenderedPageBreak/>
              <w:t>1 (bài KTTX số 1) chương 1; chữa bài.</w:t>
            </w:r>
          </w:p>
        </w:tc>
        <w:tc>
          <w:tcPr>
            <w:tcW w:w="1807" w:type="dxa"/>
            <w:tcBorders>
              <w:top w:val="single" w:sz="4" w:space="0" w:color="8A6DB0"/>
              <w:left w:val="single" w:sz="4" w:space="0" w:color="8A6DB0"/>
              <w:bottom w:val="single" w:sz="4" w:space="0" w:color="8A6DB0"/>
              <w:right w:val="single" w:sz="4" w:space="0" w:color="8A6DB0"/>
            </w:tcBorders>
          </w:tcPr>
          <w:p w14:paraId="38DA87BB" w14:textId="77777777" w:rsidR="001C5DA9" w:rsidRPr="00706586" w:rsidRDefault="004F75C6">
            <w:pPr>
              <w:rPr>
                <w:sz w:val="24"/>
                <w:szCs w:val="24"/>
              </w:rPr>
            </w:pPr>
            <w:r w:rsidRPr="00706586">
              <w:rPr>
                <w:sz w:val="24"/>
                <w:szCs w:val="24"/>
              </w:rPr>
              <w:lastRenderedPageBreak/>
              <w:t xml:space="preserve">– Bài KTTX số </w:t>
            </w:r>
            <w:r w:rsidRPr="00706586">
              <w:rPr>
                <w:sz w:val="24"/>
                <w:szCs w:val="24"/>
              </w:rPr>
              <w:lastRenderedPageBreak/>
              <w:t>1, đáp án biểu điểm.</w:t>
            </w:r>
          </w:p>
        </w:tc>
        <w:tc>
          <w:tcPr>
            <w:tcW w:w="3153" w:type="dxa"/>
            <w:tcBorders>
              <w:top w:val="single" w:sz="4" w:space="0" w:color="8A6DB0"/>
              <w:left w:val="single" w:sz="4" w:space="0" w:color="8A6DB0"/>
              <w:bottom w:val="single" w:sz="4" w:space="0" w:color="8A6DB0"/>
              <w:right w:val="single" w:sz="4" w:space="0" w:color="8A6DB0"/>
            </w:tcBorders>
          </w:tcPr>
          <w:p w14:paraId="3295D45F" w14:textId="77777777" w:rsidR="001C5DA9" w:rsidRPr="00706586" w:rsidRDefault="004F75C6">
            <w:pPr>
              <w:rPr>
                <w:sz w:val="24"/>
                <w:szCs w:val="24"/>
              </w:rPr>
            </w:pPr>
            <w:r w:rsidRPr="00706586">
              <w:rPr>
                <w:sz w:val="24"/>
                <w:szCs w:val="24"/>
              </w:rPr>
              <w:lastRenderedPageBreak/>
              <w:t xml:space="preserve">– Kĩ năng về thông tin và dữ </w:t>
            </w:r>
            <w:r w:rsidRPr="00706586">
              <w:rPr>
                <w:sz w:val="24"/>
                <w:szCs w:val="24"/>
              </w:rPr>
              <w:lastRenderedPageBreak/>
              <w:t>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39010645" w14:textId="77777777" w:rsidR="001C5DA9" w:rsidRPr="00706586" w:rsidRDefault="004F75C6">
            <w:pPr>
              <w:rPr>
                <w:sz w:val="24"/>
                <w:szCs w:val="24"/>
              </w:rPr>
            </w:pPr>
            <w:r w:rsidRPr="00706586">
              <w:rPr>
                <w:sz w:val="24"/>
                <w:szCs w:val="24"/>
              </w:rPr>
              <w:lastRenderedPageBreak/>
              <w:t xml:space="preserve">3.1NC1a; </w:t>
            </w:r>
            <w:r w:rsidRPr="00706586">
              <w:rPr>
                <w:sz w:val="24"/>
                <w:szCs w:val="24"/>
              </w:rPr>
              <w:lastRenderedPageBreak/>
              <w:t>1.3NC1a</w:t>
            </w:r>
          </w:p>
        </w:tc>
      </w:tr>
      <w:tr w:rsidR="003458F8" w:rsidRPr="00706586" w14:paraId="4C131917" w14:textId="77777777" w:rsidTr="002E6CD2">
        <w:tc>
          <w:tcPr>
            <w:tcW w:w="15701" w:type="dxa"/>
            <w:gridSpan w:val="9"/>
            <w:tcBorders>
              <w:top w:val="single" w:sz="4" w:space="0" w:color="8A6DB0"/>
              <w:left w:val="single" w:sz="4" w:space="0" w:color="8A6DB0"/>
              <w:bottom w:val="single" w:sz="4" w:space="0" w:color="8A6DB0"/>
              <w:right w:val="single" w:sz="4" w:space="0" w:color="8A6DB0"/>
            </w:tcBorders>
            <w:shd w:val="clear" w:color="auto" w:fill="2F5597"/>
            <w:vAlign w:val="center"/>
          </w:tcPr>
          <w:p w14:paraId="6195D4D7" w14:textId="77777777" w:rsidR="001C5DA9" w:rsidRPr="00706586" w:rsidRDefault="004F75C6">
            <w:pPr>
              <w:rPr>
                <w:sz w:val="24"/>
                <w:szCs w:val="24"/>
              </w:rPr>
            </w:pPr>
            <w:r w:rsidRPr="00706586">
              <w:rPr>
                <w:b/>
                <w:color w:val="FFFFFF"/>
                <w:sz w:val="24"/>
                <w:szCs w:val="24"/>
              </w:rPr>
              <w:lastRenderedPageBreak/>
              <w:t>Chương 2. BẢNG TUẦN HOÀN CÁC NGUYÊN TỐ HÓA HỌC</w:t>
            </w:r>
          </w:p>
        </w:tc>
      </w:tr>
      <w:tr w:rsidR="003458F8" w:rsidRPr="00706586" w14:paraId="22689B5B"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13B67128" w14:textId="77777777" w:rsidR="001C5DA9" w:rsidRPr="00706586" w:rsidRDefault="004F75C6">
            <w:pPr>
              <w:rPr>
                <w:sz w:val="24"/>
                <w:szCs w:val="24"/>
              </w:rPr>
            </w:pPr>
            <w:r w:rsidRPr="00706586">
              <w:rPr>
                <w:sz w:val="24"/>
                <w:szCs w:val="24"/>
              </w:rPr>
              <w:t>17</w:t>
            </w:r>
          </w:p>
        </w:tc>
        <w:tc>
          <w:tcPr>
            <w:tcW w:w="709" w:type="dxa"/>
            <w:tcBorders>
              <w:top w:val="single" w:sz="4" w:space="0" w:color="8A6DB0"/>
              <w:left w:val="single" w:sz="4" w:space="0" w:color="8A6DB0"/>
              <w:bottom w:val="single" w:sz="4" w:space="0" w:color="8A6DB0"/>
              <w:right w:val="single" w:sz="4" w:space="0" w:color="8A6DB0"/>
            </w:tcBorders>
            <w:vAlign w:val="center"/>
          </w:tcPr>
          <w:p w14:paraId="591FD14A"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34ACE1D8" w14:textId="77777777" w:rsidR="001C5DA9" w:rsidRPr="00706586" w:rsidRDefault="004F75C6">
            <w:pPr>
              <w:rPr>
                <w:sz w:val="24"/>
                <w:szCs w:val="24"/>
              </w:rPr>
            </w:pPr>
            <w:r w:rsidRPr="00706586">
              <w:rPr>
                <w:sz w:val="24"/>
                <w:szCs w:val="24"/>
              </w:rPr>
              <w:t>6</w:t>
            </w:r>
          </w:p>
        </w:tc>
        <w:tc>
          <w:tcPr>
            <w:tcW w:w="1732" w:type="dxa"/>
            <w:tcBorders>
              <w:top w:val="single" w:sz="4" w:space="0" w:color="8A6DB0"/>
              <w:left w:val="single" w:sz="4" w:space="0" w:color="8A6DB0"/>
              <w:bottom w:val="single" w:sz="4" w:space="0" w:color="8A6DB0"/>
              <w:right w:val="single" w:sz="4" w:space="0" w:color="8A6DB0"/>
            </w:tcBorders>
          </w:tcPr>
          <w:p w14:paraId="6760ECC4" w14:textId="77777777" w:rsidR="001C5DA9" w:rsidRPr="00706586" w:rsidRDefault="004F75C6">
            <w:pPr>
              <w:rPr>
                <w:sz w:val="24"/>
                <w:szCs w:val="24"/>
              </w:rPr>
            </w:pPr>
            <w:r w:rsidRPr="00706586">
              <w:rPr>
                <w:sz w:val="24"/>
                <w:szCs w:val="24"/>
              </w:rPr>
              <w:t>Bài 5. Cấu tạo bảng tuần hoàn các nguyên tố hóa học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0C67F81E"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0BA6535E" w14:textId="77777777" w:rsidR="001C5DA9" w:rsidRPr="00706586" w:rsidRDefault="004F75C6">
            <w:pPr>
              <w:rPr>
                <w:sz w:val="24"/>
                <w:szCs w:val="24"/>
              </w:rPr>
            </w:pPr>
            <w:r w:rsidRPr="00706586">
              <w:rPr>
                <w:sz w:val="24"/>
                <w:szCs w:val="24"/>
              </w:rPr>
              <w:t>Nhận biết: Lịch sử phát minh định luật tuần hoàn và bảng tuần hoàn các nguyên tố hoá học. Thông hiểu: Mô tả được cấu tạo của bảng tuần hoàn các nguyên tố hoá học và nêu được các khái niệm liên quan (ô, chu kì, nhóm).</w:t>
            </w:r>
          </w:p>
        </w:tc>
        <w:tc>
          <w:tcPr>
            <w:tcW w:w="1807" w:type="dxa"/>
            <w:tcBorders>
              <w:top w:val="single" w:sz="4" w:space="0" w:color="8A6DB0"/>
              <w:left w:val="single" w:sz="4" w:space="0" w:color="8A6DB0"/>
              <w:bottom w:val="single" w:sz="4" w:space="0" w:color="8A6DB0"/>
              <w:right w:val="single" w:sz="4" w:space="0" w:color="8A6DB0"/>
            </w:tcBorders>
          </w:tcPr>
          <w:p w14:paraId="06D90708" w14:textId="77777777" w:rsidR="001C5DA9" w:rsidRPr="00706586" w:rsidRDefault="004F75C6">
            <w:pPr>
              <w:rPr>
                <w:sz w:val="24"/>
                <w:szCs w:val="24"/>
              </w:rPr>
            </w:pPr>
            <w:r w:rsidRPr="00706586">
              <w:rPr>
                <w:sz w:val="24"/>
                <w:szCs w:val="24"/>
              </w:rPr>
              <w:t>– Bảng tuần hoàn các nguyên tố hóa học. – Một số câu chuyện về sự phát minh ra định luật tuần hoàn và bảng tuần hoàn. – Tranh ảnh và các video liên quan đến bảng tuần hoàn.</w:t>
            </w:r>
          </w:p>
        </w:tc>
        <w:tc>
          <w:tcPr>
            <w:tcW w:w="3153" w:type="dxa"/>
            <w:tcBorders>
              <w:top w:val="single" w:sz="4" w:space="0" w:color="8A6DB0"/>
              <w:left w:val="single" w:sz="4" w:space="0" w:color="8A6DB0"/>
              <w:bottom w:val="single" w:sz="4" w:space="0" w:color="8A6DB0"/>
              <w:right w:val="single" w:sz="4" w:space="0" w:color="8A6DB0"/>
            </w:tcBorders>
          </w:tcPr>
          <w:p w14:paraId="4EEF7521" w14:textId="77777777" w:rsidR="001C5DA9" w:rsidRPr="00706586" w:rsidRDefault="004F75C6">
            <w:pPr>
              <w:rPr>
                <w:sz w:val="24"/>
                <w:szCs w:val="24"/>
              </w:rPr>
            </w:pPr>
            <w:r w:rsidRPr="00706586">
              <w:rPr>
                <w:sz w:val="24"/>
                <w:szCs w:val="24"/>
              </w:rPr>
              <w:t>– Kĩ năng về thông tin và dữ liệu: Tìm kiếm, phân loại thông tin trên bảng tuần hoàn điện tử.</w:t>
            </w:r>
          </w:p>
        </w:tc>
        <w:tc>
          <w:tcPr>
            <w:tcW w:w="1418" w:type="dxa"/>
            <w:tcBorders>
              <w:top w:val="single" w:sz="4" w:space="0" w:color="8A6DB0"/>
              <w:left w:val="single" w:sz="4" w:space="0" w:color="8A6DB0"/>
              <w:bottom w:val="single" w:sz="4" w:space="0" w:color="8A6DB0"/>
              <w:right w:val="single" w:sz="4" w:space="0" w:color="8A6DB0"/>
            </w:tcBorders>
          </w:tcPr>
          <w:p w14:paraId="536D47CE" w14:textId="77777777" w:rsidR="001C5DA9" w:rsidRPr="00706586" w:rsidRDefault="004F75C6">
            <w:pPr>
              <w:rPr>
                <w:sz w:val="24"/>
                <w:szCs w:val="24"/>
              </w:rPr>
            </w:pPr>
            <w:r w:rsidRPr="00706586">
              <w:rPr>
                <w:sz w:val="24"/>
                <w:szCs w:val="24"/>
              </w:rPr>
              <w:t>1.1NC1b; 1.1NC1a</w:t>
            </w:r>
          </w:p>
        </w:tc>
      </w:tr>
      <w:tr w:rsidR="003458F8" w:rsidRPr="00706586" w14:paraId="78DA1078"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221CACA8" w14:textId="77777777" w:rsidR="001C5DA9" w:rsidRPr="00706586" w:rsidRDefault="004F75C6">
            <w:pPr>
              <w:rPr>
                <w:sz w:val="24"/>
                <w:szCs w:val="24"/>
              </w:rPr>
            </w:pPr>
            <w:r w:rsidRPr="00706586">
              <w:rPr>
                <w:sz w:val="24"/>
                <w:szCs w:val="24"/>
              </w:rPr>
              <w:t>18</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41185E28"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5EE0F60D" w14:textId="77777777" w:rsidR="001C5DA9" w:rsidRPr="00706586" w:rsidRDefault="004F75C6">
            <w:pPr>
              <w:rPr>
                <w:sz w:val="24"/>
                <w:szCs w:val="24"/>
              </w:rPr>
            </w:pPr>
            <w:r w:rsidRPr="00706586">
              <w:rPr>
                <w:sz w:val="24"/>
                <w:szCs w:val="24"/>
              </w:rPr>
              <w:t>6</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774C4289" w14:textId="77777777" w:rsidR="001C5DA9" w:rsidRPr="00706586" w:rsidRDefault="004F75C6">
            <w:pPr>
              <w:rPr>
                <w:sz w:val="24"/>
                <w:szCs w:val="24"/>
              </w:rPr>
            </w:pPr>
            <w:r w:rsidRPr="00706586">
              <w:rPr>
                <w:sz w:val="24"/>
                <w:szCs w:val="24"/>
              </w:rPr>
              <w:t>CĐ3(Bài 10). Thực hành thí nghiệm hóa học ảo (tiết 3)</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43A17E9A"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2582A51A" w14:textId="77777777" w:rsidR="001C5DA9" w:rsidRPr="00706586" w:rsidRDefault="004F75C6">
            <w:pPr>
              <w:rPr>
                <w:sz w:val="24"/>
                <w:szCs w:val="24"/>
              </w:rPr>
            </w:pPr>
            <w:r w:rsidRPr="00706586">
              <w:rPr>
                <w:sz w:val="24"/>
                <w:szCs w:val="24"/>
              </w:rPr>
              <w:t>Thực hiện thí nghiệm ảo tổng hợp ôn tập chương 1: quan sát mô phỏng cấu tạo nguyên tử, viết cấu hình electron; phân tích và lí giải kết quả.</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2004910B" w14:textId="77777777" w:rsidR="001C5DA9" w:rsidRPr="00706586" w:rsidRDefault="004F75C6">
            <w:pPr>
              <w:rPr>
                <w:sz w:val="24"/>
                <w:szCs w:val="24"/>
              </w:rPr>
            </w:pPr>
            <w:r w:rsidRPr="00706586">
              <w:rPr>
                <w:sz w:val="24"/>
                <w:szCs w:val="24"/>
              </w:rPr>
              <w:t>– Máy tính, phần mềm thí nghiệm ảo. –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6A3D081E" w14:textId="77777777" w:rsidR="001C5DA9" w:rsidRPr="00706586" w:rsidRDefault="004F75C6">
            <w:pPr>
              <w:rPr>
                <w:sz w:val="24"/>
                <w:szCs w:val="24"/>
              </w:rPr>
            </w:pPr>
            <w:r w:rsidRPr="00706586">
              <w:rPr>
                <w:sz w:val="24"/>
                <w:szCs w:val="24"/>
              </w:rPr>
              <w:t>– Sử dụng thiết bị kĩ thuật số: Thực hiện thí nghiệm ảo trên máy tính. – Kĩ năng về thông tin và dữ liệu: Thu thập, phân tích dữ liệu từ thí nghiệm ảo.</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426D5EC9" w14:textId="77777777" w:rsidR="001C5DA9" w:rsidRPr="00706586" w:rsidRDefault="004F75C6">
            <w:pPr>
              <w:rPr>
                <w:sz w:val="24"/>
                <w:szCs w:val="24"/>
              </w:rPr>
            </w:pPr>
            <w:r w:rsidRPr="00706586">
              <w:rPr>
                <w:sz w:val="24"/>
                <w:szCs w:val="24"/>
              </w:rPr>
              <w:t>1.1NC1a; 1.3NC1a; 5.1NC1b</w:t>
            </w:r>
          </w:p>
        </w:tc>
      </w:tr>
      <w:tr w:rsidR="003458F8" w:rsidRPr="00706586" w14:paraId="5D8838AF"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60B6C86C" w14:textId="77777777" w:rsidR="001C5DA9" w:rsidRPr="00706586" w:rsidRDefault="004F75C6">
            <w:pPr>
              <w:rPr>
                <w:sz w:val="24"/>
                <w:szCs w:val="24"/>
              </w:rPr>
            </w:pPr>
            <w:r w:rsidRPr="00706586">
              <w:rPr>
                <w:sz w:val="24"/>
                <w:szCs w:val="24"/>
              </w:rPr>
              <w:t>19</w:t>
            </w:r>
          </w:p>
        </w:tc>
        <w:tc>
          <w:tcPr>
            <w:tcW w:w="709" w:type="dxa"/>
            <w:tcBorders>
              <w:top w:val="single" w:sz="4" w:space="0" w:color="8A6DB0"/>
              <w:left w:val="single" w:sz="4" w:space="0" w:color="8A6DB0"/>
              <w:bottom w:val="single" w:sz="4" w:space="0" w:color="8A6DB0"/>
              <w:right w:val="single" w:sz="4" w:space="0" w:color="8A6DB0"/>
            </w:tcBorders>
            <w:vAlign w:val="center"/>
          </w:tcPr>
          <w:p w14:paraId="5F33C8C0"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60A94EB5" w14:textId="77777777" w:rsidR="001C5DA9" w:rsidRPr="00706586" w:rsidRDefault="004F75C6">
            <w:pPr>
              <w:rPr>
                <w:sz w:val="24"/>
                <w:szCs w:val="24"/>
              </w:rPr>
            </w:pPr>
            <w:r w:rsidRPr="00706586">
              <w:rPr>
                <w:sz w:val="24"/>
                <w:szCs w:val="24"/>
              </w:rPr>
              <w:t>7</w:t>
            </w:r>
          </w:p>
        </w:tc>
        <w:tc>
          <w:tcPr>
            <w:tcW w:w="1732" w:type="dxa"/>
            <w:tcBorders>
              <w:top w:val="single" w:sz="4" w:space="0" w:color="8A6DB0"/>
              <w:left w:val="single" w:sz="4" w:space="0" w:color="8A6DB0"/>
              <w:bottom w:val="single" w:sz="4" w:space="0" w:color="8A6DB0"/>
              <w:right w:val="single" w:sz="4" w:space="0" w:color="8A6DB0"/>
            </w:tcBorders>
          </w:tcPr>
          <w:p w14:paraId="5A3D513D" w14:textId="77777777" w:rsidR="001C5DA9" w:rsidRPr="00706586" w:rsidRDefault="004F75C6">
            <w:pPr>
              <w:rPr>
                <w:sz w:val="24"/>
                <w:szCs w:val="24"/>
              </w:rPr>
            </w:pPr>
            <w:r w:rsidRPr="00706586">
              <w:rPr>
                <w:sz w:val="24"/>
                <w:szCs w:val="24"/>
              </w:rPr>
              <w:t>Bài 5. Cấu tạo bảng tuần hoàn các nguyên tố hóa học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7D62890B"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48305CD0" w14:textId="77777777" w:rsidR="001C5DA9" w:rsidRPr="00706586" w:rsidRDefault="004F75C6">
            <w:pPr>
              <w:rPr>
                <w:sz w:val="24"/>
                <w:szCs w:val="24"/>
              </w:rPr>
            </w:pPr>
            <w:r w:rsidRPr="00706586">
              <w:rPr>
                <w:sz w:val="24"/>
                <w:szCs w:val="24"/>
              </w:rPr>
              <w:t>Thông hiểu: Nêu được nguyên tắc sắp xếp của bảng tuần hoàn các nguyên tố hoá học (dựa theo cấu hình electron). Vận dụng: Phân loại được nguyên tố (dựa theo cấu hình electron: nguyên tố s, p, d, f; dựa theo tính chất hoá học: kim loại, phi kim, khí hiếm). So sánh được kết quả thu được với bảng tuần hoàn, giải thích, rút ra được kết luận và điều chỉnh khi cần thiết. Thu thập được thông tin về các nhà khoa học đóng góp vào việc xây dựng quy luật và bảng tuần hoàn. Sưu tầm được hình ảnh các dạng bảng tuần hoàn khác nhau.</w:t>
            </w:r>
          </w:p>
        </w:tc>
        <w:tc>
          <w:tcPr>
            <w:tcW w:w="1807" w:type="dxa"/>
            <w:tcBorders>
              <w:top w:val="single" w:sz="4" w:space="0" w:color="8A6DB0"/>
              <w:left w:val="single" w:sz="4" w:space="0" w:color="8A6DB0"/>
              <w:bottom w:val="single" w:sz="4" w:space="0" w:color="8A6DB0"/>
              <w:right w:val="single" w:sz="4" w:space="0" w:color="8A6DB0"/>
            </w:tcBorders>
          </w:tcPr>
          <w:p w14:paraId="02656E1C" w14:textId="77777777" w:rsidR="001C5DA9" w:rsidRPr="00706586" w:rsidRDefault="004F75C6">
            <w:pPr>
              <w:rPr>
                <w:sz w:val="24"/>
                <w:szCs w:val="24"/>
              </w:rPr>
            </w:pPr>
            <w:r w:rsidRPr="00706586">
              <w:rPr>
                <w:sz w:val="24"/>
                <w:szCs w:val="24"/>
              </w:rPr>
              <w:t>– Bảng tuần hoàn các nguyên tố hóa học, phiếu học tập.</w:t>
            </w:r>
          </w:p>
        </w:tc>
        <w:tc>
          <w:tcPr>
            <w:tcW w:w="3153" w:type="dxa"/>
            <w:tcBorders>
              <w:top w:val="single" w:sz="4" w:space="0" w:color="8A6DB0"/>
              <w:left w:val="single" w:sz="4" w:space="0" w:color="8A6DB0"/>
              <w:bottom w:val="single" w:sz="4" w:space="0" w:color="8A6DB0"/>
              <w:right w:val="single" w:sz="4" w:space="0" w:color="8A6DB0"/>
            </w:tcBorders>
          </w:tcPr>
          <w:p w14:paraId="083DD3C9" w14:textId="77777777" w:rsidR="001C5DA9" w:rsidRPr="00706586" w:rsidRDefault="004F75C6">
            <w:pPr>
              <w:rPr>
                <w:sz w:val="24"/>
                <w:szCs w:val="24"/>
              </w:rPr>
            </w:pPr>
            <w:r w:rsidRPr="00706586">
              <w:rPr>
                <w:sz w:val="24"/>
                <w:szCs w:val="24"/>
              </w:rPr>
              <w:t>– Sử dụng thiết bị kĩ thuật số: Sử dụng bảng tuần hoàn điện tử (trực tuyến hoặc phần mềm).</w:t>
            </w:r>
          </w:p>
        </w:tc>
        <w:tc>
          <w:tcPr>
            <w:tcW w:w="1418" w:type="dxa"/>
            <w:tcBorders>
              <w:top w:val="single" w:sz="4" w:space="0" w:color="8A6DB0"/>
              <w:left w:val="single" w:sz="4" w:space="0" w:color="8A6DB0"/>
              <w:bottom w:val="single" w:sz="4" w:space="0" w:color="8A6DB0"/>
              <w:right w:val="single" w:sz="4" w:space="0" w:color="8A6DB0"/>
            </w:tcBorders>
          </w:tcPr>
          <w:p w14:paraId="46F26E8F" w14:textId="77777777" w:rsidR="001C5DA9" w:rsidRPr="00706586" w:rsidRDefault="004F75C6">
            <w:pPr>
              <w:rPr>
                <w:sz w:val="24"/>
                <w:szCs w:val="24"/>
              </w:rPr>
            </w:pPr>
            <w:r w:rsidRPr="00706586">
              <w:rPr>
                <w:sz w:val="24"/>
                <w:szCs w:val="24"/>
              </w:rPr>
              <w:t>1.1NC1b; 1.1NC1a</w:t>
            </w:r>
          </w:p>
        </w:tc>
      </w:tr>
      <w:tr w:rsidR="003458F8" w:rsidRPr="00706586" w14:paraId="3621C457"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4DF36CD6" w14:textId="77777777" w:rsidR="001C5DA9" w:rsidRPr="00706586" w:rsidRDefault="004F75C6">
            <w:pPr>
              <w:rPr>
                <w:sz w:val="24"/>
                <w:szCs w:val="24"/>
              </w:rPr>
            </w:pPr>
            <w:r w:rsidRPr="00706586">
              <w:rPr>
                <w:sz w:val="24"/>
                <w:szCs w:val="24"/>
              </w:rPr>
              <w:lastRenderedPageBreak/>
              <w:t>20</w:t>
            </w:r>
          </w:p>
        </w:tc>
        <w:tc>
          <w:tcPr>
            <w:tcW w:w="709" w:type="dxa"/>
            <w:tcBorders>
              <w:top w:val="single" w:sz="4" w:space="0" w:color="8A6DB0"/>
              <w:left w:val="single" w:sz="4" w:space="0" w:color="8A6DB0"/>
              <w:bottom w:val="single" w:sz="4" w:space="0" w:color="8A6DB0"/>
              <w:right w:val="single" w:sz="4" w:space="0" w:color="8A6DB0"/>
            </w:tcBorders>
            <w:vAlign w:val="center"/>
          </w:tcPr>
          <w:p w14:paraId="0EA330BA"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25910106" w14:textId="77777777" w:rsidR="001C5DA9" w:rsidRPr="00706586" w:rsidRDefault="004F75C6">
            <w:pPr>
              <w:rPr>
                <w:sz w:val="24"/>
                <w:szCs w:val="24"/>
              </w:rPr>
            </w:pPr>
            <w:r w:rsidRPr="00706586">
              <w:rPr>
                <w:sz w:val="24"/>
                <w:szCs w:val="24"/>
              </w:rPr>
              <w:t>7</w:t>
            </w:r>
          </w:p>
        </w:tc>
        <w:tc>
          <w:tcPr>
            <w:tcW w:w="1732" w:type="dxa"/>
            <w:tcBorders>
              <w:top w:val="single" w:sz="4" w:space="0" w:color="8A6DB0"/>
              <w:left w:val="single" w:sz="4" w:space="0" w:color="8A6DB0"/>
              <w:bottom w:val="single" w:sz="4" w:space="0" w:color="8A6DB0"/>
              <w:right w:val="single" w:sz="4" w:space="0" w:color="8A6DB0"/>
            </w:tcBorders>
          </w:tcPr>
          <w:p w14:paraId="46E11886" w14:textId="77777777" w:rsidR="001C5DA9" w:rsidRPr="00706586" w:rsidRDefault="004F75C6">
            <w:pPr>
              <w:rPr>
                <w:sz w:val="24"/>
                <w:szCs w:val="24"/>
              </w:rPr>
            </w:pPr>
            <w:r w:rsidRPr="00706586">
              <w:rPr>
                <w:sz w:val="24"/>
                <w:szCs w:val="24"/>
              </w:rPr>
              <w:t>Bài 6. Xu hướng biến đổi một số tính chất của nguyên tử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4476A23F"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163B355D" w14:textId="77777777" w:rsidR="001C5DA9" w:rsidRPr="00706586" w:rsidRDefault="004F75C6">
            <w:pPr>
              <w:rPr>
                <w:sz w:val="24"/>
                <w:szCs w:val="24"/>
              </w:rPr>
            </w:pPr>
            <w:r w:rsidRPr="00706586">
              <w:rPr>
                <w:sz w:val="24"/>
                <w:szCs w:val="24"/>
              </w:rPr>
              <w:t>Nhận biết: Nắm được xu hướng biến đổi một số tính chất của nguyên tử các nguyên tố trong một chu kì và trong một nhóm. Thông hiểu: Giải thích được xu hướng biến đổi bán kính nguyên tử trong một chu kì, trong một nhóm (nhóm A) (dựa theo lực hút tĩnh điện của hạt nhân với electron ngoài cùng và dựa theo số lớp electron tăng trong một nhóm theo chiều từ trên xuống dưới).</w:t>
            </w:r>
          </w:p>
        </w:tc>
        <w:tc>
          <w:tcPr>
            <w:tcW w:w="1807" w:type="dxa"/>
            <w:tcBorders>
              <w:top w:val="single" w:sz="4" w:space="0" w:color="8A6DB0"/>
              <w:left w:val="single" w:sz="4" w:space="0" w:color="8A6DB0"/>
              <w:bottom w:val="single" w:sz="4" w:space="0" w:color="8A6DB0"/>
              <w:right w:val="single" w:sz="4" w:space="0" w:color="8A6DB0"/>
            </w:tcBorders>
          </w:tcPr>
          <w:p w14:paraId="787AE887" w14:textId="77777777" w:rsidR="001C5DA9" w:rsidRPr="00706586" w:rsidRDefault="004F75C6">
            <w:pPr>
              <w:rPr>
                <w:sz w:val="24"/>
                <w:szCs w:val="24"/>
              </w:rPr>
            </w:pPr>
            <w:r w:rsidRPr="00706586">
              <w:rPr>
                <w:sz w:val="24"/>
                <w:szCs w:val="24"/>
              </w:rPr>
              <w:t>– Bảng tuần hoàn các nguyên tố hóa học. – Bảng độ âm điện của các nguyên tố hóa học. – Đồ thị biến đổi bán kính nguyên tử và độ âm điện.</w:t>
            </w:r>
          </w:p>
        </w:tc>
        <w:tc>
          <w:tcPr>
            <w:tcW w:w="3153" w:type="dxa"/>
            <w:tcBorders>
              <w:top w:val="single" w:sz="4" w:space="0" w:color="8A6DB0"/>
              <w:left w:val="single" w:sz="4" w:space="0" w:color="8A6DB0"/>
              <w:bottom w:val="single" w:sz="4" w:space="0" w:color="8A6DB0"/>
              <w:right w:val="single" w:sz="4" w:space="0" w:color="8A6DB0"/>
            </w:tcBorders>
          </w:tcPr>
          <w:p w14:paraId="1E3788A4" w14:textId="77777777" w:rsidR="001C5DA9" w:rsidRPr="00706586" w:rsidRDefault="004F75C6">
            <w:pPr>
              <w:rPr>
                <w:sz w:val="24"/>
                <w:szCs w:val="24"/>
              </w:rPr>
            </w:pPr>
            <w:r w:rsidRPr="00706586">
              <w:rPr>
                <w:sz w:val="24"/>
                <w:szCs w:val="24"/>
              </w:rPr>
              <w:t>– Kĩ năng về thông tin và dữ liệu: Phân tích dữ liệu từ bảng tuần hoàn điện tử để nhận xét xu hướng.</w:t>
            </w:r>
          </w:p>
        </w:tc>
        <w:tc>
          <w:tcPr>
            <w:tcW w:w="1418" w:type="dxa"/>
            <w:tcBorders>
              <w:top w:val="single" w:sz="4" w:space="0" w:color="8A6DB0"/>
              <w:left w:val="single" w:sz="4" w:space="0" w:color="8A6DB0"/>
              <w:bottom w:val="single" w:sz="4" w:space="0" w:color="8A6DB0"/>
              <w:right w:val="single" w:sz="4" w:space="0" w:color="8A6DB0"/>
            </w:tcBorders>
          </w:tcPr>
          <w:p w14:paraId="5381D052" w14:textId="77777777" w:rsidR="001C5DA9" w:rsidRPr="00706586" w:rsidRDefault="004F75C6">
            <w:pPr>
              <w:rPr>
                <w:sz w:val="24"/>
                <w:szCs w:val="24"/>
              </w:rPr>
            </w:pPr>
            <w:r w:rsidRPr="00706586">
              <w:rPr>
                <w:sz w:val="24"/>
                <w:szCs w:val="24"/>
              </w:rPr>
              <w:t>1.3NC1b; 1.1NC1a</w:t>
            </w:r>
          </w:p>
        </w:tc>
      </w:tr>
      <w:tr w:rsidR="003458F8" w:rsidRPr="00706586" w14:paraId="6D5F1365"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4875FC52" w14:textId="77777777" w:rsidR="001C5DA9" w:rsidRPr="00706586" w:rsidRDefault="004F75C6">
            <w:pPr>
              <w:rPr>
                <w:sz w:val="24"/>
                <w:szCs w:val="24"/>
              </w:rPr>
            </w:pPr>
            <w:r w:rsidRPr="00706586">
              <w:rPr>
                <w:sz w:val="24"/>
                <w:szCs w:val="24"/>
              </w:rPr>
              <w:t>21</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715DB0E6"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325862F6" w14:textId="77777777" w:rsidR="001C5DA9" w:rsidRPr="00706586" w:rsidRDefault="004F75C6">
            <w:pPr>
              <w:rPr>
                <w:sz w:val="24"/>
                <w:szCs w:val="24"/>
              </w:rPr>
            </w:pPr>
            <w:r w:rsidRPr="00706586">
              <w:rPr>
                <w:sz w:val="24"/>
                <w:szCs w:val="24"/>
              </w:rPr>
              <w:t>7</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03D95781" w14:textId="77777777" w:rsidR="001C5DA9" w:rsidRPr="00706586" w:rsidRDefault="004F75C6">
            <w:pPr>
              <w:rPr>
                <w:sz w:val="24"/>
                <w:szCs w:val="24"/>
              </w:rPr>
            </w:pPr>
            <w:r w:rsidRPr="00706586">
              <w:rPr>
                <w:sz w:val="24"/>
                <w:szCs w:val="24"/>
              </w:rPr>
              <w:t>CĐ3(Bài 10). Thực hành thí nghiệm hóa học ảo (tiết 4)</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43FEA510"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1B0F2F4E" w14:textId="77777777" w:rsidR="001C5DA9" w:rsidRPr="00706586" w:rsidRDefault="004F75C6">
            <w:pPr>
              <w:rPr>
                <w:sz w:val="24"/>
                <w:szCs w:val="24"/>
              </w:rPr>
            </w:pPr>
            <w:r w:rsidRPr="00706586">
              <w:rPr>
                <w:sz w:val="24"/>
                <w:szCs w:val="24"/>
              </w:rPr>
              <w:t>Thực hiện thí nghiệm ảo tổng hợp (chương 1, 3): thí nghiệm ảo về liên kết ion, cấu trúc tinh thể; phân tích và lí giải được kết quả thí nghiệm ảo.</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30968AAB" w14:textId="77777777" w:rsidR="001C5DA9" w:rsidRPr="00706586" w:rsidRDefault="004F75C6">
            <w:pPr>
              <w:rPr>
                <w:sz w:val="24"/>
                <w:szCs w:val="24"/>
              </w:rPr>
            </w:pPr>
            <w:r w:rsidRPr="00706586">
              <w:rPr>
                <w:sz w:val="24"/>
                <w:szCs w:val="24"/>
              </w:rPr>
              <w:t>– Máy tính, phần mềm thí nghiệm ảo. –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1A5298F7" w14:textId="77777777" w:rsidR="001C5DA9" w:rsidRPr="00706586" w:rsidRDefault="004F75C6">
            <w:pPr>
              <w:rPr>
                <w:sz w:val="24"/>
                <w:szCs w:val="24"/>
              </w:rPr>
            </w:pPr>
            <w:r w:rsidRPr="00706586">
              <w:rPr>
                <w:sz w:val="24"/>
                <w:szCs w:val="24"/>
              </w:rPr>
              <w:t>– Sử dụng thiết bị kĩ thuật số: Thực hiện thí nghiệm ảo trên máy tính.</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6DC30336" w14:textId="77777777" w:rsidR="001C5DA9" w:rsidRPr="00706586" w:rsidRDefault="004F75C6">
            <w:pPr>
              <w:rPr>
                <w:sz w:val="24"/>
                <w:szCs w:val="24"/>
              </w:rPr>
            </w:pPr>
            <w:r w:rsidRPr="00706586">
              <w:rPr>
                <w:sz w:val="24"/>
                <w:szCs w:val="24"/>
              </w:rPr>
              <w:t>1.1NC1a; 1.3NC1a; 5.1NC1b</w:t>
            </w:r>
          </w:p>
        </w:tc>
      </w:tr>
      <w:tr w:rsidR="003458F8" w:rsidRPr="00706586" w14:paraId="78ADF3FD"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7377EF5E" w14:textId="77777777" w:rsidR="001C5DA9" w:rsidRPr="00706586" w:rsidRDefault="004F75C6">
            <w:pPr>
              <w:rPr>
                <w:sz w:val="24"/>
                <w:szCs w:val="24"/>
              </w:rPr>
            </w:pPr>
            <w:r w:rsidRPr="00706586">
              <w:rPr>
                <w:sz w:val="24"/>
                <w:szCs w:val="24"/>
              </w:rPr>
              <w:t>22</w:t>
            </w:r>
          </w:p>
        </w:tc>
        <w:tc>
          <w:tcPr>
            <w:tcW w:w="709" w:type="dxa"/>
            <w:tcBorders>
              <w:top w:val="single" w:sz="4" w:space="0" w:color="8A6DB0"/>
              <w:left w:val="single" w:sz="4" w:space="0" w:color="8A6DB0"/>
              <w:bottom w:val="single" w:sz="4" w:space="0" w:color="8A6DB0"/>
              <w:right w:val="single" w:sz="4" w:space="0" w:color="8A6DB0"/>
            </w:tcBorders>
            <w:vAlign w:val="center"/>
          </w:tcPr>
          <w:p w14:paraId="5B26D5B8"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7BE1D552" w14:textId="77777777" w:rsidR="001C5DA9" w:rsidRPr="00706586" w:rsidRDefault="004F75C6">
            <w:pPr>
              <w:rPr>
                <w:sz w:val="24"/>
                <w:szCs w:val="24"/>
              </w:rPr>
            </w:pPr>
            <w:r w:rsidRPr="00706586">
              <w:rPr>
                <w:sz w:val="24"/>
                <w:szCs w:val="24"/>
              </w:rPr>
              <w:t>8</w:t>
            </w:r>
          </w:p>
        </w:tc>
        <w:tc>
          <w:tcPr>
            <w:tcW w:w="1732" w:type="dxa"/>
            <w:tcBorders>
              <w:top w:val="single" w:sz="4" w:space="0" w:color="8A6DB0"/>
              <w:left w:val="single" w:sz="4" w:space="0" w:color="8A6DB0"/>
              <w:bottom w:val="single" w:sz="4" w:space="0" w:color="8A6DB0"/>
              <w:right w:val="single" w:sz="4" w:space="0" w:color="8A6DB0"/>
            </w:tcBorders>
          </w:tcPr>
          <w:p w14:paraId="21C1B70F" w14:textId="77777777" w:rsidR="001C5DA9" w:rsidRPr="00706586" w:rsidRDefault="004F75C6">
            <w:pPr>
              <w:rPr>
                <w:sz w:val="24"/>
                <w:szCs w:val="24"/>
              </w:rPr>
            </w:pPr>
            <w:r w:rsidRPr="00706586">
              <w:rPr>
                <w:sz w:val="24"/>
                <w:szCs w:val="24"/>
              </w:rPr>
              <w:t>Bài 6. Xu hướng biến đổi một số tính chất của nguyên tử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1F986F20"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35EBECB4" w14:textId="77777777" w:rsidR="001C5DA9" w:rsidRPr="00706586" w:rsidRDefault="004F75C6">
            <w:pPr>
              <w:rPr>
                <w:sz w:val="24"/>
                <w:szCs w:val="24"/>
              </w:rPr>
            </w:pPr>
            <w:r w:rsidRPr="00706586">
              <w:rPr>
                <w:sz w:val="24"/>
                <w:szCs w:val="24"/>
              </w:rPr>
              <w:t>Thông hiểu: Nhận xét và giải thích được xu hướng biến đổi độ âm điện và tính kim loại, phi kim của nguyên tử các nguyên tố trong một chu kì, trong một nhóm (nhóm A). Vận dụng: Vận dụng được xu hướng biến đổi để so sánh tính chất của các nguyên tố.</w:t>
            </w:r>
          </w:p>
        </w:tc>
        <w:tc>
          <w:tcPr>
            <w:tcW w:w="1807" w:type="dxa"/>
            <w:tcBorders>
              <w:top w:val="single" w:sz="4" w:space="0" w:color="8A6DB0"/>
              <w:left w:val="single" w:sz="4" w:space="0" w:color="8A6DB0"/>
              <w:bottom w:val="single" w:sz="4" w:space="0" w:color="8A6DB0"/>
              <w:right w:val="single" w:sz="4" w:space="0" w:color="8A6DB0"/>
            </w:tcBorders>
          </w:tcPr>
          <w:p w14:paraId="36E47335" w14:textId="77777777" w:rsidR="001C5DA9" w:rsidRPr="00706586" w:rsidRDefault="004F75C6">
            <w:pPr>
              <w:rPr>
                <w:sz w:val="24"/>
                <w:szCs w:val="24"/>
              </w:rPr>
            </w:pPr>
            <w:r w:rsidRPr="00706586">
              <w:rPr>
                <w:sz w:val="24"/>
                <w:szCs w:val="24"/>
              </w:rPr>
              <w:t>– Thí nghiệm biểu diễn (hoặc video, tranh ảnh): + Dụng cụ: chậu thủy tinh chứa nước, kẹp hóa chất, ống nghiệm, giá đỡ ống nghiệm. + Hóa chất: kim loại Na, Mg cắt nhỏ; dung dịch nước Chlorine 5%; dung dịch potassium iodide 10%; chất chỉ thị phenolphtalein.</w:t>
            </w:r>
          </w:p>
        </w:tc>
        <w:tc>
          <w:tcPr>
            <w:tcW w:w="3153" w:type="dxa"/>
            <w:tcBorders>
              <w:top w:val="single" w:sz="4" w:space="0" w:color="8A6DB0"/>
              <w:left w:val="single" w:sz="4" w:space="0" w:color="8A6DB0"/>
              <w:bottom w:val="single" w:sz="4" w:space="0" w:color="8A6DB0"/>
              <w:right w:val="single" w:sz="4" w:space="0" w:color="8A6DB0"/>
            </w:tcBorders>
          </w:tcPr>
          <w:p w14:paraId="75248C78" w14:textId="77777777" w:rsidR="001C5DA9" w:rsidRPr="00706586" w:rsidRDefault="004F75C6">
            <w:pPr>
              <w:rPr>
                <w:sz w:val="24"/>
                <w:szCs w:val="24"/>
              </w:rPr>
            </w:pPr>
            <w:r w:rsidRPr="00706586">
              <w:rPr>
                <w:sz w:val="24"/>
                <w:szCs w:val="24"/>
              </w:rPr>
              <w:t>– Sử dụng thiết bị kĩ thuật số: Sử dụng bảng tuần hoàn điện tử tương tác.</w:t>
            </w:r>
          </w:p>
        </w:tc>
        <w:tc>
          <w:tcPr>
            <w:tcW w:w="1418" w:type="dxa"/>
            <w:tcBorders>
              <w:top w:val="single" w:sz="4" w:space="0" w:color="8A6DB0"/>
              <w:left w:val="single" w:sz="4" w:space="0" w:color="8A6DB0"/>
              <w:bottom w:val="single" w:sz="4" w:space="0" w:color="8A6DB0"/>
              <w:right w:val="single" w:sz="4" w:space="0" w:color="8A6DB0"/>
            </w:tcBorders>
          </w:tcPr>
          <w:p w14:paraId="162DDE18" w14:textId="77777777" w:rsidR="001C5DA9" w:rsidRPr="00706586" w:rsidRDefault="004F75C6">
            <w:pPr>
              <w:rPr>
                <w:sz w:val="24"/>
                <w:szCs w:val="24"/>
              </w:rPr>
            </w:pPr>
            <w:r w:rsidRPr="00706586">
              <w:rPr>
                <w:sz w:val="24"/>
                <w:szCs w:val="24"/>
              </w:rPr>
              <w:t>1.3NC1b; 1.1NC1a</w:t>
            </w:r>
          </w:p>
        </w:tc>
      </w:tr>
      <w:tr w:rsidR="003458F8" w:rsidRPr="00706586" w14:paraId="65678B4A"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447636BB" w14:textId="77777777" w:rsidR="001C5DA9" w:rsidRPr="00706586" w:rsidRDefault="004F75C6">
            <w:pPr>
              <w:rPr>
                <w:sz w:val="24"/>
                <w:szCs w:val="24"/>
              </w:rPr>
            </w:pPr>
            <w:r w:rsidRPr="00706586">
              <w:rPr>
                <w:sz w:val="24"/>
                <w:szCs w:val="24"/>
              </w:rPr>
              <w:t>23</w:t>
            </w:r>
          </w:p>
        </w:tc>
        <w:tc>
          <w:tcPr>
            <w:tcW w:w="709" w:type="dxa"/>
            <w:tcBorders>
              <w:top w:val="single" w:sz="4" w:space="0" w:color="8A6DB0"/>
              <w:left w:val="single" w:sz="4" w:space="0" w:color="8A6DB0"/>
              <w:bottom w:val="single" w:sz="4" w:space="0" w:color="8A6DB0"/>
              <w:right w:val="single" w:sz="4" w:space="0" w:color="8A6DB0"/>
            </w:tcBorders>
            <w:vAlign w:val="center"/>
          </w:tcPr>
          <w:p w14:paraId="061E8DA9"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5D2D4B2F" w14:textId="77777777" w:rsidR="001C5DA9" w:rsidRPr="00706586" w:rsidRDefault="004F75C6">
            <w:pPr>
              <w:rPr>
                <w:sz w:val="24"/>
                <w:szCs w:val="24"/>
              </w:rPr>
            </w:pPr>
            <w:r w:rsidRPr="00706586">
              <w:rPr>
                <w:sz w:val="24"/>
                <w:szCs w:val="24"/>
              </w:rPr>
              <w:t>8</w:t>
            </w:r>
          </w:p>
        </w:tc>
        <w:tc>
          <w:tcPr>
            <w:tcW w:w="1732" w:type="dxa"/>
            <w:tcBorders>
              <w:top w:val="single" w:sz="4" w:space="0" w:color="8A6DB0"/>
              <w:left w:val="single" w:sz="4" w:space="0" w:color="8A6DB0"/>
              <w:bottom w:val="single" w:sz="4" w:space="0" w:color="8A6DB0"/>
              <w:right w:val="single" w:sz="4" w:space="0" w:color="8A6DB0"/>
            </w:tcBorders>
          </w:tcPr>
          <w:p w14:paraId="2DAA2C28" w14:textId="77777777" w:rsidR="001C5DA9" w:rsidRPr="00706586" w:rsidRDefault="004F75C6">
            <w:pPr>
              <w:rPr>
                <w:sz w:val="24"/>
                <w:szCs w:val="24"/>
              </w:rPr>
            </w:pPr>
            <w:r w:rsidRPr="00706586">
              <w:rPr>
                <w:sz w:val="24"/>
                <w:szCs w:val="24"/>
              </w:rPr>
              <w:t xml:space="preserve">Bài 7. Xu </w:t>
            </w:r>
            <w:r w:rsidRPr="00706586">
              <w:rPr>
                <w:sz w:val="24"/>
                <w:szCs w:val="24"/>
              </w:rPr>
              <w:lastRenderedPageBreak/>
              <w:t>hướng biến đổi thành phần và một số tính chất của hợp chất trong một chu kì</w:t>
            </w:r>
          </w:p>
        </w:tc>
        <w:tc>
          <w:tcPr>
            <w:tcW w:w="647" w:type="dxa"/>
            <w:tcBorders>
              <w:top w:val="single" w:sz="4" w:space="0" w:color="8A6DB0"/>
              <w:left w:val="single" w:sz="4" w:space="0" w:color="8A6DB0"/>
              <w:bottom w:val="single" w:sz="4" w:space="0" w:color="8A6DB0"/>
              <w:right w:val="single" w:sz="4" w:space="0" w:color="8A6DB0"/>
            </w:tcBorders>
            <w:vAlign w:val="center"/>
          </w:tcPr>
          <w:p w14:paraId="746CCB73" w14:textId="77777777" w:rsidR="001C5DA9" w:rsidRPr="00706586" w:rsidRDefault="004F75C6">
            <w:pPr>
              <w:rPr>
                <w:sz w:val="24"/>
                <w:szCs w:val="24"/>
              </w:rPr>
            </w:pPr>
            <w:r w:rsidRPr="00706586">
              <w:rPr>
                <w:sz w:val="24"/>
                <w:szCs w:val="24"/>
              </w:rPr>
              <w:lastRenderedPageBreak/>
              <w:t>1</w:t>
            </w:r>
          </w:p>
        </w:tc>
        <w:tc>
          <w:tcPr>
            <w:tcW w:w="4598" w:type="dxa"/>
            <w:tcBorders>
              <w:top w:val="single" w:sz="4" w:space="0" w:color="8A6DB0"/>
              <w:left w:val="single" w:sz="4" w:space="0" w:color="8A6DB0"/>
              <w:bottom w:val="single" w:sz="4" w:space="0" w:color="8A6DB0"/>
              <w:right w:val="single" w:sz="4" w:space="0" w:color="8A6DB0"/>
            </w:tcBorders>
          </w:tcPr>
          <w:p w14:paraId="0CC60194" w14:textId="77777777" w:rsidR="001C5DA9" w:rsidRPr="00706586" w:rsidRDefault="004F75C6">
            <w:pPr>
              <w:rPr>
                <w:sz w:val="24"/>
                <w:szCs w:val="24"/>
              </w:rPr>
            </w:pPr>
            <w:r w:rsidRPr="00706586">
              <w:rPr>
                <w:sz w:val="24"/>
                <w:szCs w:val="24"/>
              </w:rPr>
              <w:t xml:space="preserve">Nhận biết: Nhận xét được xu hướng biến đổi </w:t>
            </w:r>
            <w:r w:rsidRPr="00706586">
              <w:rPr>
                <w:sz w:val="24"/>
                <w:szCs w:val="24"/>
              </w:rPr>
              <w:lastRenderedPageBreak/>
              <w:t>thành phần và tính chất acid/base của các oxide và các hydroxide theo chu kì. Thông hiểu: Giải thích được xu hướng biến đổi thành phần và tính chất acid/base của các oxide và các hydroxide theo chu kì. Vận dụng: Viết được phương trình hoá học minh hoạ.</w:t>
            </w:r>
          </w:p>
        </w:tc>
        <w:tc>
          <w:tcPr>
            <w:tcW w:w="1807" w:type="dxa"/>
            <w:tcBorders>
              <w:top w:val="single" w:sz="4" w:space="0" w:color="8A6DB0"/>
              <w:left w:val="single" w:sz="4" w:space="0" w:color="8A6DB0"/>
              <w:bottom w:val="single" w:sz="4" w:space="0" w:color="8A6DB0"/>
              <w:right w:val="single" w:sz="4" w:space="0" w:color="8A6DB0"/>
            </w:tcBorders>
          </w:tcPr>
          <w:p w14:paraId="2337358D" w14:textId="77777777" w:rsidR="001C5DA9" w:rsidRPr="00706586" w:rsidRDefault="004F75C6">
            <w:pPr>
              <w:rPr>
                <w:sz w:val="24"/>
                <w:szCs w:val="24"/>
              </w:rPr>
            </w:pPr>
            <w:r w:rsidRPr="00706586">
              <w:rPr>
                <w:sz w:val="24"/>
                <w:szCs w:val="24"/>
              </w:rPr>
              <w:lastRenderedPageBreak/>
              <w:t xml:space="preserve">– Bảng công </w:t>
            </w:r>
            <w:r w:rsidRPr="00706586">
              <w:rPr>
                <w:sz w:val="24"/>
                <w:szCs w:val="24"/>
              </w:rPr>
              <w:lastRenderedPageBreak/>
              <w:t>thức oxide và hydroxide của các nguyên tố chu kì 2, 3. – Bảng tính acid–base của oxide và hydroxide của các nguyên tố chu kì 3. – Video minh họa thí nghiệm.</w:t>
            </w:r>
          </w:p>
        </w:tc>
        <w:tc>
          <w:tcPr>
            <w:tcW w:w="3153" w:type="dxa"/>
            <w:tcBorders>
              <w:top w:val="single" w:sz="4" w:space="0" w:color="8A6DB0"/>
              <w:left w:val="single" w:sz="4" w:space="0" w:color="8A6DB0"/>
              <w:bottom w:val="single" w:sz="4" w:space="0" w:color="8A6DB0"/>
              <w:right w:val="single" w:sz="4" w:space="0" w:color="8A6DB0"/>
            </w:tcBorders>
          </w:tcPr>
          <w:p w14:paraId="180E3133" w14:textId="77777777" w:rsidR="001C5DA9" w:rsidRPr="00706586" w:rsidRDefault="004F75C6">
            <w:pPr>
              <w:rPr>
                <w:sz w:val="24"/>
                <w:szCs w:val="24"/>
              </w:rPr>
            </w:pPr>
            <w:r w:rsidRPr="00706586">
              <w:rPr>
                <w:sz w:val="24"/>
                <w:szCs w:val="24"/>
              </w:rPr>
              <w:lastRenderedPageBreak/>
              <w:t xml:space="preserve">– Kĩ năng về thông tin và dữ </w:t>
            </w:r>
            <w:r w:rsidRPr="00706586">
              <w:rPr>
                <w:sz w:val="24"/>
                <w:szCs w:val="24"/>
              </w:rPr>
              <w:lastRenderedPageBreak/>
              <w:t>liệu: Phân tích dữ liệu từ bảng tuần hoàn điện tử để nhận xét xu hướng. – Sử dụng thiết bị kĩ thuật số: Sử dụng bảng tuần hoàn điện tử tương tác.</w:t>
            </w:r>
          </w:p>
        </w:tc>
        <w:tc>
          <w:tcPr>
            <w:tcW w:w="1418" w:type="dxa"/>
            <w:tcBorders>
              <w:top w:val="single" w:sz="4" w:space="0" w:color="8A6DB0"/>
              <w:left w:val="single" w:sz="4" w:space="0" w:color="8A6DB0"/>
              <w:bottom w:val="single" w:sz="4" w:space="0" w:color="8A6DB0"/>
              <w:right w:val="single" w:sz="4" w:space="0" w:color="8A6DB0"/>
            </w:tcBorders>
          </w:tcPr>
          <w:p w14:paraId="7382363C" w14:textId="77777777" w:rsidR="001C5DA9" w:rsidRPr="00706586" w:rsidRDefault="004F75C6">
            <w:pPr>
              <w:rPr>
                <w:sz w:val="24"/>
                <w:szCs w:val="24"/>
              </w:rPr>
            </w:pPr>
            <w:r w:rsidRPr="00706586">
              <w:rPr>
                <w:sz w:val="24"/>
                <w:szCs w:val="24"/>
              </w:rPr>
              <w:lastRenderedPageBreak/>
              <w:t xml:space="preserve">1.3NC1b; </w:t>
            </w:r>
            <w:r w:rsidRPr="00706586">
              <w:rPr>
                <w:sz w:val="24"/>
                <w:szCs w:val="24"/>
              </w:rPr>
              <w:lastRenderedPageBreak/>
              <w:t>1.1NC1c</w:t>
            </w:r>
          </w:p>
        </w:tc>
      </w:tr>
      <w:tr w:rsidR="003458F8" w:rsidRPr="00706586" w14:paraId="477BBE78"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50577A83" w14:textId="77777777" w:rsidR="001C5DA9" w:rsidRPr="00706586" w:rsidRDefault="004F75C6">
            <w:pPr>
              <w:rPr>
                <w:sz w:val="24"/>
                <w:szCs w:val="24"/>
              </w:rPr>
            </w:pPr>
            <w:r w:rsidRPr="00706586">
              <w:rPr>
                <w:sz w:val="24"/>
                <w:szCs w:val="24"/>
              </w:rPr>
              <w:lastRenderedPageBreak/>
              <w:t>24</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4703CB41"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77996A61" w14:textId="77777777" w:rsidR="001C5DA9" w:rsidRPr="00706586" w:rsidRDefault="004F75C6">
            <w:pPr>
              <w:rPr>
                <w:sz w:val="24"/>
                <w:szCs w:val="24"/>
              </w:rPr>
            </w:pPr>
            <w:r w:rsidRPr="00706586">
              <w:rPr>
                <w:sz w:val="24"/>
                <w:szCs w:val="24"/>
              </w:rPr>
              <w:t>8</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53930F69" w14:textId="77777777" w:rsidR="001C5DA9" w:rsidRPr="00706586" w:rsidRDefault="004F75C6">
            <w:pPr>
              <w:rPr>
                <w:sz w:val="24"/>
                <w:szCs w:val="24"/>
              </w:rPr>
            </w:pPr>
            <w:r w:rsidRPr="00706586">
              <w:rPr>
                <w:sz w:val="24"/>
                <w:szCs w:val="24"/>
              </w:rPr>
              <w:t>CĐ3(Bài 10). Thực hành thí nghiệm hóa học ảo (tiết 5) -Kiểm tra</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4BC318DE"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169DE1CE" w14:textId="77777777" w:rsidR="001C5DA9" w:rsidRPr="00706586" w:rsidRDefault="004F75C6">
            <w:pPr>
              <w:rPr>
                <w:sz w:val="24"/>
                <w:szCs w:val="24"/>
              </w:rPr>
            </w:pPr>
            <w:r w:rsidRPr="00706586">
              <w:rPr>
                <w:sz w:val="24"/>
                <w:szCs w:val="24"/>
              </w:rPr>
              <w:t>Kiểm tra thực hành thí nghiệm ảo; đánh giá kĩ năng sử dụng phần mềm và khả năng phân tích, lí giải kết quả thí nghiệm ảo.</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41EC578E" w14:textId="77777777" w:rsidR="001C5DA9" w:rsidRPr="00706586" w:rsidRDefault="004F75C6">
            <w:pPr>
              <w:rPr>
                <w:sz w:val="24"/>
                <w:szCs w:val="24"/>
              </w:rPr>
            </w:pPr>
            <w:r w:rsidRPr="00706586">
              <w:rPr>
                <w:sz w:val="24"/>
                <w:szCs w:val="24"/>
              </w:rPr>
              <w:t>– Máy tính, phần mềm thí nghiệm ảo. – Phiếu kiểm tra thực hành,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22E7B383" w14:textId="77777777" w:rsidR="001C5DA9" w:rsidRPr="00706586" w:rsidRDefault="004F75C6">
            <w:pPr>
              <w:rPr>
                <w:sz w:val="24"/>
                <w:szCs w:val="24"/>
              </w:rPr>
            </w:pPr>
            <w:r w:rsidRPr="00706586">
              <w:rPr>
                <w:sz w:val="24"/>
                <w:szCs w:val="24"/>
              </w:rPr>
              <w:t>– Kĩ năng về thông tin và dữ liệu: Thu thập, phân tích dữ liệu từ thí nghiệm ảo.</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2DDE62A9" w14:textId="77777777" w:rsidR="001C5DA9" w:rsidRPr="00706586" w:rsidRDefault="004F75C6">
            <w:pPr>
              <w:rPr>
                <w:sz w:val="24"/>
                <w:szCs w:val="24"/>
              </w:rPr>
            </w:pPr>
            <w:r w:rsidRPr="00706586">
              <w:rPr>
                <w:sz w:val="24"/>
                <w:szCs w:val="24"/>
              </w:rPr>
              <w:t>1.1NC1a; 1.3NC1a; 5.1NC1b</w:t>
            </w:r>
          </w:p>
        </w:tc>
      </w:tr>
      <w:tr w:rsidR="003458F8" w:rsidRPr="00706586" w14:paraId="6A9017CF"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7146C999" w14:textId="77777777" w:rsidR="001C5DA9" w:rsidRPr="00706586" w:rsidRDefault="004F75C6">
            <w:pPr>
              <w:rPr>
                <w:sz w:val="24"/>
                <w:szCs w:val="24"/>
              </w:rPr>
            </w:pPr>
            <w:r w:rsidRPr="00706586">
              <w:rPr>
                <w:sz w:val="24"/>
                <w:szCs w:val="24"/>
              </w:rPr>
              <w:t>25</w:t>
            </w:r>
          </w:p>
        </w:tc>
        <w:tc>
          <w:tcPr>
            <w:tcW w:w="709" w:type="dxa"/>
            <w:tcBorders>
              <w:top w:val="single" w:sz="4" w:space="0" w:color="8A6DB0"/>
              <w:left w:val="single" w:sz="4" w:space="0" w:color="8A6DB0"/>
              <w:bottom w:val="single" w:sz="4" w:space="0" w:color="8A6DB0"/>
              <w:right w:val="single" w:sz="4" w:space="0" w:color="8A6DB0"/>
            </w:tcBorders>
            <w:vAlign w:val="center"/>
          </w:tcPr>
          <w:p w14:paraId="43B0E1C7"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73D2580C" w14:textId="77777777" w:rsidR="001C5DA9" w:rsidRPr="00706586" w:rsidRDefault="004F75C6">
            <w:pPr>
              <w:rPr>
                <w:sz w:val="24"/>
                <w:szCs w:val="24"/>
              </w:rPr>
            </w:pPr>
            <w:r w:rsidRPr="00706586">
              <w:rPr>
                <w:sz w:val="24"/>
                <w:szCs w:val="24"/>
              </w:rPr>
              <w:t>9</w:t>
            </w:r>
          </w:p>
        </w:tc>
        <w:tc>
          <w:tcPr>
            <w:tcW w:w="1732" w:type="dxa"/>
            <w:tcBorders>
              <w:top w:val="single" w:sz="4" w:space="0" w:color="8A6DB0"/>
              <w:left w:val="single" w:sz="4" w:space="0" w:color="8A6DB0"/>
              <w:bottom w:val="single" w:sz="4" w:space="0" w:color="8A6DB0"/>
              <w:right w:val="single" w:sz="4" w:space="0" w:color="8A6DB0"/>
            </w:tcBorders>
          </w:tcPr>
          <w:p w14:paraId="6788AC82" w14:textId="77777777" w:rsidR="001C5DA9" w:rsidRPr="00706586" w:rsidRDefault="004F75C6">
            <w:pPr>
              <w:rPr>
                <w:sz w:val="24"/>
                <w:szCs w:val="24"/>
              </w:rPr>
            </w:pPr>
            <w:r w:rsidRPr="00706586">
              <w:rPr>
                <w:sz w:val="24"/>
                <w:szCs w:val="24"/>
              </w:rPr>
              <w:t>Ôn tập giữa học kì I (2 tiết)</w:t>
            </w:r>
          </w:p>
        </w:tc>
        <w:tc>
          <w:tcPr>
            <w:tcW w:w="647" w:type="dxa"/>
            <w:tcBorders>
              <w:top w:val="single" w:sz="4" w:space="0" w:color="8A6DB0"/>
              <w:left w:val="single" w:sz="4" w:space="0" w:color="8A6DB0"/>
              <w:bottom w:val="single" w:sz="4" w:space="0" w:color="8A6DB0"/>
              <w:right w:val="single" w:sz="4" w:space="0" w:color="8A6DB0"/>
            </w:tcBorders>
            <w:vAlign w:val="center"/>
          </w:tcPr>
          <w:p w14:paraId="014EE3A7"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4A802AC6" w14:textId="77777777" w:rsidR="001C5DA9" w:rsidRPr="00706586" w:rsidRDefault="004F75C6">
            <w:pPr>
              <w:rPr>
                <w:sz w:val="24"/>
                <w:szCs w:val="24"/>
              </w:rPr>
            </w:pPr>
            <w:r w:rsidRPr="00706586">
              <w:rPr>
                <w:sz w:val="24"/>
                <w:szCs w:val="24"/>
              </w:rPr>
              <w:t>– Hệ thống hóa kiến thức chương 1, 2. – Rèn kỹ năng làm bài tập, áp dụng được kiến thức đã học để làm được các bài tập trong SGK, đề mô phỏng.</w:t>
            </w:r>
          </w:p>
        </w:tc>
        <w:tc>
          <w:tcPr>
            <w:tcW w:w="1807" w:type="dxa"/>
            <w:tcBorders>
              <w:top w:val="single" w:sz="4" w:space="0" w:color="8A6DB0"/>
              <w:left w:val="single" w:sz="4" w:space="0" w:color="8A6DB0"/>
              <w:bottom w:val="single" w:sz="4" w:space="0" w:color="8A6DB0"/>
              <w:right w:val="single" w:sz="4" w:space="0" w:color="8A6DB0"/>
            </w:tcBorders>
          </w:tcPr>
          <w:p w14:paraId="31F5D51C" w14:textId="77777777" w:rsidR="001C5DA9" w:rsidRPr="00706586" w:rsidRDefault="004F75C6">
            <w:pPr>
              <w:rPr>
                <w:sz w:val="24"/>
                <w:szCs w:val="24"/>
              </w:rPr>
            </w:pPr>
            <w:r w:rsidRPr="00706586">
              <w:rPr>
                <w:sz w:val="24"/>
                <w:szCs w:val="24"/>
              </w:rPr>
              <w:t>– Sơ đồ tư duy khái quát hóa kiến thức đã học. – Phiếu học tập.</w:t>
            </w:r>
          </w:p>
        </w:tc>
        <w:tc>
          <w:tcPr>
            <w:tcW w:w="3153" w:type="dxa"/>
            <w:tcBorders>
              <w:top w:val="single" w:sz="4" w:space="0" w:color="8A6DB0"/>
              <w:left w:val="single" w:sz="4" w:space="0" w:color="8A6DB0"/>
              <w:bottom w:val="single" w:sz="4" w:space="0" w:color="8A6DB0"/>
              <w:right w:val="single" w:sz="4" w:space="0" w:color="8A6DB0"/>
            </w:tcBorders>
          </w:tcPr>
          <w:p w14:paraId="3EFD56AF" w14:textId="77777777" w:rsidR="001C5DA9" w:rsidRPr="00706586" w:rsidRDefault="004F75C6">
            <w:pPr>
              <w:rPr>
                <w:sz w:val="24"/>
                <w:szCs w:val="24"/>
              </w:rPr>
            </w:pPr>
            <w:r w:rsidRPr="00706586">
              <w:rPr>
                <w:sz w:val="24"/>
                <w:szCs w:val="24"/>
              </w:rPr>
              <w:t>– Tạo sản phẩm số: Xây dựng sơ đồ tư duy số để tổng hợp kiến thức. – Kĩ năng về thông tin và dữ liệu: Quản lý và tổ chức thông tin số.</w:t>
            </w:r>
          </w:p>
        </w:tc>
        <w:tc>
          <w:tcPr>
            <w:tcW w:w="1418" w:type="dxa"/>
            <w:tcBorders>
              <w:top w:val="single" w:sz="4" w:space="0" w:color="8A6DB0"/>
              <w:left w:val="single" w:sz="4" w:space="0" w:color="8A6DB0"/>
              <w:bottom w:val="single" w:sz="4" w:space="0" w:color="8A6DB0"/>
              <w:right w:val="single" w:sz="4" w:space="0" w:color="8A6DB0"/>
            </w:tcBorders>
          </w:tcPr>
          <w:p w14:paraId="17F3444E" w14:textId="77777777" w:rsidR="001C5DA9" w:rsidRPr="00706586" w:rsidRDefault="004F75C6">
            <w:pPr>
              <w:rPr>
                <w:sz w:val="24"/>
                <w:szCs w:val="24"/>
              </w:rPr>
            </w:pPr>
            <w:r w:rsidRPr="00706586">
              <w:rPr>
                <w:sz w:val="24"/>
                <w:szCs w:val="24"/>
              </w:rPr>
              <w:t>3.1NC1b; 1.3NC1a</w:t>
            </w:r>
          </w:p>
        </w:tc>
      </w:tr>
      <w:tr w:rsidR="003458F8" w:rsidRPr="00706586" w14:paraId="39192DE3"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34EE583C" w14:textId="77777777" w:rsidR="001C5DA9" w:rsidRPr="00706586" w:rsidRDefault="004F75C6">
            <w:pPr>
              <w:rPr>
                <w:sz w:val="24"/>
                <w:szCs w:val="24"/>
              </w:rPr>
            </w:pPr>
            <w:r w:rsidRPr="00706586">
              <w:rPr>
                <w:sz w:val="24"/>
                <w:szCs w:val="24"/>
              </w:rPr>
              <w:t>26</w:t>
            </w:r>
          </w:p>
        </w:tc>
        <w:tc>
          <w:tcPr>
            <w:tcW w:w="709" w:type="dxa"/>
            <w:tcBorders>
              <w:top w:val="single" w:sz="4" w:space="0" w:color="8A6DB0"/>
              <w:left w:val="single" w:sz="4" w:space="0" w:color="8A6DB0"/>
              <w:bottom w:val="single" w:sz="4" w:space="0" w:color="8A6DB0"/>
              <w:right w:val="single" w:sz="4" w:space="0" w:color="8A6DB0"/>
            </w:tcBorders>
            <w:vAlign w:val="center"/>
          </w:tcPr>
          <w:p w14:paraId="36BBCF30"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5E0832A9" w14:textId="77777777" w:rsidR="001C5DA9" w:rsidRPr="00706586" w:rsidRDefault="004F75C6">
            <w:pPr>
              <w:rPr>
                <w:sz w:val="24"/>
                <w:szCs w:val="24"/>
              </w:rPr>
            </w:pPr>
            <w:r w:rsidRPr="00706586">
              <w:rPr>
                <w:sz w:val="24"/>
                <w:szCs w:val="24"/>
              </w:rPr>
              <w:t>9</w:t>
            </w:r>
          </w:p>
        </w:tc>
        <w:tc>
          <w:tcPr>
            <w:tcW w:w="1732" w:type="dxa"/>
            <w:tcBorders>
              <w:top w:val="single" w:sz="4" w:space="0" w:color="8A6DB0"/>
              <w:left w:val="single" w:sz="4" w:space="0" w:color="8A6DB0"/>
              <w:bottom w:val="single" w:sz="4" w:space="0" w:color="8A6DB0"/>
              <w:right w:val="single" w:sz="4" w:space="0" w:color="8A6DB0"/>
            </w:tcBorders>
          </w:tcPr>
          <w:p w14:paraId="7B8C6F82" w14:textId="77777777" w:rsidR="001C5DA9" w:rsidRPr="00706586" w:rsidRDefault="004F75C6">
            <w:pPr>
              <w:rPr>
                <w:sz w:val="24"/>
                <w:szCs w:val="24"/>
              </w:rPr>
            </w:pPr>
            <w:r w:rsidRPr="00706586">
              <w:rPr>
                <w:sz w:val="24"/>
                <w:szCs w:val="24"/>
              </w:rPr>
              <w:t>Kiểm tra giữa học kì I</w:t>
            </w:r>
          </w:p>
        </w:tc>
        <w:tc>
          <w:tcPr>
            <w:tcW w:w="647" w:type="dxa"/>
            <w:tcBorders>
              <w:top w:val="single" w:sz="4" w:space="0" w:color="8A6DB0"/>
              <w:left w:val="single" w:sz="4" w:space="0" w:color="8A6DB0"/>
              <w:bottom w:val="single" w:sz="4" w:space="0" w:color="8A6DB0"/>
              <w:right w:val="single" w:sz="4" w:space="0" w:color="8A6DB0"/>
            </w:tcBorders>
            <w:vAlign w:val="center"/>
          </w:tcPr>
          <w:p w14:paraId="559EC091"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464E5BB5" w14:textId="77777777" w:rsidR="001C5DA9" w:rsidRPr="00706586" w:rsidRDefault="004F75C6">
            <w:pPr>
              <w:rPr>
                <w:sz w:val="24"/>
                <w:szCs w:val="24"/>
              </w:rPr>
            </w:pPr>
            <w:r w:rsidRPr="00706586">
              <w:rPr>
                <w:sz w:val="24"/>
                <w:szCs w:val="24"/>
              </w:rPr>
              <w:t>– Kiểm tra, đánh giá năng lực học sinh theo ma trận, bản đặc tả đề kiểm tra giữa HKI (45 phút).</w:t>
            </w:r>
          </w:p>
        </w:tc>
        <w:tc>
          <w:tcPr>
            <w:tcW w:w="1807" w:type="dxa"/>
            <w:tcBorders>
              <w:top w:val="single" w:sz="4" w:space="0" w:color="8A6DB0"/>
              <w:left w:val="single" w:sz="4" w:space="0" w:color="8A6DB0"/>
              <w:bottom w:val="single" w:sz="4" w:space="0" w:color="8A6DB0"/>
              <w:right w:val="single" w:sz="4" w:space="0" w:color="8A6DB0"/>
            </w:tcBorders>
          </w:tcPr>
          <w:p w14:paraId="47211136" w14:textId="77777777" w:rsidR="001C5DA9" w:rsidRPr="00706586" w:rsidRDefault="004F75C6">
            <w:pPr>
              <w:rPr>
                <w:sz w:val="24"/>
                <w:szCs w:val="24"/>
              </w:rPr>
            </w:pPr>
            <w:r w:rsidRPr="00706586">
              <w:rPr>
                <w:sz w:val="24"/>
                <w:szCs w:val="24"/>
              </w:rPr>
              <w:t>– Đề kiểm tra.</w:t>
            </w:r>
          </w:p>
        </w:tc>
        <w:tc>
          <w:tcPr>
            <w:tcW w:w="3153" w:type="dxa"/>
            <w:tcBorders>
              <w:top w:val="single" w:sz="4" w:space="0" w:color="8A6DB0"/>
              <w:left w:val="single" w:sz="4" w:space="0" w:color="8A6DB0"/>
              <w:bottom w:val="single" w:sz="4" w:space="0" w:color="8A6DB0"/>
              <w:right w:val="single" w:sz="4" w:space="0" w:color="8A6DB0"/>
            </w:tcBorders>
          </w:tcPr>
          <w:p w14:paraId="5A9E1204" w14:textId="77777777" w:rsidR="001C5DA9" w:rsidRPr="00706586" w:rsidRDefault="001C5DA9">
            <w:pPr>
              <w:rPr>
                <w:sz w:val="24"/>
                <w:szCs w:val="24"/>
              </w:rPr>
            </w:pPr>
          </w:p>
        </w:tc>
        <w:tc>
          <w:tcPr>
            <w:tcW w:w="1418" w:type="dxa"/>
            <w:tcBorders>
              <w:top w:val="single" w:sz="4" w:space="0" w:color="8A6DB0"/>
              <w:left w:val="single" w:sz="4" w:space="0" w:color="8A6DB0"/>
              <w:bottom w:val="single" w:sz="4" w:space="0" w:color="8A6DB0"/>
              <w:right w:val="single" w:sz="4" w:space="0" w:color="8A6DB0"/>
            </w:tcBorders>
          </w:tcPr>
          <w:p w14:paraId="7D2615A4" w14:textId="77777777" w:rsidR="001C5DA9" w:rsidRPr="00706586" w:rsidRDefault="001C5DA9">
            <w:pPr>
              <w:rPr>
                <w:sz w:val="24"/>
                <w:szCs w:val="24"/>
              </w:rPr>
            </w:pPr>
          </w:p>
        </w:tc>
      </w:tr>
      <w:tr w:rsidR="003458F8" w:rsidRPr="00706586" w14:paraId="0E082526"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16023A4E" w14:textId="77777777" w:rsidR="001C5DA9" w:rsidRPr="00706586" w:rsidRDefault="004F75C6">
            <w:pPr>
              <w:rPr>
                <w:sz w:val="24"/>
                <w:szCs w:val="24"/>
              </w:rPr>
            </w:pPr>
            <w:r w:rsidRPr="00706586">
              <w:rPr>
                <w:sz w:val="24"/>
                <w:szCs w:val="24"/>
              </w:rPr>
              <w:t>27</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E8377D5"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44991ABE" w14:textId="77777777" w:rsidR="001C5DA9" w:rsidRPr="00706586" w:rsidRDefault="004F75C6">
            <w:pPr>
              <w:rPr>
                <w:sz w:val="24"/>
                <w:szCs w:val="24"/>
              </w:rPr>
            </w:pPr>
            <w:r w:rsidRPr="00706586">
              <w:rPr>
                <w:sz w:val="24"/>
                <w:szCs w:val="24"/>
              </w:rPr>
              <w:t>9</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40A3C84F" w14:textId="77777777" w:rsidR="001C5DA9" w:rsidRPr="00706586" w:rsidRDefault="004F75C6">
            <w:pPr>
              <w:rPr>
                <w:sz w:val="24"/>
                <w:szCs w:val="24"/>
              </w:rPr>
            </w:pPr>
            <w:r w:rsidRPr="00706586">
              <w:rPr>
                <w:sz w:val="24"/>
                <w:szCs w:val="24"/>
              </w:rPr>
              <w:t>CĐ1(Bài 1). Liên kết hóa học (tiết 1)</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6485E02"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014B4E5E" w14:textId="77777777" w:rsidR="001C5DA9" w:rsidRPr="00706586" w:rsidRDefault="004F75C6">
            <w:pPr>
              <w:rPr>
                <w:sz w:val="24"/>
                <w:szCs w:val="24"/>
              </w:rPr>
            </w:pPr>
            <w:r w:rsidRPr="00706586">
              <w:rPr>
                <w:sz w:val="24"/>
                <w:szCs w:val="24"/>
              </w:rPr>
              <w:t>Vận dụng: Viết được công thức Lewis, sử dụng được mô hình VSEPR để dự đoán hình học cho một số phân tử đơn giản.</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410A253E" w14:textId="77777777" w:rsidR="001C5DA9" w:rsidRPr="00706586" w:rsidRDefault="004F75C6">
            <w:pPr>
              <w:rPr>
                <w:sz w:val="24"/>
                <w:szCs w:val="24"/>
              </w:rPr>
            </w:pPr>
            <w:r w:rsidRPr="00706586">
              <w:rPr>
                <w:sz w:val="24"/>
                <w:szCs w:val="24"/>
              </w:rPr>
              <w:t>– Phiếu học tập, tư liệu về hình học phân tử.</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3D43A519" w14:textId="77777777" w:rsidR="001C5DA9" w:rsidRPr="00706586" w:rsidRDefault="004F75C6">
            <w:pPr>
              <w:rPr>
                <w:sz w:val="24"/>
                <w:szCs w:val="24"/>
              </w:rPr>
            </w:pPr>
            <w:r w:rsidRPr="00706586">
              <w:rPr>
                <w:sz w:val="24"/>
                <w:szCs w:val="24"/>
              </w:rPr>
              <w:t>– Tạo sản phẩm số: Sử dụng phần mềm vẽ công thức Lewis, mô hình 3D phân tử. – Giải quyết vấn đề: Áp dụng kiến thức để dự đoán hình học phân tử.</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672192C3" w14:textId="77777777" w:rsidR="001C5DA9" w:rsidRPr="00706586" w:rsidRDefault="004F75C6">
            <w:pPr>
              <w:rPr>
                <w:sz w:val="24"/>
                <w:szCs w:val="24"/>
              </w:rPr>
            </w:pPr>
            <w:r w:rsidRPr="00706586">
              <w:rPr>
                <w:sz w:val="24"/>
                <w:szCs w:val="24"/>
              </w:rPr>
              <w:t>3.1NC1b; 1.1NC1a; 5.1NC1a</w:t>
            </w:r>
          </w:p>
        </w:tc>
      </w:tr>
      <w:tr w:rsidR="003458F8" w:rsidRPr="00706586" w14:paraId="7FFB0059"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6985E244" w14:textId="77777777" w:rsidR="001C5DA9" w:rsidRPr="00706586" w:rsidRDefault="004F75C6">
            <w:pPr>
              <w:rPr>
                <w:sz w:val="24"/>
                <w:szCs w:val="24"/>
              </w:rPr>
            </w:pPr>
            <w:r w:rsidRPr="00706586">
              <w:rPr>
                <w:sz w:val="24"/>
                <w:szCs w:val="24"/>
              </w:rPr>
              <w:t>28</w:t>
            </w:r>
          </w:p>
        </w:tc>
        <w:tc>
          <w:tcPr>
            <w:tcW w:w="709" w:type="dxa"/>
            <w:tcBorders>
              <w:top w:val="single" w:sz="4" w:space="0" w:color="8A6DB0"/>
              <w:left w:val="single" w:sz="4" w:space="0" w:color="8A6DB0"/>
              <w:bottom w:val="single" w:sz="4" w:space="0" w:color="8A6DB0"/>
              <w:right w:val="single" w:sz="4" w:space="0" w:color="8A6DB0"/>
            </w:tcBorders>
            <w:vAlign w:val="center"/>
          </w:tcPr>
          <w:p w14:paraId="50464523"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32D721EA" w14:textId="77777777" w:rsidR="001C5DA9" w:rsidRPr="00706586" w:rsidRDefault="004F75C6">
            <w:pPr>
              <w:rPr>
                <w:sz w:val="24"/>
                <w:szCs w:val="24"/>
              </w:rPr>
            </w:pPr>
            <w:r w:rsidRPr="00706586">
              <w:rPr>
                <w:sz w:val="24"/>
                <w:szCs w:val="24"/>
              </w:rPr>
              <w:t>10</w:t>
            </w:r>
          </w:p>
        </w:tc>
        <w:tc>
          <w:tcPr>
            <w:tcW w:w="1732" w:type="dxa"/>
            <w:tcBorders>
              <w:top w:val="single" w:sz="4" w:space="0" w:color="8A6DB0"/>
              <w:left w:val="single" w:sz="4" w:space="0" w:color="8A6DB0"/>
              <w:bottom w:val="single" w:sz="4" w:space="0" w:color="8A6DB0"/>
              <w:right w:val="single" w:sz="4" w:space="0" w:color="8A6DB0"/>
            </w:tcBorders>
          </w:tcPr>
          <w:p w14:paraId="023CCB74" w14:textId="77777777" w:rsidR="001C5DA9" w:rsidRPr="00706586" w:rsidRDefault="004F75C6">
            <w:pPr>
              <w:rPr>
                <w:sz w:val="24"/>
                <w:szCs w:val="24"/>
              </w:rPr>
            </w:pPr>
            <w:r w:rsidRPr="00706586">
              <w:rPr>
                <w:sz w:val="24"/>
                <w:szCs w:val="24"/>
              </w:rPr>
              <w:t>Ôn tập giữa học kì I (2 tiết)</w:t>
            </w:r>
          </w:p>
        </w:tc>
        <w:tc>
          <w:tcPr>
            <w:tcW w:w="647" w:type="dxa"/>
            <w:tcBorders>
              <w:top w:val="single" w:sz="4" w:space="0" w:color="8A6DB0"/>
              <w:left w:val="single" w:sz="4" w:space="0" w:color="8A6DB0"/>
              <w:bottom w:val="single" w:sz="4" w:space="0" w:color="8A6DB0"/>
              <w:right w:val="single" w:sz="4" w:space="0" w:color="8A6DB0"/>
            </w:tcBorders>
            <w:vAlign w:val="center"/>
          </w:tcPr>
          <w:p w14:paraId="7155D284"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047A06B3" w14:textId="77777777" w:rsidR="001C5DA9" w:rsidRPr="00706586" w:rsidRDefault="004F75C6">
            <w:pPr>
              <w:rPr>
                <w:sz w:val="24"/>
                <w:szCs w:val="24"/>
              </w:rPr>
            </w:pPr>
            <w:r w:rsidRPr="00706586">
              <w:rPr>
                <w:sz w:val="24"/>
                <w:szCs w:val="24"/>
              </w:rPr>
              <w:t xml:space="preserve">– Hệ thống hóa kiến thức chương 1, 2. – Rèn kỹ năng làm bài tập, áp dụng được kiến thức đã học để làm được các bài tập trong SGK, </w:t>
            </w:r>
            <w:r w:rsidRPr="00706586">
              <w:rPr>
                <w:sz w:val="24"/>
                <w:szCs w:val="24"/>
              </w:rPr>
              <w:lastRenderedPageBreak/>
              <w:t>đề mô phỏng.</w:t>
            </w:r>
          </w:p>
        </w:tc>
        <w:tc>
          <w:tcPr>
            <w:tcW w:w="1807" w:type="dxa"/>
            <w:tcBorders>
              <w:top w:val="single" w:sz="4" w:space="0" w:color="8A6DB0"/>
              <w:left w:val="single" w:sz="4" w:space="0" w:color="8A6DB0"/>
              <w:bottom w:val="single" w:sz="4" w:space="0" w:color="8A6DB0"/>
              <w:right w:val="single" w:sz="4" w:space="0" w:color="8A6DB0"/>
            </w:tcBorders>
          </w:tcPr>
          <w:p w14:paraId="585FA511" w14:textId="77777777" w:rsidR="001C5DA9" w:rsidRPr="00706586" w:rsidRDefault="004F75C6">
            <w:pPr>
              <w:rPr>
                <w:sz w:val="24"/>
                <w:szCs w:val="24"/>
              </w:rPr>
            </w:pPr>
            <w:r w:rsidRPr="00706586">
              <w:rPr>
                <w:sz w:val="24"/>
                <w:szCs w:val="24"/>
              </w:rPr>
              <w:lastRenderedPageBreak/>
              <w:t xml:space="preserve">– Sơ đồ tư duy khái quát hóa kiến thức đã </w:t>
            </w:r>
            <w:r w:rsidRPr="00706586">
              <w:rPr>
                <w:sz w:val="24"/>
                <w:szCs w:val="24"/>
              </w:rPr>
              <w:lastRenderedPageBreak/>
              <w:t>học. – Phiếu học tập.</w:t>
            </w:r>
          </w:p>
        </w:tc>
        <w:tc>
          <w:tcPr>
            <w:tcW w:w="3153" w:type="dxa"/>
            <w:tcBorders>
              <w:top w:val="single" w:sz="4" w:space="0" w:color="8A6DB0"/>
              <w:left w:val="single" w:sz="4" w:space="0" w:color="8A6DB0"/>
              <w:bottom w:val="single" w:sz="4" w:space="0" w:color="8A6DB0"/>
              <w:right w:val="single" w:sz="4" w:space="0" w:color="8A6DB0"/>
            </w:tcBorders>
          </w:tcPr>
          <w:p w14:paraId="684C652D" w14:textId="77777777" w:rsidR="001C5DA9" w:rsidRPr="00706586" w:rsidRDefault="004F75C6">
            <w:pPr>
              <w:rPr>
                <w:sz w:val="24"/>
                <w:szCs w:val="24"/>
              </w:rPr>
            </w:pPr>
            <w:r w:rsidRPr="00706586">
              <w:rPr>
                <w:sz w:val="24"/>
                <w:szCs w:val="24"/>
              </w:rPr>
              <w:lastRenderedPageBreak/>
              <w:t xml:space="preserve">– Tạo sản phẩm số: Xây dựng sơ đồ tư duy số để tổng hợp kiến thức. – Kĩ năng về thông </w:t>
            </w:r>
            <w:r w:rsidRPr="00706586">
              <w:rPr>
                <w:sz w:val="24"/>
                <w:szCs w:val="24"/>
              </w:rPr>
              <w:lastRenderedPageBreak/>
              <w:t>tin và dữ liệu: Quản lý và tổ chức thông tin số.</w:t>
            </w:r>
          </w:p>
        </w:tc>
        <w:tc>
          <w:tcPr>
            <w:tcW w:w="1418" w:type="dxa"/>
            <w:tcBorders>
              <w:top w:val="single" w:sz="4" w:space="0" w:color="8A6DB0"/>
              <w:left w:val="single" w:sz="4" w:space="0" w:color="8A6DB0"/>
              <w:bottom w:val="single" w:sz="4" w:space="0" w:color="8A6DB0"/>
              <w:right w:val="single" w:sz="4" w:space="0" w:color="8A6DB0"/>
            </w:tcBorders>
          </w:tcPr>
          <w:p w14:paraId="55D24DAE" w14:textId="77777777" w:rsidR="001C5DA9" w:rsidRPr="00706586" w:rsidRDefault="004F75C6">
            <w:pPr>
              <w:rPr>
                <w:sz w:val="24"/>
                <w:szCs w:val="24"/>
              </w:rPr>
            </w:pPr>
            <w:r w:rsidRPr="00706586">
              <w:rPr>
                <w:sz w:val="24"/>
                <w:szCs w:val="24"/>
              </w:rPr>
              <w:lastRenderedPageBreak/>
              <w:t>3.1NC1b; 1.3NC1a</w:t>
            </w:r>
          </w:p>
        </w:tc>
      </w:tr>
      <w:tr w:rsidR="003458F8" w:rsidRPr="00706586" w14:paraId="3D65EC1F"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5B494500" w14:textId="77777777" w:rsidR="001C5DA9" w:rsidRPr="00706586" w:rsidRDefault="004F75C6">
            <w:pPr>
              <w:rPr>
                <w:sz w:val="24"/>
                <w:szCs w:val="24"/>
              </w:rPr>
            </w:pPr>
            <w:r w:rsidRPr="00706586">
              <w:rPr>
                <w:sz w:val="24"/>
                <w:szCs w:val="24"/>
              </w:rPr>
              <w:t>29</w:t>
            </w:r>
          </w:p>
        </w:tc>
        <w:tc>
          <w:tcPr>
            <w:tcW w:w="709" w:type="dxa"/>
            <w:tcBorders>
              <w:top w:val="single" w:sz="4" w:space="0" w:color="8A6DB0"/>
              <w:left w:val="single" w:sz="4" w:space="0" w:color="8A6DB0"/>
              <w:bottom w:val="single" w:sz="4" w:space="0" w:color="8A6DB0"/>
              <w:right w:val="single" w:sz="4" w:space="0" w:color="8A6DB0"/>
            </w:tcBorders>
            <w:vAlign w:val="center"/>
          </w:tcPr>
          <w:p w14:paraId="24E8F5C8"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1829B8E6" w14:textId="77777777" w:rsidR="001C5DA9" w:rsidRPr="00706586" w:rsidRDefault="004F75C6">
            <w:pPr>
              <w:rPr>
                <w:sz w:val="24"/>
                <w:szCs w:val="24"/>
              </w:rPr>
            </w:pPr>
            <w:r w:rsidRPr="00706586">
              <w:rPr>
                <w:sz w:val="24"/>
                <w:szCs w:val="24"/>
              </w:rPr>
              <w:t>10</w:t>
            </w:r>
          </w:p>
        </w:tc>
        <w:tc>
          <w:tcPr>
            <w:tcW w:w="1732" w:type="dxa"/>
            <w:tcBorders>
              <w:top w:val="single" w:sz="4" w:space="0" w:color="8A6DB0"/>
              <w:left w:val="single" w:sz="4" w:space="0" w:color="8A6DB0"/>
              <w:bottom w:val="single" w:sz="4" w:space="0" w:color="8A6DB0"/>
              <w:right w:val="single" w:sz="4" w:space="0" w:color="8A6DB0"/>
            </w:tcBorders>
          </w:tcPr>
          <w:p w14:paraId="13A70EB9" w14:textId="77777777" w:rsidR="001C5DA9" w:rsidRPr="00706586" w:rsidRDefault="004F75C6">
            <w:pPr>
              <w:rPr>
                <w:sz w:val="24"/>
                <w:szCs w:val="24"/>
              </w:rPr>
            </w:pPr>
            <w:r w:rsidRPr="00706586">
              <w:rPr>
                <w:sz w:val="24"/>
                <w:szCs w:val="24"/>
              </w:rPr>
              <w:t>Bài 8. Định luật tuần hoàn và ý nghĩa của bảng tuần hoàn các nguyên tố hoá học (2 tiết)</w:t>
            </w:r>
          </w:p>
        </w:tc>
        <w:tc>
          <w:tcPr>
            <w:tcW w:w="647" w:type="dxa"/>
            <w:tcBorders>
              <w:top w:val="single" w:sz="4" w:space="0" w:color="8A6DB0"/>
              <w:left w:val="single" w:sz="4" w:space="0" w:color="8A6DB0"/>
              <w:bottom w:val="single" w:sz="4" w:space="0" w:color="8A6DB0"/>
              <w:right w:val="single" w:sz="4" w:space="0" w:color="8A6DB0"/>
            </w:tcBorders>
            <w:vAlign w:val="center"/>
          </w:tcPr>
          <w:p w14:paraId="0AEC8768"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2F135D1A" w14:textId="77777777" w:rsidR="001C5DA9" w:rsidRPr="00706586" w:rsidRDefault="004F75C6">
            <w:pPr>
              <w:rPr>
                <w:sz w:val="24"/>
                <w:szCs w:val="24"/>
              </w:rPr>
            </w:pPr>
            <w:r w:rsidRPr="00706586">
              <w:rPr>
                <w:sz w:val="24"/>
                <w:szCs w:val="24"/>
              </w:rPr>
              <w:t>Nhận biết: Phát biểu được định luật tuần hoàn. Thông hiểu: Trình bày được ý nghĩa của bảng tuần hoàn các nguyên tố hoá học: mối liên hệ giữa vị trí (trong BTH) với tính chất và ngược lại. Vận dụng: Từ cấu hình electron suy ra tính chất nguyên tố và ngược lại; so sánh tính chất của các nguyên tố, các hợp chất cơ bản (quá trình sản xuất sulfuric acid theo phương pháp tiếp xúc).</w:t>
            </w:r>
          </w:p>
        </w:tc>
        <w:tc>
          <w:tcPr>
            <w:tcW w:w="1807" w:type="dxa"/>
            <w:tcBorders>
              <w:top w:val="single" w:sz="4" w:space="0" w:color="8A6DB0"/>
              <w:left w:val="single" w:sz="4" w:space="0" w:color="8A6DB0"/>
              <w:bottom w:val="single" w:sz="4" w:space="0" w:color="8A6DB0"/>
              <w:right w:val="single" w:sz="4" w:space="0" w:color="8A6DB0"/>
            </w:tcBorders>
          </w:tcPr>
          <w:p w14:paraId="14E76A64" w14:textId="77777777" w:rsidR="001C5DA9" w:rsidRPr="00706586" w:rsidRDefault="004F75C6">
            <w:pPr>
              <w:rPr>
                <w:sz w:val="24"/>
                <w:szCs w:val="24"/>
              </w:rPr>
            </w:pPr>
            <w:r w:rsidRPr="00706586">
              <w:rPr>
                <w:sz w:val="24"/>
                <w:szCs w:val="24"/>
              </w:rPr>
              <w:t>– Tranh viết tổng quát “Nội dung của định luật tuần hoàn”. Sơ đồ mối liên hệ giữa vị trí nguyên tố với cấu hình electron và tính chất nguyên tố. Một số video minh họa mối liên hệ.</w:t>
            </w:r>
          </w:p>
        </w:tc>
        <w:tc>
          <w:tcPr>
            <w:tcW w:w="3153" w:type="dxa"/>
            <w:tcBorders>
              <w:top w:val="single" w:sz="4" w:space="0" w:color="8A6DB0"/>
              <w:left w:val="single" w:sz="4" w:space="0" w:color="8A6DB0"/>
              <w:bottom w:val="single" w:sz="4" w:space="0" w:color="8A6DB0"/>
              <w:right w:val="single" w:sz="4" w:space="0" w:color="8A6DB0"/>
            </w:tcBorders>
          </w:tcPr>
          <w:p w14:paraId="0CE93DCC" w14:textId="77777777" w:rsidR="001C5DA9" w:rsidRPr="00706586" w:rsidRDefault="004F75C6">
            <w:pPr>
              <w:rPr>
                <w:sz w:val="24"/>
                <w:szCs w:val="24"/>
              </w:rPr>
            </w:pPr>
            <w:r w:rsidRPr="00706586">
              <w:rPr>
                <w:sz w:val="24"/>
                <w:szCs w:val="24"/>
              </w:rPr>
              <w:t>– Kĩ năng về thông tin và dữ liệu: Tổng hợp và hiểu thông tin từ các nguồn số về định luật tuần hoàn.</w:t>
            </w:r>
          </w:p>
        </w:tc>
        <w:tc>
          <w:tcPr>
            <w:tcW w:w="1418" w:type="dxa"/>
            <w:tcBorders>
              <w:top w:val="single" w:sz="4" w:space="0" w:color="8A6DB0"/>
              <w:left w:val="single" w:sz="4" w:space="0" w:color="8A6DB0"/>
              <w:bottom w:val="single" w:sz="4" w:space="0" w:color="8A6DB0"/>
              <w:right w:val="single" w:sz="4" w:space="0" w:color="8A6DB0"/>
            </w:tcBorders>
          </w:tcPr>
          <w:p w14:paraId="6AF468D0" w14:textId="77777777" w:rsidR="001C5DA9" w:rsidRPr="00706586" w:rsidRDefault="004F75C6">
            <w:pPr>
              <w:rPr>
                <w:sz w:val="24"/>
                <w:szCs w:val="24"/>
              </w:rPr>
            </w:pPr>
            <w:r w:rsidRPr="00706586">
              <w:rPr>
                <w:sz w:val="24"/>
                <w:szCs w:val="24"/>
              </w:rPr>
              <w:t>1.1NC1b</w:t>
            </w:r>
          </w:p>
        </w:tc>
      </w:tr>
      <w:tr w:rsidR="003458F8" w:rsidRPr="00706586" w14:paraId="2F9DA814"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0A204525" w14:textId="77777777" w:rsidR="001C5DA9" w:rsidRPr="00706586" w:rsidRDefault="004F75C6">
            <w:pPr>
              <w:rPr>
                <w:sz w:val="24"/>
                <w:szCs w:val="24"/>
              </w:rPr>
            </w:pPr>
            <w:r w:rsidRPr="00706586">
              <w:rPr>
                <w:sz w:val="24"/>
                <w:szCs w:val="24"/>
              </w:rPr>
              <w:t>30</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130954CA"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680693A2" w14:textId="77777777" w:rsidR="001C5DA9" w:rsidRPr="00706586" w:rsidRDefault="004F75C6">
            <w:pPr>
              <w:rPr>
                <w:sz w:val="24"/>
                <w:szCs w:val="24"/>
              </w:rPr>
            </w:pPr>
            <w:r w:rsidRPr="00706586">
              <w:rPr>
                <w:sz w:val="24"/>
                <w:szCs w:val="24"/>
              </w:rPr>
              <w:t>10</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5F5AAE47" w14:textId="77777777" w:rsidR="001C5DA9" w:rsidRPr="00706586" w:rsidRDefault="004F75C6">
            <w:pPr>
              <w:rPr>
                <w:sz w:val="24"/>
                <w:szCs w:val="24"/>
              </w:rPr>
            </w:pPr>
            <w:r w:rsidRPr="00706586">
              <w:rPr>
                <w:sz w:val="24"/>
                <w:szCs w:val="24"/>
              </w:rPr>
              <w:t>CĐ1(Bài 1). Liên kết hóa học (tiết 2)</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34DCC05F"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13CCC98B" w14:textId="77777777" w:rsidR="001C5DA9" w:rsidRPr="00706586" w:rsidRDefault="004F75C6">
            <w:pPr>
              <w:rPr>
                <w:sz w:val="24"/>
                <w:szCs w:val="24"/>
              </w:rPr>
            </w:pPr>
            <w:r w:rsidRPr="00706586">
              <w:rPr>
                <w:sz w:val="24"/>
                <w:szCs w:val="24"/>
              </w:rPr>
              <w:t>Vận dụng: Trình bày được khái niệm về sự lai hoá AO (sp, sp2, sp3).</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325C827C" w14:textId="77777777" w:rsidR="001C5DA9" w:rsidRPr="00706586" w:rsidRDefault="004F75C6">
            <w:pPr>
              <w:rPr>
                <w:sz w:val="24"/>
                <w:szCs w:val="24"/>
              </w:rPr>
            </w:pPr>
            <w:r w:rsidRPr="00706586">
              <w:rPr>
                <w:sz w:val="24"/>
                <w:szCs w:val="24"/>
              </w:rPr>
              <w:t>– Phiếu học tập, tư liệu về lai hóa.</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2206903D" w14:textId="77777777" w:rsidR="001C5DA9" w:rsidRPr="00706586" w:rsidRDefault="004F75C6">
            <w:pPr>
              <w:rPr>
                <w:sz w:val="24"/>
                <w:szCs w:val="24"/>
              </w:rPr>
            </w:pPr>
            <w:r w:rsidRPr="00706586">
              <w:rPr>
                <w:sz w:val="24"/>
                <w:szCs w:val="24"/>
              </w:rPr>
              <w:t>– Sử dụng thiết bị kĩ thuật số: Xem hình ảnh, mô phỏng về lai hóa và hình học phân tử.</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70D828AF" w14:textId="77777777" w:rsidR="001C5DA9" w:rsidRPr="00706586" w:rsidRDefault="004F75C6">
            <w:pPr>
              <w:rPr>
                <w:sz w:val="24"/>
                <w:szCs w:val="24"/>
              </w:rPr>
            </w:pPr>
            <w:r w:rsidRPr="00706586">
              <w:rPr>
                <w:sz w:val="24"/>
                <w:szCs w:val="24"/>
              </w:rPr>
              <w:t>3.1NC1b; 1.1NC1a; 5.1NC1a</w:t>
            </w:r>
          </w:p>
        </w:tc>
      </w:tr>
      <w:tr w:rsidR="003458F8" w:rsidRPr="00706586" w14:paraId="6CA36959"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4E45CD53" w14:textId="77777777" w:rsidR="001C5DA9" w:rsidRPr="00706586" w:rsidRDefault="004F75C6">
            <w:pPr>
              <w:rPr>
                <w:sz w:val="24"/>
                <w:szCs w:val="24"/>
              </w:rPr>
            </w:pPr>
            <w:r w:rsidRPr="00706586">
              <w:rPr>
                <w:sz w:val="24"/>
                <w:szCs w:val="24"/>
              </w:rPr>
              <w:t>31</w:t>
            </w:r>
          </w:p>
        </w:tc>
        <w:tc>
          <w:tcPr>
            <w:tcW w:w="709" w:type="dxa"/>
            <w:tcBorders>
              <w:top w:val="single" w:sz="4" w:space="0" w:color="8A6DB0"/>
              <w:left w:val="single" w:sz="4" w:space="0" w:color="8A6DB0"/>
              <w:bottom w:val="single" w:sz="4" w:space="0" w:color="8A6DB0"/>
              <w:right w:val="single" w:sz="4" w:space="0" w:color="8A6DB0"/>
            </w:tcBorders>
            <w:vAlign w:val="center"/>
          </w:tcPr>
          <w:p w14:paraId="66E2BC9F"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236B06F1" w14:textId="77777777" w:rsidR="001C5DA9" w:rsidRPr="00706586" w:rsidRDefault="004F75C6">
            <w:pPr>
              <w:rPr>
                <w:sz w:val="24"/>
                <w:szCs w:val="24"/>
              </w:rPr>
            </w:pPr>
            <w:r w:rsidRPr="00706586">
              <w:rPr>
                <w:sz w:val="24"/>
                <w:szCs w:val="24"/>
              </w:rPr>
              <w:t>11</w:t>
            </w:r>
          </w:p>
        </w:tc>
        <w:tc>
          <w:tcPr>
            <w:tcW w:w="1732" w:type="dxa"/>
            <w:tcBorders>
              <w:top w:val="single" w:sz="4" w:space="0" w:color="8A6DB0"/>
              <w:left w:val="single" w:sz="4" w:space="0" w:color="8A6DB0"/>
              <w:bottom w:val="single" w:sz="4" w:space="0" w:color="8A6DB0"/>
              <w:right w:val="single" w:sz="4" w:space="0" w:color="8A6DB0"/>
            </w:tcBorders>
          </w:tcPr>
          <w:p w14:paraId="5BF60399" w14:textId="77777777" w:rsidR="001C5DA9" w:rsidRPr="00706586" w:rsidRDefault="004F75C6">
            <w:pPr>
              <w:rPr>
                <w:sz w:val="24"/>
                <w:szCs w:val="24"/>
              </w:rPr>
            </w:pPr>
            <w:r w:rsidRPr="00706586">
              <w:rPr>
                <w:sz w:val="24"/>
                <w:szCs w:val="24"/>
              </w:rPr>
              <w:t>Bài 8. Định luật tuần hoàn và ý nghĩa của bảng tuần hoàn các nguyên tố hoá học (2 tiết)</w:t>
            </w:r>
          </w:p>
        </w:tc>
        <w:tc>
          <w:tcPr>
            <w:tcW w:w="647" w:type="dxa"/>
            <w:tcBorders>
              <w:top w:val="single" w:sz="4" w:space="0" w:color="8A6DB0"/>
              <w:left w:val="single" w:sz="4" w:space="0" w:color="8A6DB0"/>
              <w:bottom w:val="single" w:sz="4" w:space="0" w:color="8A6DB0"/>
              <w:right w:val="single" w:sz="4" w:space="0" w:color="8A6DB0"/>
            </w:tcBorders>
            <w:vAlign w:val="center"/>
          </w:tcPr>
          <w:p w14:paraId="07F4D954"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57422FB3" w14:textId="77777777" w:rsidR="001C5DA9" w:rsidRPr="00706586" w:rsidRDefault="004F75C6">
            <w:pPr>
              <w:rPr>
                <w:sz w:val="24"/>
                <w:szCs w:val="24"/>
              </w:rPr>
            </w:pPr>
            <w:r w:rsidRPr="00706586">
              <w:rPr>
                <w:sz w:val="24"/>
                <w:szCs w:val="24"/>
              </w:rPr>
              <w:t>Nhận biết: Phát biểu được định luật tuần hoàn. Thông hiểu: Trình bày được ý nghĩa của bảng tuần hoàn các nguyên tố hoá học: mối liên hệ giữa vị trí (trong BTH) với tính chất và ngược lại. Vận dụng: Từ cấu hình electron suy ra tính chất nguyên tố và ngược lại; so sánh tính chất của các nguyên tố, các hợp chất cơ bản (quá trình sản xuất sulfuric acid theo phương pháp tiếp xúc).</w:t>
            </w:r>
          </w:p>
        </w:tc>
        <w:tc>
          <w:tcPr>
            <w:tcW w:w="1807" w:type="dxa"/>
            <w:tcBorders>
              <w:top w:val="single" w:sz="4" w:space="0" w:color="8A6DB0"/>
              <w:left w:val="single" w:sz="4" w:space="0" w:color="8A6DB0"/>
              <w:bottom w:val="single" w:sz="4" w:space="0" w:color="8A6DB0"/>
              <w:right w:val="single" w:sz="4" w:space="0" w:color="8A6DB0"/>
            </w:tcBorders>
          </w:tcPr>
          <w:p w14:paraId="212CCB1C" w14:textId="77777777" w:rsidR="001C5DA9" w:rsidRPr="00706586" w:rsidRDefault="004F75C6">
            <w:pPr>
              <w:rPr>
                <w:sz w:val="24"/>
                <w:szCs w:val="24"/>
              </w:rPr>
            </w:pPr>
            <w:r w:rsidRPr="00706586">
              <w:rPr>
                <w:sz w:val="24"/>
                <w:szCs w:val="24"/>
              </w:rPr>
              <w:t>– Tranh viết tổng quát “Nội dung của định luật tuần hoàn”. Sơ đồ mối liên hệ giữa vị trí nguyên tố với cấu hình electron và tính chất nguyên tố. Một số video minh họa mối liên hệ.</w:t>
            </w:r>
          </w:p>
        </w:tc>
        <w:tc>
          <w:tcPr>
            <w:tcW w:w="3153" w:type="dxa"/>
            <w:tcBorders>
              <w:top w:val="single" w:sz="4" w:space="0" w:color="8A6DB0"/>
              <w:left w:val="single" w:sz="4" w:space="0" w:color="8A6DB0"/>
              <w:bottom w:val="single" w:sz="4" w:space="0" w:color="8A6DB0"/>
              <w:right w:val="single" w:sz="4" w:space="0" w:color="8A6DB0"/>
            </w:tcBorders>
          </w:tcPr>
          <w:p w14:paraId="4E78A5EC" w14:textId="77777777" w:rsidR="001C5DA9" w:rsidRPr="00706586" w:rsidRDefault="004F75C6">
            <w:pPr>
              <w:rPr>
                <w:sz w:val="24"/>
                <w:szCs w:val="24"/>
              </w:rPr>
            </w:pPr>
            <w:r w:rsidRPr="00706586">
              <w:rPr>
                <w:sz w:val="24"/>
                <w:szCs w:val="24"/>
              </w:rPr>
              <w:t>– Kĩ năng về thông tin và dữ liệu: Tổng hợp và hiểu thông tin từ các nguồn số về định luật tuần hoàn.</w:t>
            </w:r>
          </w:p>
        </w:tc>
        <w:tc>
          <w:tcPr>
            <w:tcW w:w="1418" w:type="dxa"/>
            <w:tcBorders>
              <w:top w:val="single" w:sz="4" w:space="0" w:color="8A6DB0"/>
              <w:left w:val="single" w:sz="4" w:space="0" w:color="8A6DB0"/>
              <w:bottom w:val="single" w:sz="4" w:space="0" w:color="8A6DB0"/>
              <w:right w:val="single" w:sz="4" w:space="0" w:color="8A6DB0"/>
            </w:tcBorders>
          </w:tcPr>
          <w:p w14:paraId="058223C8" w14:textId="77777777" w:rsidR="001C5DA9" w:rsidRPr="00706586" w:rsidRDefault="004F75C6">
            <w:pPr>
              <w:rPr>
                <w:sz w:val="24"/>
                <w:szCs w:val="24"/>
              </w:rPr>
            </w:pPr>
            <w:r w:rsidRPr="00706586">
              <w:rPr>
                <w:sz w:val="24"/>
                <w:szCs w:val="24"/>
              </w:rPr>
              <w:t>1.1NC1b</w:t>
            </w:r>
          </w:p>
        </w:tc>
      </w:tr>
      <w:tr w:rsidR="003458F8" w:rsidRPr="00706586" w14:paraId="49F1DE67"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540D764A" w14:textId="77777777" w:rsidR="001C5DA9" w:rsidRPr="00706586" w:rsidRDefault="004F75C6">
            <w:pPr>
              <w:rPr>
                <w:sz w:val="24"/>
                <w:szCs w:val="24"/>
              </w:rPr>
            </w:pPr>
            <w:r w:rsidRPr="00706586">
              <w:rPr>
                <w:sz w:val="24"/>
                <w:szCs w:val="24"/>
              </w:rPr>
              <w:t>32</w:t>
            </w:r>
          </w:p>
        </w:tc>
        <w:tc>
          <w:tcPr>
            <w:tcW w:w="709" w:type="dxa"/>
            <w:tcBorders>
              <w:top w:val="single" w:sz="4" w:space="0" w:color="8A6DB0"/>
              <w:left w:val="single" w:sz="4" w:space="0" w:color="8A6DB0"/>
              <w:bottom w:val="single" w:sz="4" w:space="0" w:color="8A6DB0"/>
              <w:right w:val="single" w:sz="4" w:space="0" w:color="8A6DB0"/>
            </w:tcBorders>
            <w:vAlign w:val="center"/>
          </w:tcPr>
          <w:p w14:paraId="237FD192"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79979BF6" w14:textId="77777777" w:rsidR="001C5DA9" w:rsidRPr="00706586" w:rsidRDefault="004F75C6">
            <w:pPr>
              <w:rPr>
                <w:sz w:val="24"/>
                <w:szCs w:val="24"/>
              </w:rPr>
            </w:pPr>
            <w:r w:rsidRPr="00706586">
              <w:rPr>
                <w:sz w:val="24"/>
                <w:szCs w:val="24"/>
              </w:rPr>
              <w:t>11</w:t>
            </w:r>
          </w:p>
        </w:tc>
        <w:tc>
          <w:tcPr>
            <w:tcW w:w="1732" w:type="dxa"/>
            <w:tcBorders>
              <w:top w:val="single" w:sz="4" w:space="0" w:color="8A6DB0"/>
              <w:left w:val="single" w:sz="4" w:space="0" w:color="8A6DB0"/>
              <w:bottom w:val="single" w:sz="4" w:space="0" w:color="8A6DB0"/>
              <w:right w:val="single" w:sz="4" w:space="0" w:color="8A6DB0"/>
            </w:tcBorders>
          </w:tcPr>
          <w:p w14:paraId="484728F9" w14:textId="77777777" w:rsidR="001C5DA9" w:rsidRPr="00706586" w:rsidRDefault="004F75C6">
            <w:pPr>
              <w:rPr>
                <w:sz w:val="24"/>
                <w:szCs w:val="24"/>
              </w:rPr>
            </w:pPr>
            <w:r w:rsidRPr="00706586">
              <w:rPr>
                <w:sz w:val="24"/>
                <w:szCs w:val="24"/>
              </w:rPr>
              <w:t>Bài 9. Ôn tập chương 2</w:t>
            </w:r>
          </w:p>
        </w:tc>
        <w:tc>
          <w:tcPr>
            <w:tcW w:w="647" w:type="dxa"/>
            <w:tcBorders>
              <w:top w:val="single" w:sz="4" w:space="0" w:color="8A6DB0"/>
              <w:left w:val="single" w:sz="4" w:space="0" w:color="8A6DB0"/>
              <w:bottom w:val="single" w:sz="4" w:space="0" w:color="8A6DB0"/>
              <w:right w:val="single" w:sz="4" w:space="0" w:color="8A6DB0"/>
            </w:tcBorders>
            <w:vAlign w:val="center"/>
          </w:tcPr>
          <w:p w14:paraId="6CFBB4FE"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0F5B5AA1" w14:textId="77777777" w:rsidR="001C5DA9" w:rsidRPr="00706586" w:rsidRDefault="004F75C6">
            <w:pPr>
              <w:rPr>
                <w:sz w:val="24"/>
                <w:szCs w:val="24"/>
              </w:rPr>
            </w:pPr>
            <w:r w:rsidRPr="00706586">
              <w:rPr>
                <w:sz w:val="24"/>
                <w:szCs w:val="24"/>
              </w:rPr>
              <w:t>– Hệ thống hóa kiến thức về bảng tuần hoàn các nguyên tố hóa học và định luật tuần hoàn. – Rèn kĩ năng làm bài.</w:t>
            </w:r>
          </w:p>
        </w:tc>
        <w:tc>
          <w:tcPr>
            <w:tcW w:w="1807" w:type="dxa"/>
            <w:tcBorders>
              <w:top w:val="single" w:sz="4" w:space="0" w:color="8A6DB0"/>
              <w:left w:val="single" w:sz="4" w:space="0" w:color="8A6DB0"/>
              <w:bottom w:val="single" w:sz="4" w:space="0" w:color="8A6DB0"/>
              <w:right w:val="single" w:sz="4" w:space="0" w:color="8A6DB0"/>
            </w:tcBorders>
          </w:tcPr>
          <w:p w14:paraId="3EB08AC3" w14:textId="77777777" w:rsidR="001C5DA9" w:rsidRPr="00706586" w:rsidRDefault="004F75C6">
            <w:pPr>
              <w:rPr>
                <w:sz w:val="24"/>
                <w:szCs w:val="24"/>
              </w:rPr>
            </w:pPr>
            <w:r w:rsidRPr="00706586">
              <w:rPr>
                <w:sz w:val="24"/>
                <w:szCs w:val="24"/>
              </w:rPr>
              <w:t>– Sơ đồ tư duy. – Phiếu học tập.</w:t>
            </w:r>
          </w:p>
        </w:tc>
        <w:tc>
          <w:tcPr>
            <w:tcW w:w="3153" w:type="dxa"/>
            <w:tcBorders>
              <w:top w:val="single" w:sz="4" w:space="0" w:color="8A6DB0"/>
              <w:left w:val="single" w:sz="4" w:space="0" w:color="8A6DB0"/>
              <w:bottom w:val="single" w:sz="4" w:space="0" w:color="8A6DB0"/>
              <w:right w:val="single" w:sz="4" w:space="0" w:color="8A6DB0"/>
            </w:tcBorders>
          </w:tcPr>
          <w:p w14:paraId="15C81E21" w14:textId="77777777" w:rsidR="001C5DA9" w:rsidRPr="00706586" w:rsidRDefault="001C5DA9">
            <w:pPr>
              <w:rPr>
                <w:sz w:val="24"/>
                <w:szCs w:val="24"/>
              </w:rPr>
            </w:pPr>
          </w:p>
        </w:tc>
        <w:tc>
          <w:tcPr>
            <w:tcW w:w="1418" w:type="dxa"/>
            <w:tcBorders>
              <w:top w:val="single" w:sz="4" w:space="0" w:color="8A6DB0"/>
              <w:left w:val="single" w:sz="4" w:space="0" w:color="8A6DB0"/>
              <w:bottom w:val="single" w:sz="4" w:space="0" w:color="8A6DB0"/>
              <w:right w:val="single" w:sz="4" w:space="0" w:color="8A6DB0"/>
            </w:tcBorders>
          </w:tcPr>
          <w:p w14:paraId="39388FD0" w14:textId="77777777" w:rsidR="001C5DA9" w:rsidRPr="00706586" w:rsidRDefault="001C5DA9">
            <w:pPr>
              <w:rPr>
                <w:sz w:val="24"/>
                <w:szCs w:val="24"/>
              </w:rPr>
            </w:pPr>
          </w:p>
        </w:tc>
      </w:tr>
      <w:tr w:rsidR="003458F8" w:rsidRPr="00706586" w14:paraId="5B3A4CF3"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5EEDE5F7" w14:textId="77777777" w:rsidR="001C5DA9" w:rsidRPr="00706586" w:rsidRDefault="004F75C6">
            <w:pPr>
              <w:rPr>
                <w:sz w:val="24"/>
                <w:szCs w:val="24"/>
              </w:rPr>
            </w:pPr>
            <w:r w:rsidRPr="00706586">
              <w:rPr>
                <w:sz w:val="24"/>
                <w:szCs w:val="24"/>
              </w:rPr>
              <w:lastRenderedPageBreak/>
              <w:t>33</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79C18AF"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6A6BD740" w14:textId="77777777" w:rsidR="001C5DA9" w:rsidRPr="00706586" w:rsidRDefault="004F75C6">
            <w:pPr>
              <w:rPr>
                <w:sz w:val="24"/>
                <w:szCs w:val="24"/>
              </w:rPr>
            </w:pPr>
            <w:r w:rsidRPr="00706586">
              <w:rPr>
                <w:sz w:val="24"/>
                <w:szCs w:val="24"/>
              </w:rPr>
              <w:t>11</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462D9EBF" w14:textId="77777777" w:rsidR="001C5DA9" w:rsidRPr="00706586" w:rsidRDefault="004F75C6">
            <w:pPr>
              <w:rPr>
                <w:sz w:val="24"/>
                <w:szCs w:val="24"/>
              </w:rPr>
            </w:pPr>
            <w:r w:rsidRPr="00706586">
              <w:rPr>
                <w:sz w:val="24"/>
                <w:szCs w:val="24"/>
              </w:rPr>
              <w:t>CĐ1(Bài 1). Liên kết hóa học (tiết 3)</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5F2FDFD3"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4AAA84B5" w14:textId="77777777" w:rsidR="001C5DA9" w:rsidRPr="00706586" w:rsidRDefault="004F75C6">
            <w:pPr>
              <w:rPr>
                <w:sz w:val="24"/>
                <w:szCs w:val="24"/>
              </w:rPr>
            </w:pPr>
            <w:r w:rsidRPr="00706586">
              <w:rPr>
                <w:sz w:val="24"/>
                <w:szCs w:val="24"/>
              </w:rPr>
              <w:t>Vận dụng: Vận dụng giải thích liên kết trong một số phân tử (CO2, BF3, CH4…); ôn tập, kiểm tra chuyên đề.</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0AB1F28B" w14:textId="77777777" w:rsidR="001C5DA9" w:rsidRPr="00706586" w:rsidRDefault="004F75C6">
            <w:pPr>
              <w:rPr>
                <w:sz w:val="24"/>
                <w:szCs w:val="24"/>
              </w:rPr>
            </w:pPr>
            <w:r w:rsidRPr="00706586">
              <w:rPr>
                <w:sz w:val="24"/>
                <w:szCs w:val="24"/>
              </w:rPr>
              <w:t>–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67B2695A" w14:textId="77777777" w:rsidR="001C5DA9" w:rsidRPr="00706586" w:rsidRDefault="004F75C6">
            <w:pPr>
              <w:rPr>
                <w:sz w:val="24"/>
                <w:szCs w:val="24"/>
              </w:rPr>
            </w:pPr>
            <w:r w:rsidRPr="00706586">
              <w:rPr>
                <w:sz w:val="24"/>
                <w:szCs w:val="24"/>
              </w:rPr>
              <w:t>– Tạo sản phẩm số: Sử dụng phần mềm vẽ công thức Lewis, mô hình 3D phân tử.</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42809E00" w14:textId="77777777" w:rsidR="001C5DA9" w:rsidRPr="00706586" w:rsidRDefault="004F75C6">
            <w:pPr>
              <w:rPr>
                <w:sz w:val="24"/>
                <w:szCs w:val="24"/>
              </w:rPr>
            </w:pPr>
            <w:r w:rsidRPr="00706586">
              <w:rPr>
                <w:sz w:val="24"/>
                <w:szCs w:val="24"/>
              </w:rPr>
              <w:t>3.1NC1b; 1.1NC1a; 5.1NC1a</w:t>
            </w:r>
          </w:p>
        </w:tc>
      </w:tr>
      <w:tr w:rsidR="003458F8" w:rsidRPr="00706586" w14:paraId="2E3DCA8D" w14:textId="77777777" w:rsidTr="002E6CD2">
        <w:tc>
          <w:tcPr>
            <w:tcW w:w="15701" w:type="dxa"/>
            <w:gridSpan w:val="9"/>
            <w:tcBorders>
              <w:top w:val="single" w:sz="4" w:space="0" w:color="8A6DB0"/>
              <w:left w:val="single" w:sz="4" w:space="0" w:color="8A6DB0"/>
              <w:bottom w:val="single" w:sz="4" w:space="0" w:color="8A6DB0"/>
              <w:right w:val="single" w:sz="4" w:space="0" w:color="8A6DB0"/>
            </w:tcBorders>
            <w:shd w:val="clear" w:color="auto" w:fill="2F5597"/>
            <w:vAlign w:val="center"/>
          </w:tcPr>
          <w:p w14:paraId="66A6F625" w14:textId="77777777" w:rsidR="001C5DA9" w:rsidRPr="00706586" w:rsidRDefault="004F75C6">
            <w:pPr>
              <w:rPr>
                <w:sz w:val="24"/>
                <w:szCs w:val="24"/>
              </w:rPr>
            </w:pPr>
            <w:r w:rsidRPr="00706586">
              <w:rPr>
                <w:b/>
                <w:color w:val="FFFFFF"/>
                <w:sz w:val="24"/>
                <w:szCs w:val="24"/>
              </w:rPr>
              <w:t>Chương 3. LIÊN KẾT HÓA HỌC</w:t>
            </w:r>
          </w:p>
        </w:tc>
      </w:tr>
      <w:tr w:rsidR="003458F8" w:rsidRPr="00706586" w14:paraId="40231572"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13904649" w14:textId="77777777" w:rsidR="001C5DA9" w:rsidRPr="00706586" w:rsidRDefault="004F75C6">
            <w:pPr>
              <w:rPr>
                <w:sz w:val="24"/>
                <w:szCs w:val="24"/>
              </w:rPr>
            </w:pPr>
            <w:r w:rsidRPr="00706586">
              <w:rPr>
                <w:sz w:val="24"/>
                <w:szCs w:val="24"/>
              </w:rPr>
              <w:t>34</w:t>
            </w:r>
          </w:p>
        </w:tc>
        <w:tc>
          <w:tcPr>
            <w:tcW w:w="709" w:type="dxa"/>
            <w:tcBorders>
              <w:top w:val="single" w:sz="4" w:space="0" w:color="8A6DB0"/>
              <w:left w:val="single" w:sz="4" w:space="0" w:color="8A6DB0"/>
              <w:bottom w:val="single" w:sz="4" w:space="0" w:color="8A6DB0"/>
              <w:right w:val="single" w:sz="4" w:space="0" w:color="8A6DB0"/>
            </w:tcBorders>
            <w:vAlign w:val="center"/>
          </w:tcPr>
          <w:p w14:paraId="20E527CD"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1234AFAE" w14:textId="77777777" w:rsidR="001C5DA9" w:rsidRPr="00706586" w:rsidRDefault="004F75C6">
            <w:pPr>
              <w:rPr>
                <w:sz w:val="24"/>
                <w:szCs w:val="24"/>
              </w:rPr>
            </w:pPr>
            <w:r w:rsidRPr="00706586">
              <w:rPr>
                <w:sz w:val="24"/>
                <w:szCs w:val="24"/>
              </w:rPr>
              <w:t>12</w:t>
            </w:r>
          </w:p>
        </w:tc>
        <w:tc>
          <w:tcPr>
            <w:tcW w:w="1732" w:type="dxa"/>
            <w:tcBorders>
              <w:top w:val="single" w:sz="4" w:space="0" w:color="8A6DB0"/>
              <w:left w:val="single" w:sz="4" w:space="0" w:color="8A6DB0"/>
              <w:bottom w:val="single" w:sz="4" w:space="0" w:color="8A6DB0"/>
              <w:right w:val="single" w:sz="4" w:space="0" w:color="8A6DB0"/>
            </w:tcBorders>
          </w:tcPr>
          <w:p w14:paraId="0A444F46" w14:textId="77777777" w:rsidR="001C5DA9" w:rsidRPr="00706586" w:rsidRDefault="004F75C6">
            <w:pPr>
              <w:rPr>
                <w:sz w:val="24"/>
                <w:szCs w:val="24"/>
              </w:rPr>
            </w:pPr>
            <w:r w:rsidRPr="00706586">
              <w:rPr>
                <w:sz w:val="24"/>
                <w:szCs w:val="24"/>
              </w:rPr>
              <w:t>Bài 10. Quy tắc Octet</w:t>
            </w:r>
          </w:p>
        </w:tc>
        <w:tc>
          <w:tcPr>
            <w:tcW w:w="647" w:type="dxa"/>
            <w:tcBorders>
              <w:top w:val="single" w:sz="4" w:space="0" w:color="8A6DB0"/>
              <w:left w:val="single" w:sz="4" w:space="0" w:color="8A6DB0"/>
              <w:bottom w:val="single" w:sz="4" w:space="0" w:color="8A6DB0"/>
              <w:right w:val="single" w:sz="4" w:space="0" w:color="8A6DB0"/>
            </w:tcBorders>
            <w:vAlign w:val="center"/>
          </w:tcPr>
          <w:p w14:paraId="79A1F895"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55CA6942" w14:textId="77777777" w:rsidR="001C5DA9" w:rsidRPr="00706586" w:rsidRDefault="004F75C6">
            <w:pPr>
              <w:rPr>
                <w:sz w:val="24"/>
                <w:szCs w:val="24"/>
              </w:rPr>
            </w:pPr>
            <w:r w:rsidRPr="00706586">
              <w:rPr>
                <w:sz w:val="24"/>
                <w:szCs w:val="24"/>
              </w:rPr>
              <w:t>Nhận biết: Trình bày được quy tắc octet trong quá trình hình thành liên kết hoá học cho các nguyên tố nhóm A. Thông hiểu: Biểu diễn các electron hóa trị của nguyên tử. Vận dụng: Vận dụng được quy tắc octet trong quá trình hình thành liên kết hoá học cho các nguyên tố nhóm A.</w:t>
            </w:r>
          </w:p>
        </w:tc>
        <w:tc>
          <w:tcPr>
            <w:tcW w:w="1807" w:type="dxa"/>
            <w:tcBorders>
              <w:top w:val="single" w:sz="4" w:space="0" w:color="8A6DB0"/>
              <w:left w:val="single" w:sz="4" w:space="0" w:color="8A6DB0"/>
              <w:bottom w:val="single" w:sz="4" w:space="0" w:color="8A6DB0"/>
              <w:right w:val="single" w:sz="4" w:space="0" w:color="8A6DB0"/>
            </w:tcBorders>
          </w:tcPr>
          <w:p w14:paraId="5134F001" w14:textId="77777777" w:rsidR="001C5DA9" w:rsidRPr="00706586" w:rsidRDefault="004F75C6">
            <w:pPr>
              <w:rPr>
                <w:sz w:val="24"/>
                <w:szCs w:val="24"/>
              </w:rPr>
            </w:pPr>
            <w:r w:rsidRPr="00706586">
              <w:rPr>
                <w:sz w:val="24"/>
                <w:szCs w:val="24"/>
              </w:rPr>
              <w:t>– Bảng biểu diễn electron hóa trị của một số nguyên tử.</w:t>
            </w:r>
          </w:p>
        </w:tc>
        <w:tc>
          <w:tcPr>
            <w:tcW w:w="3153" w:type="dxa"/>
            <w:tcBorders>
              <w:top w:val="single" w:sz="4" w:space="0" w:color="8A6DB0"/>
              <w:left w:val="single" w:sz="4" w:space="0" w:color="8A6DB0"/>
              <w:bottom w:val="single" w:sz="4" w:space="0" w:color="8A6DB0"/>
              <w:right w:val="single" w:sz="4" w:space="0" w:color="8A6DB0"/>
            </w:tcBorders>
          </w:tcPr>
          <w:p w14:paraId="76E826D5" w14:textId="77777777" w:rsidR="001C5DA9" w:rsidRPr="00706586" w:rsidRDefault="004F75C6">
            <w:pPr>
              <w:rPr>
                <w:sz w:val="24"/>
                <w:szCs w:val="24"/>
              </w:rPr>
            </w:pPr>
            <w:r w:rsidRPr="00706586">
              <w:rPr>
                <w:sz w:val="24"/>
                <w:szCs w:val="24"/>
              </w:rPr>
              <w:t>– Giải quyết vấn đề: Áp dụng quy tắc octet để dự đoán liên kết (có thể dùng công cụ vẽ công thức Lewis trực tuyến).</w:t>
            </w:r>
          </w:p>
        </w:tc>
        <w:tc>
          <w:tcPr>
            <w:tcW w:w="1418" w:type="dxa"/>
            <w:tcBorders>
              <w:top w:val="single" w:sz="4" w:space="0" w:color="8A6DB0"/>
              <w:left w:val="single" w:sz="4" w:space="0" w:color="8A6DB0"/>
              <w:bottom w:val="single" w:sz="4" w:space="0" w:color="8A6DB0"/>
              <w:right w:val="single" w:sz="4" w:space="0" w:color="8A6DB0"/>
            </w:tcBorders>
          </w:tcPr>
          <w:p w14:paraId="4326BCBA" w14:textId="77777777" w:rsidR="001C5DA9" w:rsidRPr="00706586" w:rsidRDefault="004F75C6">
            <w:pPr>
              <w:rPr>
                <w:sz w:val="24"/>
                <w:szCs w:val="24"/>
              </w:rPr>
            </w:pPr>
            <w:r w:rsidRPr="00706586">
              <w:rPr>
                <w:sz w:val="24"/>
                <w:szCs w:val="24"/>
              </w:rPr>
              <w:t>5.1NC1b</w:t>
            </w:r>
          </w:p>
        </w:tc>
      </w:tr>
      <w:tr w:rsidR="003458F8" w:rsidRPr="00706586" w14:paraId="73679537"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1CFA8325" w14:textId="77777777" w:rsidR="001C5DA9" w:rsidRPr="00706586" w:rsidRDefault="004F75C6">
            <w:pPr>
              <w:rPr>
                <w:sz w:val="24"/>
                <w:szCs w:val="24"/>
              </w:rPr>
            </w:pPr>
            <w:r w:rsidRPr="00706586">
              <w:rPr>
                <w:sz w:val="24"/>
                <w:szCs w:val="24"/>
              </w:rPr>
              <w:t>35</w:t>
            </w:r>
          </w:p>
        </w:tc>
        <w:tc>
          <w:tcPr>
            <w:tcW w:w="709" w:type="dxa"/>
            <w:tcBorders>
              <w:top w:val="single" w:sz="4" w:space="0" w:color="8A6DB0"/>
              <w:left w:val="single" w:sz="4" w:space="0" w:color="8A6DB0"/>
              <w:bottom w:val="single" w:sz="4" w:space="0" w:color="8A6DB0"/>
              <w:right w:val="single" w:sz="4" w:space="0" w:color="8A6DB0"/>
            </w:tcBorders>
            <w:vAlign w:val="center"/>
          </w:tcPr>
          <w:p w14:paraId="5185D5EB"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166C6A0C" w14:textId="77777777" w:rsidR="001C5DA9" w:rsidRPr="00706586" w:rsidRDefault="004F75C6">
            <w:pPr>
              <w:rPr>
                <w:sz w:val="24"/>
                <w:szCs w:val="24"/>
              </w:rPr>
            </w:pPr>
            <w:r w:rsidRPr="00706586">
              <w:rPr>
                <w:sz w:val="24"/>
                <w:szCs w:val="24"/>
              </w:rPr>
              <w:t>12</w:t>
            </w:r>
          </w:p>
        </w:tc>
        <w:tc>
          <w:tcPr>
            <w:tcW w:w="1732" w:type="dxa"/>
            <w:tcBorders>
              <w:top w:val="single" w:sz="4" w:space="0" w:color="8A6DB0"/>
              <w:left w:val="single" w:sz="4" w:space="0" w:color="8A6DB0"/>
              <w:bottom w:val="single" w:sz="4" w:space="0" w:color="8A6DB0"/>
              <w:right w:val="single" w:sz="4" w:space="0" w:color="8A6DB0"/>
            </w:tcBorders>
          </w:tcPr>
          <w:p w14:paraId="582D0162" w14:textId="77777777" w:rsidR="001C5DA9" w:rsidRPr="00706586" w:rsidRDefault="004F75C6">
            <w:pPr>
              <w:rPr>
                <w:sz w:val="24"/>
                <w:szCs w:val="24"/>
              </w:rPr>
            </w:pPr>
            <w:r w:rsidRPr="00706586">
              <w:rPr>
                <w:sz w:val="24"/>
                <w:szCs w:val="24"/>
              </w:rPr>
              <w:t>Bài 11. Liên kết ion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519B0130"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4289808E" w14:textId="77777777" w:rsidR="001C5DA9" w:rsidRPr="00706586" w:rsidRDefault="004F75C6">
            <w:pPr>
              <w:rPr>
                <w:sz w:val="24"/>
                <w:szCs w:val="24"/>
              </w:rPr>
            </w:pPr>
            <w:r w:rsidRPr="00706586">
              <w:rPr>
                <w:sz w:val="24"/>
                <w:szCs w:val="24"/>
              </w:rPr>
              <w:t>Nhận biết: Trình bày được khái niệm và sự hình thành liên kết ion (nêu một số ví dụ điển hình tuân theo quy tắc octet). Thông hiểu: Nêu được cấu tạo tinh thể NaCl.</w:t>
            </w:r>
          </w:p>
        </w:tc>
        <w:tc>
          <w:tcPr>
            <w:tcW w:w="1807" w:type="dxa"/>
            <w:tcBorders>
              <w:top w:val="single" w:sz="4" w:space="0" w:color="8A6DB0"/>
              <w:left w:val="single" w:sz="4" w:space="0" w:color="8A6DB0"/>
              <w:bottom w:val="single" w:sz="4" w:space="0" w:color="8A6DB0"/>
              <w:right w:val="single" w:sz="4" w:space="0" w:color="8A6DB0"/>
            </w:tcBorders>
          </w:tcPr>
          <w:p w14:paraId="30159391" w14:textId="77777777" w:rsidR="001C5DA9" w:rsidRPr="00706586" w:rsidRDefault="004F75C6">
            <w:pPr>
              <w:rPr>
                <w:sz w:val="24"/>
                <w:szCs w:val="24"/>
              </w:rPr>
            </w:pPr>
            <w:r w:rsidRPr="00706586">
              <w:rPr>
                <w:sz w:val="24"/>
                <w:szCs w:val="24"/>
              </w:rPr>
              <w:t>– Mô hình lắp ghép về liên kết ion. – Tranh ảnh, video liên quan đến liên kết ion.</w:t>
            </w:r>
          </w:p>
        </w:tc>
        <w:tc>
          <w:tcPr>
            <w:tcW w:w="3153" w:type="dxa"/>
            <w:tcBorders>
              <w:top w:val="single" w:sz="4" w:space="0" w:color="8A6DB0"/>
              <w:left w:val="single" w:sz="4" w:space="0" w:color="8A6DB0"/>
              <w:bottom w:val="single" w:sz="4" w:space="0" w:color="8A6DB0"/>
              <w:right w:val="single" w:sz="4" w:space="0" w:color="8A6DB0"/>
            </w:tcBorders>
          </w:tcPr>
          <w:p w14:paraId="46CADC32" w14:textId="77777777" w:rsidR="001C5DA9" w:rsidRPr="00706586" w:rsidRDefault="004F75C6">
            <w:pPr>
              <w:rPr>
                <w:sz w:val="24"/>
                <w:szCs w:val="24"/>
              </w:rPr>
            </w:pPr>
            <w:r w:rsidRPr="00706586">
              <w:rPr>
                <w:sz w:val="24"/>
                <w:szCs w:val="24"/>
              </w:rPr>
              <w:t>– Tạo sản phẩm số: Có thể sử dụng phần mềm mô phỏng cấu trúc tinh thể ion. – Sử dụng thiết bị kĩ thuật số: Xem các mô hình 3D tinh thể ion trên máy tính.</w:t>
            </w:r>
          </w:p>
        </w:tc>
        <w:tc>
          <w:tcPr>
            <w:tcW w:w="1418" w:type="dxa"/>
            <w:tcBorders>
              <w:top w:val="single" w:sz="4" w:space="0" w:color="8A6DB0"/>
              <w:left w:val="single" w:sz="4" w:space="0" w:color="8A6DB0"/>
              <w:bottom w:val="single" w:sz="4" w:space="0" w:color="8A6DB0"/>
              <w:right w:val="single" w:sz="4" w:space="0" w:color="8A6DB0"/>
            </w:tcBorders>
          </w:tcPr>
          <w:p w14:paraId="6F6E3EAE" w14:textId="77777777" w:rsidR="001C5DA9" w:rsidRPr="00706586" w:rsidRDefault="004F75C6">
            <w:pPr>
              <w:rPr>
                <w:sz w:val="24"/>
                <w:szCs w:val="24"/>
              </w:rPr>
            </w:pPr>
            <w:r w:rsidRPr="00706586">
              <w:rPr>
                <w:sz w:val="24"/>
                <w:szCs w:val="24"/>
              </w:rPr>
              <w:t>3.1NC1a; 1.1NC1b</w:t>
            </w:r>
          </w:p>
        </w:tc>
      </w:tr>
      <w:tr w:rsidR="003458F8" w:rsidRPr="00706586" w14:paraId="0EAE0F3F"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7D4507F" w14:textId="77777777" w:rsidR="001C5DA9" w:rsidRPr="00706586" w:rsidRDefault="004F75C6">
            <w:pPr>
              <w:rPr>
                <w:sz w:val="24"/>
                <w:szCs w:val="24"/>
              </w:rPr>
            </w:pPr>
            <w:r w:rsidRPr="00706586">
              <w:rPr>
                <w:sz w:val="24"/>
                <w:szCs w:val="24"/>
              </w:rPr>
              <w:t>36</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5720F92B"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2703C914" w14:textId="77777777" w:rsidR="001C5DA9" w:rsidRPr="00706586" w:rsidRDefault="004F75C6">
            <w:pPr>
              <w:rPr>
                <w:sz w:val="24"/>
                <w:szCs w:val="24"/>
              </w:rPr>
            </w:pPr>
            <w:r w:rsidRPr="00706586">
              <w:rPr>
                <w:sz w:val="24"/>
                <w:szCs w:val="24"/>
              </w:rPr>
              <w:t>12</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5745D1AA" w14:textId="77777777" w:rsidR="001C5DA9" w:rsidRPr="00706586" w:rsidRDefault="004F75C6">
            <w:pPr>
              <w:rPr>
                <w:sz w:val="24"/>
                <w:szCs w:val="24"/>
              </w:rPr>
            </w:pPr>
            <w:r w:rsidRPr="00706586">
              <w:rPr>
                <w:sz w:val="24"/>
                <w:szCs w:val="24"/>
              </w:rPr>
              <w:t>CĐ3(Bài 9). Thực hành vẽ cấu trúc phân tử (tiết 1)</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2C8958F3"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2C263539" w14:textId="77777777" w:rsidR="001C5DA9" w:rsidRPr="00706586" w:rsidRDefault="004F75C6">
            <w:pPr>
              <w:rPr>
                <w:sz w:val="24"/>
                <w:szCs w:val="24"/>
              </w:rPr>
            </w:pPr>
            <w:r w:rsidRPr="00706586">
              <w:rPr>
                <w:sz w:val="24"/>
                <w:szCs w:val="24"/>
              </w:rPr>
              <w:t>Vận dụng: Giới thiệu phần mềm Chemsketch; cài đặt và làm quen cách sử dụng; bắt đầu vẽ công thức cấu tạo, công thức Lewis của một số chất vô cơ.</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50D4A878" w14:textId="77777777" w:rsidR="001C5DA9" w:rsidRPr="00706586" w:rsidRDefault="004F75C6">
            <w:pPr>
              <w:rPr>
                <w:sz w:val="24"/>
                <w:szCs w:val="24"/>
              </w:rPr>
            </w:pPr>
            <w:r w:rsidRPr="00706586">
              <w:rPr>
                <w:sz w:val="24"/>
                <w:szCs w:val="24"/>
              </w:rPr>
              <w:t>– Máy tính, phần mềm Chemsketch. –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094FD87E" w14:textId="77777777" w:rsidR="001C5DA9" w:rsidRPr="00706586" w:rsidRDefault="004F75C6">
            <w:pPr>
              <w:rPr>
                <w:sz w:val="24"/>
                <w:szCs w:val="24"/>
              </w:rPr>
            </w:pPr>
            <w:r w:rsidRPr="00706586">
              <w:rPr>
                <w:sz w:val="24"/>
                <w:szCs w:val="24"/>
              </w:rPr>
              <w:t>– Tạo sản phẩm số: Tạo công thức cấu tạo, công thức Lewis bằng phần mềm Chemsketch. – Sử dụng thiết bị kĩ thuật số: Sử dụng máy tính, phần mềm chuyên dụng (Chemsketch).</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57310588" w14:textId="77777777" w:rsidR="001C5DA9" w:rsidRPr="00706586" w:rsidRDefault="004F75C6">
            <w:pPr>
              <w:rPr>
                <w:sz w:val="24"/>
                <w:szCs w:val="24"/>
              </w:rPr>
            </w:pPr>
            <w:r w:rsidRPr="00706586">
              <w:rPr>
                <w:sz w:val="24"/>
                <w:szCs w:val="24"/>
              </w:rPr>
              <w:t>3.1NC1b; 1.1NC1a</w:t>
            </w:r>
          </w:p>
        </w:tc>
      </w:tr>
      <w:tr w:rsidR="003458F8" w:rsidRPr="00706586" w14:paraId="061405ED"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468B9963" w14:textId="77777777" w:rsidR="001C5DA9" w:rsidRPr="00706586" w:rsidRDefault="004F75C6">
            <w:pPr>
              <w:rPr>
                <w:sz w:val="24"/>
                <w:szCs w:val="24"/>
              </w:rPr>
            </w:pPr>
            <w:r w:rsidRPr="00706586">
              <w:rPr>
                <w:sz w:val="24"/>
                <w:szCs w:val="24"/>
              </w:rPr>
              <w:t>37</w:t>
            </w:r>
          </w:p>
        </w:tc>
        <w:tc>
          <w:tcPr>
            <w:tcW w:w="709" w:type="dxa"/>
            <w:tcBorders>
              <w:top w:val="single" w:sz="4" w:space="0" w:color="8A6DB0"/>
              <w:left w:val="single" w:sz="4" w:space="0" w:color="8A6DB0"/>
              <w:bottom w:val="single" w:sz="4" w:space="0" w:color="8A6DB0"/>
              <w:right w:val="single" w:sz="4" w:space="0" w:color="8A6DB0"/>
            </w:tcBorders>
            <w:vAlign w:val="center"/>
          </w:tcPr>
          <w:p w14:paraId="748838F6"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28FE38F1" w14:textId="77777777" w:rsidR="001C5DA9" w:rsidRPr="00706586" w:rsidRDefault="004F75C6">
            <w:pPr>
              <w:rPr>
                <w:sz w:val="24"/>
                <w:szCs w:val="24"/>
              </w:rPr>
            </w:pPr>
            <w:r w:rsidRPr="00706586">
              <w:rPr>
                <w:sz w:val="24"/>
                <w:szCs w:val="24"/>
              </w:rPr>
              <w:t>13</w:t>
            </w:r>
          </w:p>
        </w:tc>
        <w:tc>
          <w:tcPr>
            <w:tcW w:w="1732" w:type="dxa"/>
            <w:tcBorders>
              <w:top w:val="single" w:sz="4" w:space="0" w:color="8A6DB0"/>
              <w:left w:val="single" w:sz="4" w:space="0" w:color="8A6DB0"/>
              <w:bottom w:val="single" w:sz="4" w:space="0" w:color="8A6DB0"/>
              <w:right w:val="single" w:sz="4" w:space="0" w:color="8A6DB0"/>
            </w:tcBorders>
          </w:tcPr>
          <w:p w14:paraId="3BDB4DE4" w14:textId="77777777" w:rsidR="001C5DA9" w:rsidRPr="00706586" w:rsidRDefault="004F75C6">
            <w:pPr>
              <w:rPr>
                <w:sz w:val="24"/>
                <w:szCs w:val="24"/>
              </w:rPr>
            </w:pPr>
            <w:r w:rsidRPr="00706586">
              <w:rPr>
                <w:sz w:val="24"/>
                <w:szCs w:val="24"/>
              </w:rPr>
              <w:t>Bài 11. Liên kết ion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67480396"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50BE7093" w14:textId="77777777" w:rsidR="001C5DA9" w:rsidRPr="00706586" w:rsidRDefault="004F75C6">
            <w:pPr>
              <w:rPr>
                <w:sz w:val="24"/>
                <w:szCs w:val="24"/>
              </w:rPr>
            </w:pPr>
            <w:r w:rsidRPr="00706586">
              <w:rPr>
                <w:sz w:val="24"/>
                <w:szCs w:val="24"/>
              </w:rPr>
              <w:t>Vận dụng: Giải thích được vì sao các hợp chất ion thường ở trạng thái rắn trong điều kiện thường (dạng tinh thể ion).</w:t>
            </w:r>
          </w:p>
        </w:tc>
        <w:tc>
          <w:tcPr>
            <w:tcW w:w="1807" w:type="dxa"/>
            <w:tcBorders>
              <w:top w:val="single" w:sz="4" w:space="0" w:color="8A6DB0"/>
              <w:left w:val="single" w:sz="4" w:space="0" w:color="8A6DB0"/>
              <w:bottom w:val="single" w:sz="4" w:space="0" w:color="8A6DB0"/>
              <w:right w:val="single" w:sz="4" w:space="0" w:color="8A6DB0"/>
            </w:tcBorders>
          </w:tcPr>
          <w:p w14:paraId="34F1A480" w14:textId="77777777" w:rsidR="001C5DA9" w:rsidRPr="00706586" w:rsidRDefault="004F75C6">
            <w:pPr>
              <w:rPr>
                <w:sz w:val="24"/>
                <w:szCs w:val="24"/>
              </w:rPr>
            </w:pPr>
            <w:r w:rsidRPr="00706586">
              <w:rPr>
                <w:sz w:val="24"/>
                <w:szCs w:val="24"/>
              </w:rPr>
              <w:t>– Mô hình lắp ghép về liên kết ion, phiếu học tập.</w:t>
            </w:r>
          </w:p>
        </w:tc>
        <w:tc>
          <w:tcPr>
            <w:tcW w:w="3153" w:type="dxa"/>
            <w:tcBorders>
              <w:top w:val="single" w:sz="4" w:space="0" w:color="8A6DB0"/>
              <w:left w:val="single" w:sz="4" w:space="0" w:color="8A6DB0"/>
              <w:bottom w:val="single" w:sz="4" w:space="0" w:color="8A6DB0"/>
              <w:right w:val="single" w:sz="4" w:space="0" w:color="8A6DB0"/>
            </w:tcBorders>
          </w:tcPr>
          <w:p w14:paraId="354087F6" w14:textId="77777777" w:rsidR="001C5DA9" w:rsidRPr="00706586" w:rsidRDefault="004F75C6">
            <w:pPr>
              <w:rPr>
                <w:sz w:val="24"/>
                <w:szCs w:val="24"/>
              </w:rPr>
            </w:pPr>
            <w:r w:rsidRPr="00706586">
              <w:rPr>
                <w:sz w:val="24"/>
                <w:szCs w:val="24"/>
              </w:rPr>
              <w:t>– Sử dụng thiết bị kĩ thuật số: Xem các mô hình 3D tinh thể ion trên máy tính.</w:t>
            </w:r>
          </w:p>
        </w:tc>
        <w:tc>
          <w:tcPr>
            <w:tcW w:w="1418" w:type="dxa"/>
            <w:tcBorders>
              <w:top w:val="single" w:sz="4" w:space="0" w:color="8A6DB0"/>
              <w:left w:val="single" w:sz="4" w:space="0" w:color="8A6DB0"/>
              <w:bottom w:val="single" w:sz="4" w:space="0" w:color="8A6DB0"/>
              <w:right w:val="single" w:sz="4" w:space="0" w:color="8A6DB0"/>
            </w:tcBorders>
          </w:tcPr>
          <w:p w14:paraId="07ACAA75" w14:textId="77777777" w:rsidR="001C5DA9" w:rsidRPr="00706586" w:rsidRDefault="004F75C6">
            <w:pPr>
              <w:rPr>
                <w:sz w:val="24"/>
                <w:szCs w:val="24"/>
              </w:rPr>
            </w:pPr>
            <w:r w:rsidRPr="00706586">
              <w:rPr>
                <w:sz w:val="24"/>
                <w:szCs w:val="24"/>
              </w:rPr>
              <w:t>3.1NC1a; 1.1NC1b</w:t>
            </w:r>
          </w:p>
        </w:tc>
      </w:tr>
      <w:tr w:rsidR="003458F8" w:rsidRPr="00706586" w14:paraId="7ED10F40"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49340A26" w14:textId="77777777" w:rsidR="001C5DA9" w:rsidRPr="00706586" w:rsidRDefault="004F75C6">
            <w:pPr>
              <w:rPr>
                <w:sz w:val="24"/>
                <w:szCs w:val="24"/>
              </w:rPr>
            </w:pPr>
            <w:r w:rsidRPr="00706586">
              <w:rPr>
                <w:sz w:val="24"/>
                <w:szCs w:val="24"/>
              </w:rPr>
              <w:t>38</w:t>
            </w:r>
          </w:p>
        </w:tc>
        <w:tc>
          <w:tcPr>
            <w:tcW w:w="709" w:type="dxa"/>
            <w:tcBorders>
              <w:top w:val="single" w:sz="4" w:space="0" w:color="8A6DB0"/>
              <w:left w:val="single" w:sz="4" w:space="0" w:color="8A6DB0"/>
              <w:bottom w:val="single" w:sz="4" w:space="0" w:color="8A6DB0"/>
              <w:right w:val="single" w:sz="4" w:space="0" w:color="8A6DB0"/>
            </w:tcBorders>
            <w:vAlign w:val="center"/>
          </w:tcPr>
          <w:p w14:paraId="6C761E5B"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0A777F00" w14:textId="77777777" w:rsidR="001C5DA9" w:rsidRPr="00706586" w:rsidRDefault="004F75C6">
            <w:pPr>
              <w:rPr>
                <w:sz w:val="24"/>
                <w:szCs w:val="24"/>
              </w:rPr>
            </w:pPr>
            <w:r w:rsidRPr="00706586">
              <w:rPr>
                <w:sz w:val="24"/>
                <w:szCs w:val="24"/>
              </w:rPr>
              <w:t>13</w:t>
            </w:r>
          </w:p>
        </w:tc>
        <w:tc>
          <w:tcPr>
            <w:tcW w:w="1732" w:type="dxa"/>
            <w:tcBorders>
              <w:top w:val="single" w:sz="4" w:space="0" w:color="8A6DB0"/>
              <w:left w:val="single" w:sz="4" w:space="0" w:color="8A6DB0"/>
              <w:bottom w:val="single" w:sz="4" w:space="0" w:color="8A6DB0"/>
              <w:right w:val="single" w:sz="4" w:space="0" w:color="8A6DB0"/>
            </w:tcBorders>
          </w:tcPr>
          <w:p w14:paraId="254FD2E2" w14:textId="77777777" w:rsidR="001C5DA9" w:rsidRPr="00706586" w:rsidRDefault="004F75C6">
            <w:pPr>
              <w:rPr>
                <w:sz w:val="24"/>
                <w:szCs w:val="24"/>
              </w:rPr>
            </w:pPr>
            <w:r w:rsidRPr="00706586">
              <w:rPr>
                <w:sz w:val="24"/>
                <w:szCs w:val="24"/>
              </w:rPr>
              <w:t>Bài 12. Liên kết cộng hoá trị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0259DE34"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4CAE29E9" w14:textId="77777777" w:rsidR="001C5DA9" w:rsidRPr="00706586" w:rsidRDefault="004F75C6">
            <w:pPr>
              <w:rPr>
                <w:sz w:val="24"/>
                <w:szCs w:val="24"/>
              </w:rPr>
            </w:pPr>
            <w:r w:rsidRPr="00706586">
              <w:rPr>
                <w:sz w:val="24"/>
                <w:szCs w:val="24"/>
              </w:rPr>
              <w:t>Nhận biết: Trình bày được khái niệm và lấy được ví dụ về liên kết cộng hoá trị (liên kết đơn, đôi, ba) khi áp dụng quy tắc octet. Trình bày được khái niệm về liên kết cho nhận. Thông hiểu: Lấy được ví dụ về liên kết cộng hoá trị (liên kết đơn, đôi, ba) khi áp dụng quy tắc octet.</w:t>
            </w:r>
          </w:p>
        </w:tc>
        <w:tc>
          <w:tcPr>
            <w:tcW w:w="1807" w:type="dxa"/>
            <w:tcBorders>
              <w:top w:val="single" w:sz="4" w:space="0" w:color="8A6DB0"/>
              <w:left w:val="single" w:sz="4" w:space="0" w:color="8A6DB0"/>
              <w:bottom w:val="single" w:sz="4" w:space="0" w:color="8A6DB0"/>
              <w:right w:val="single" w:sz="4" w:space="0" w:color="8A6DB0"/>
            </w:tcBorders>
          </w:tcPr>
          <w:p w14:paraId="508AB240" w14:textId="77777777" w:rsidR="001C5DA9" w:rsidRPr="00706586" w:rsidRDefault="004F75C6">
            <w:pPr>
              <w:rPr>
                <w:sz w:val="24"/>
                <w:szCs w:val="24"/>
              </w:rPr>
            </w:pPr>
            <w:r w:rsidRPr="00706586">
              <w:rPr>
                <w:sz w:val="24"/>
                <w:szCs w:val="24"/>
              </w:rPr>
              <w:t xml:space="preserve">– Tư liệu về tính chất của các hợp chất cộng hóa trị, sự xen phủ orbital nguyên tử. – Tranh ảnh và </w:t>
            </w:r>
            <w:r w:rsidRPr="00706586">
              <w:rPr>
                <w:sz w:val="24"/>
                <w:szCs w:val="24"/>
              </w:rPr>
              <w:lastRenderedPageBreak/>
              <w:t>các video liên quan.</w:t>
            </w:r>
          </w:p>
        </w:tc>
        <w:tc>
          <w:tcPr>
            <w:tcW w:w="3153" w:type="dxa"/>
            <w:tcBorders>
              <w:top w:val="single" w:sz="4" w:space="0" w:color="8A6DB0"/>
              <w:left w:val="single" w:sz="4" w:space="0" w:color="8A6DB0"/>
              <w:bottom w:val="single" w:sz="4" w:space="0" w:color="8A6DB0"/>
              <w:right w:val="single" w:sz="4" w:space="0" w:color="8A6DB0"/>
            </w:tcBorders>
          </w:tcPr>
          <w:p w14:paraId="73E53396" w14:textId="77777777" w:rsidR="001C5DA9" w:rsidRPr="00706586" w:rsidRDefault="004F75C6">
            <w:pPr>
              <w:rPr>
                <w:sz w:val="24"/>
                <w:szCs w:val="24"/>
              </w:rPr>
            </w:pPr>
            <w:r w:rsidRPr="00706586">
              <w:rPr>
                <w:sz w:val="24"/>
                <w:szCs w:val="24"/>
              </w:rPr>
              <w:lastRenderedPageBreak/>
              <w:t>– Tạo sản phẩm số: Sử dụng phần mềm vẽ công thức Lewis, mô hình phân tử 3D. – Giải quyết vấn đề: Áp dụng quy tắc octet và độ âm điện để dự đoán loại liên kết.</w:t>
            </w:r>
          </w:p>
        </w:tc>
        <w:tc>
          <w:tcPr>
            <w:tcW w:w="1418" w:type="dxa"/>
            <w:tcBorders>
              <w:top w:val="single" w:sz="4" w:space="0" w:color="8A6DB0"/>
              <w:left w:val="single" w:sz="4" w:space="0" w:color="8A6DB0"/>
              <w:bottom w:val="single" w:sz="4" w:space="0" w:color="8A6DB0"/>
              <w:right w:val="single" w:sz="4" w:space="0" w:color="8A6DB0"/>
            </w:tcBorders>
          </w:tcPr>
          <w:p w14:paraId="3AF908BD" w14:textId="77777777" w:rsidR="001C5DA9" w:rsidRPr="00706586" w:rsidRDefault="004F75C6">
            <w:pPr>
              <w:rPr>
                <w:sz w:val="24"/>
                <w:szCs w:val="24"/>
              </w:rPr>
            </w:pPr>
            <w:r w:rsidRPr="00706586">
              <w:rPr>
                <w:sz w:val="24"/>
                <w:szCs w:val="24"/>
              </w:rPr>
              <w:t>3.1NC1b; 1.1NC1a; 5.1NC1b</w:t>
            </w:r>
          </w:p>
        </w:tc>
      </w:tr>
      <w:tr w:rsidR="003458F8" w:rsidRPr="00706586" w14:paraId="3C62A55E"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35430D3A" w14:textId="77777777" w:rsidR="001C5DA9" w:rsidRPr="00706586" w:rsidRDefault="004F75C6">
            <w:pPr>
              <w:rPr>
                <w:sz w:val="24"/>
                <w:szCs w:val="24"/>
              </w:rPr>
            </w:pPr>
            <w:r w:rsidRPr="00706586">
              <w:rPr>
                <w:sz w:val="24"/>
                <w:szCs w:val="24"/>
              </w:rPr>
              <w:t>39</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85F3106"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26E8B3E9" w14:textId="77777777" w:rsidR="001C5DA9" w:rsidRPr="00706586" w:rsidRDefault="004F75C6">
            <w:pPr>
              <w:rPr>
                <w:sz w:val="24"/>
                <w:szCs w:val="24"/>
              </w:rPr>
            </w:pPr>
            <w:r w:rsidRPr="00706586">
              <w:rPr>
                <w:sz w:val="24"/>
                <w:szCs w:val="24"/>
              </w:rPr>
              <w:t>13</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484AA75E" w14:textId="77777777" w:rsidR="001C5DA9" w:rsidRPr="00706586" w:rsidRDefault="004F75C6">
            <w:pPr>
              <w:rPr>
                <w:sz w:val="24"/>
                <w:szCs w:val="24"/>
              </w:rPr>
            </w:pPr>
            <w:r w:rsidRPr="00706586">
              <w:rPr>
                <w:sz w:val="24"/>
                <w:szCs w:val="24"/>
              </w:rPr>
              <w:t>CĐ3(Bài 9). Thực hành vẽ cấu trúc phân tử (tiết 2)</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7303A40D"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6DB97DEE" w14:textId="77777777" w:rsidR="001C5DA9" w:rsidRPr="00706586" w:rsidRDefault="004F75C6">
            <w:pPr>
              <w:rPr>
                <w:sz w:val="24"/>
                <w:szCs w:val="24"/>
              </w:rPr>
            </w:pPr>
            <w:r w:rsidRPr="00706586">
              <w:rPr>
                <w:sz w:val="24"/>
                <w:szCs w:val="24"/>
              </w:rPr>
              <w:t>Vận dụng: Tiếp tục vẽ công thức cấu tạo, công thức Lewis của một số chất vô cơ và hữu cơ.</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0021135E" w14:textId="77777777" w:rsidR="001C5DA9" w:rsidRPr="00706586" w:rsidRDefault="004F75C6">
            <w:pPr>
              <w:rPr>
                <w:sz w:val="24"/>
                <w:szCs w:val="24"/>
              </w:rPr>
            </w:pPr>
            <w:r w:rsidRPr="00706586">
              <w:rPr>
                <w:sz w:val="24"/>
                <w:szCs w:val="24"/>
              </w:rPr>
              <w:t>– Máy tính, phần mềm Chemsketch. –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0FF0B306" w14:textId="77777777" w:rsidR="001C5DA9" w:rsidRPr="00706586" w:rsidRDefault="004F75C6">
            <w:pPr>
              <w:rPr>
                <w:sz w:val="24"/>
                <w:szCs w:val="24"/>
              </w:rPr>
            </w:pPr>
            <w:r w:rsidRPr="00706586">
              <w:rPr>
                <w:sz w:val="24"/>
                <w:szCs w:val="24"/>
              </w:rPr>
              <w:t>– Sử dụng thiết bị kĩ thuật số: Sử dụng máy tính, phần mềm chuyên dụng (Chemsketch).</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2010B7AA" w14:textId="77777777" w:rsidR="001C5DA9" w:rsidRPr="00706586" w:rsidRDefault="004F75C6">
            <w:pPr>
              <w:rPr>
                <w:sz w:val="24"/>
                <w:szCs w:val="24"/>
              </w:rPr>
            </w:pPr>
            <w:r w:rsidRPr="00706586">
              <w:rPr>
                <w:sz w:val="24"/>
                <w:szCs w:val="24"/>
              </w:rPr>
              <w:t>3.1NC1b; 1.1NC1a</w:t>
            </w:r>
          </w:p>
        </w:tc>
      </w:tr>
      <w:tr w:rsidR="003458F8" w:rsidRPr="00706586" w14:paraId="5BF631B1"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2F6EE46F" w14:textId="77777777" w:rsidR="001C5DA9" w:rsidRPr="00706586" w:rsidRDefault="004F75C6">
            <w:pPr>
              <w:rPr>
                <w:sz w:val="24"/>
                <w:szCs w:val="24"/>
              </w:rPr>
            </w:pPr>
            <w:r w:rsidRPr="00706586">
              <w:rPr>
                <w:sz w:val="24"/>
                <w:szCs w:val="24"/>
              </w:rPr>
              <w:t>40</w:t>
            </w:r>
          </w:p>
        </w:tc>
        <w:tc>
          <w:tcPr>
            <w:tcW w:w="709" w:type="dxa"/>
            <w:tcBorders>
              <w:top w:val="single" w:sz="4" w:space="0" w:color="8A6DB0"/>
              <w:left w:val="single" w:sz="4" w:space="0" w:color="8A6DB0"/>
              <w:bottom w:val="single" w:sz="4" w:space="0" w:color="8A6DB0"/>
              <w:right w:val="single" w:sz="4" w:space="0" w:color="8A6DB0"/>
            </w:tcBorders>
            <w:vAlign w:val="center"/>
          </w:tcPr>
          <w:p w14:paraId="4C3E55A2"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0E68037E" w14:textId="77777777" w:rsidR="001C5DA9" w:rsidRPr="00706586" w:rsidRDefault="004F75C6">
            <w:pPr>
              <w:rPr>
                <w:sz w:val="24"/>
                <w:szCs w:val="24"/>
              </w:rPr>
            </w:pPr>
            <w:r w:rsidRPr="00706586">
              <w:rPr>
                <w:sz w:val="24"/>
                <w:szCs w:val="24"/>
              </w:rPr>
              <w:t>14</w:t>
            </w:r>
          </w:p>
        </w:tc>
        <w:tc>
          <w:tcPr>
            <w:tcW w:w="1732" w:type="dxa"/>
            <w:tcBorders>
              <w:top w:val="single" w:sz="4" w:space="0" w:color="8A6DB0"/>
              <w:left w:val="single" w:sz="4" w:space="0" w:color="8A6DB0"/>
              <w:bottom w:val="single" w:sz="4" w:space="0" w:color="8A6DB0"/>
              <w:right w:val="single" w:sz="4" w:space="0" w:color="8A6DB0"/>
            </w:tcBorders>
          </w:tcPr>
          <w:p w14:paraId="475AB1DE" w14:textId="77777777" w:rsidR="001C5DA9" w:rsidRPr="00706586" w:rsidRDefault="004F75C6">
            <w:pPr>
              <w:rPr>
                <w:sz w:val="24"/>
                <w:szCs w:val="24"/>
              </w:rPr>
            </w:pPr>
            <w:r w:rsidRPr="00706586">
              <w:rPr>
                <w:sz w:val="24"/>
                <w:szCs w:val="24"/>
              </w:rPr>
              <w:t>Bài 12. Liên kết cộng hoá trị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7D667B38"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5F9210EC" w14:textId="77777777" w:rsidR="001C5DA9" w:rsidRPr="00706586" w:rsidRDefault="004F75C6">
            <w:pPr>
              <w:rPr>
                <w:sz w:val="24"/>
                <w:szCs w:val="24"/>
              </w:rPr>
            </w:pPr>
            <w:r w:rsidRPr="00706586">
              <w:rPr>
                <w:sz w:val="24"/>
                <w:szCs w:val="24"/>
              </w:rPr>
              <w:t>Thông hiểu: Viết được công thức Lewis của một số chất đơn giản; phân biệt được các loại liên kết (liên kết cộng hoá trị không phân cực, phân cực, liên kết ion) dựa theo độ âm điện.</w:t>
            </w:r>
          </w:p>
        </w:tc>
        <w:tc>
          <w:tcPr>
            <w:tcW w:w="1807" w:type="dxa"/>
            <w:tcBorders>
              <w:top w:val="single" w:sz="4" w:space="0" w:color="8A6DB0"/>
              <w:left w:val="single" w:sz="4" w:space="0" w:color="8A6DB0"/>
              <w:bottom w:val="single" w:sz="4" w:space="0" w:color="8A6DB0"/>
              <w:right w:val="single" w:sz="4" w:space="0" w:color="8A6DB0"/>
            </w:tcBorders>
          </w:tcPr>
          <w:p w14:paraId="01A01810" w14:textId="77777777" w:rsidR="001C5DA9" w:rsidRPr="00706586" w:rsidRDefault="004F75C6">
            <w:pPr>
              <w:rPr>
                <w:sz w:val="24"/>
                <w:szCs w:val="24"/>
              </w:rPr>
            </w:pPr>
            <w:r w:rsidRPr="00706586">
              <w:rPr>
                <w:sz w:val="24"/>
                <w:szCs w:val="24"/>
              </w:rPr>
              <w:t>– Tranh ảnh và các video liên quan, phiếu học tập.</w:t>
            </w:r>
          </w:p>
        </w:tc>
        <w:tc>
          <w:tcPr>
            <w:tcW w:w="3153" w:type="dxa"/>
            <w:tcBorders>
              <w:top w:val="single" w:sz="4" w:space="0" w:color="8A6DB0"/>
              <w:left w:val="single" w:sz="4" w:space="0" w:color="8A6DB0"/>
              <w:bottom w:val="single" w:sz="4" w:space="0" w:color="8A6DB0"/>
              <w:right w:val="single" w:sz="4" w:space="0" w:color="8A6DB0"/>
            </w:tcBorders>
          </w:tcPr>
          <w:p w14:paraId="75C7C79F" w14:textId="77777777" w:rsidR="001C5DA9" w:rsidRPr="00706586" w:rsidRDefault="004F75C6">
            <w:pPr>
              <w:rPr>
                <w:sz w:val="24"/>
                <w:szCs w:val="24"/>
              </w:rPr>
            </w:pPr>
            <w:r w:rsidRPr="00706586">
              <w:rPr>
                <w:sz w:val="24"/>
                <w:szCs w:val="24"/>
              </w:rPr>
              <w:t>– Tạo sản phẩm số: Sử dụng phần mềm vẽ công thức Lewis, mô hình phân tử 3D.</w:t>
            </w:r>
          </w:p>
        </w:tc>
        <w:tc>
          <w:tcPr>
            <w:tcW w:w="1418" w:type="dxa"/>
            <w:tcBorders>
              <w:top w:val="single" w:sz="4" w:space="0" w:color="8A6DB0"/>
              <w:left w:val="single" w:sz="4" w:space="0" w:color="8A6DB0"/>
              <w:bottom w:val="single" w:sz="4" w:space="0" w:color="8A6DB0"/>
              <w:right w:val="single" w:sz="4" w:space="0" w:color="8A6DB0"/>
            </w:tcBorders>
          </w:tcPr>
          <w:p w14:paraId="0C42063E" w14:textId="77777777" w:rsidR="001C5DA9" w:rsidRPr="00706586" w:rsidRDefault="004F75C6">
            <w:pPr>
              <w:rPr>
                <w:sz w:val="24"/>
                <w:szCs w:val="24"/>
              </w:rPr>
            </w:pPr>
            <w:r w:rsidRPr="00706586">
              <w:rPr>
                <w:sz w:val="24"/>
                <w:szCs w:val="24"/>
              </w:rPr>
              <w:t>3.1NC1b; 1.1NC1a; 5.1NC1b</w:t>
            </w:r>
          </w:p>
        </w:tc>
      </w:tr>
      <w:tr w:rsidR="003458F8" w:rsidRPr="00706586" w14:paraId="039DC34F"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0EDD43D9" w14:textId="77777777" w:rsidR="001C5DA9" w:rsidRPr="00706586" w:rsidRDefault="004F75C6">
            <w:pPr>
              <w:rPr>
                <w:sz w:val="24"/>
                <w:szCs w:val="24"/>
              </w:rPr>
            </w:pPr>
            <w:r w:rsidRPr="00706586">
              <w:rPr>
                <w:sz w:val="24"/>
                <w:szCs w:val="24"/>
              </w:rPr>
              <w:t>41</w:t>
            </w:r>
          </w:p>
        </w:tc>
        <w:tc>
          <w:tcPr>
            <w:tcW w:w="709" w:type="dxa"/>
            <w:tcBorders>
              <w:top w:val="single" w:sz="4" w:space="0" w:color="8A6DB0"/>
              <w:left w:val="single" w:sz="4" w:space="0" w:color="8A6DB0"/>
              <w:bottom w:val="single" w:sz="4" w:space="0" w:color="8A6DB0"/>
              <w:right w:val="single" w:sz="4" w:space="0" w:color="8A6DB0"/>
            </w:tcBorders>
            <w:vAlign w:val="center"/>
          </w:tcPr>
          <w:p w14:paraId="59808890"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3303E703" w14:textId="77777777" w:rsidR="001C5DA9" w:rsidRPr="00706586" w:rsidRDefault="004F75C6">
            <w:pPr>
              <w:rPr>
                <w:sz w:val="24"/>
                <w:szCs w:val="24"/>
              </w:rPr>
            </w:pPr>
            <w:r w:rsidRPr="00706586">
              <w:rPr>
                <w:sz w:val="24"/>
                <w:szCs w:val="24"/>
              </w:rPr>
              <w:t>14</w:t>
            </w:r>
          </w:p>
        </w:tc>
        <w:tc>
          <w:tcPr>
            <w:tcW w:w="1732" w:type="dxa"/>
            <w:tcBorders>
              <w:top w:val="single" w:sz="4" w:space="0" w:color="8A6DB0"/>
              <w:left w:val="single" w:sz="4" w:space="0" w:color="8A6DB0"/>
              <w:bottom w:val="single" w:sz="4" w:space="0" w:color="8A6DB0"/>
              <w:right w:val="single" w:sz="4" w:space="0" w:color="8A6DB0"/>
            </w:tcBorders>
          </w:tcPr>
          <w:p w14:paraId="37C22ABE" w14:textId="77777777" w:rsidR="001C5DA9" w:rsidRPr="00706586" w:rsidRDefault="004F75C6">
            <w:pPr>
              <w:rPr>
                <w:sz w:val="24"/>
                <w:szCs w:val="24"/>
              </w:rPr>
            </w:pPr>
            <w:r w:rsidRPr="00706586">
              <w:rPr>
                <w:sz w:val="24"/>
                <w:szCs w:val="24"/>
              </w:rPr>
              <w:t>Bài 12. Liên kết cộng hoá trị (tiết 3)</w:t>
            </w:r>
          </w:p>
        </w:tc>
        <w:tc>
          <w:tcPr>
            <w:tcW w:w="647" w:type="dxa"/>
            <w:tcBorders>
              <w:top w:val="single" w:sz="4" w:space="0" w:color="8A6DB0"/>
              <w:left w:val="single" w:sz="4" w:space="0" w:color="8A6DB0"/>
              <w:bottom w:val="single" w:sz="4" w:space="0" w:color="8A6DB0"/>
              <w:right w:val="single" w:sz="4" w:space="0" w:color="8A6DB0"/>
            </w:tcBorders>
            <w:vAlign w:val="center"/>
          </w:tcPr>
          <w:p w14:paraId="2EEE8DE5"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10C65FFD" w14:textId="77777777" w:rsidR="001C5DA9" w:rsidRPr="00706586" w:rsidRDefault="004F75C6">
            <w:pPr>
              <w:rPr>
                <w:sz w:val="24"/>
                <w:szCs w:val="24"/>
              </w:rPr>
            </w:pPr>
            <w:r w:rsidRPr="00706586">
              <w:rPr>
                <w:sz w:val="24"/>
                <w:szCs w:val="24"/>
              </w:rPr>
              <w:t>Nhận biết: Giải thích được sự hình thành liên kết π và liên kết σ qua sự xen phủ AO. Vận dụng: Trình bày được khái niệm năng lượng liên kết (cộng hoá trị); lắp được mô hình phân tử, tinh thể NaCl (theo mô hình có sẵn).</w:t>
            </w:r>
          </w:p>
        </w:tc>
        <w:tc>
          <w:tcPr>
            <w:tcW w:w="1807" w:type="dxa"/>
            <w:tcBorders>
              <w:top w:val="single" w:sz="4" w:space="0" w:color="8A6DB0"/>
              <w:left w:val="single" w:sz="4" w:space="0" w:color="8A6DB0"/>
              <w:bottom w:val="single" w:sz="4" w:space="0" w:color="8A6DB0"/>
              <w:right w:val="single" w:sz="4" w:space="0" w:color="8A6DB0"/>
            </w:tcBorders>
          </w:tcPr>
          <w:p w14:paraId="255D1F90" w14:textId="77777777" w:rsidR="001C5DA9" w:rsidRPr="00706586" w:rsidRDefault="004F75C6">
            <w:pPr>
              <w:rPr>
                <w:sz w:val="24"/>
                <w:szCs w:val="24"/>
              </w:rPr>
            </w:pPr>
            <w:r w:rsidRPr="00706586">
              <w:rPr>
                <w:sz w:val="24"/>
                <w:szCs w:val="24"/>
              </w:rPr>
              <w:t>– Tư liệu về tính chất của các hợp chất cộng hóa trị, sự xen phủ orbital nguyên tử. – Mô hình phân tử.</w:t>
            </w:r>
          </w:p>
        </w:tc>
        <w:tc>
          <w:tcPr>
            <w:tcW w:w="3153" w:type="dxa"/>
            <w:tcBorders>
              <w:top w:val="single" w:sz="4" w:space="0" w:color="8A6DB0"/>
              <w:left w:val="single" w:sz="4" w:space="0" w:color="8A6DB0"/>
              <w:bottom w:val="single" w:sz="4" w:space="0" w:color="8A6DB0"/>
              <w:right w:val="single" w:sz="4" w:space="0" w:color="8A6DB0"/>
            </w:tcBorders>
          </w:tcPr>
          <w:p w14:paraId="0090A910" w14:textId="77777777" w:rsidR="001C5DA9" w:rsidRPr="00706586" w:rsidRDefault="004F75C6">
            <w:pPr>
              <w:rPr>
                <w:sz w:val="24"/>
                <w:szCs w:val="24"/>
              </w:rPr>
            </w:pPr>
            <w:r w:rsidRPr="00706586">
              <w:rPr>
                <w:sz w:val="24"/>
                <w:szCs w:val="24"/>
              </w:rPr>
              <w:t>– Sử dụng thiết bị kĩ thuật số: Xem video, hình ảnh mô phỏng liên kết.</w:t>
            </w:r>
          </w:p>
        </w:tc>
        <w:tc>
          <w:tcPr>
            <w:tcW w:w="1418" w:type="dxa"/>
            <w:tcBorders>
              <w:top w:val="single" w:sz="4" w:space="0" w:color="8A6DB0"/>
              <w:left w:val="single" w:sz="4" w:space="0" w:color="8A6DB0"/>
              <w:bottom w:val="single" w:sz="4" w:space="0" w:color="8A6DB0"/>
              <w:right w:val="single" w:sz="4" w:space="0" w:color="8A6DB0"/>
            </w:tcBorders>
          </w:tcPr>
          <w:p w14:paraId="48B284CF" w14:textId="77777777" w:rsidR="001C5DA9" w:rsidRPr="00706586" w:rsidRDefault="004F75C6">
            <w:pPr>
              <w:rPr>
                <w:sz w:val="24"/>
                <w:szCs w:val="24"/>
              </w:rPr>
            </w:pPr>
            <w:r w:rsidRPr="00706586">
              <w:rPr>
                <w:sz w:val="24"/>
                <w:szCs w:val="24"/>
              </w:rPr>
              <w:t>3.1NC1b; 1.1NC1a; 5.1NC1b</w:t>
            </w:r>
          </w:p>
        </w:tc>
      </w:tr>
      <w:tr w:rsidR="003458F8" w:rsidRPr="00706586" w14:paraId="688340A0"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565A5EED" w14:textId="77777777" w:rsidR="001C5DA9" w:rsidRPr="00706586" w:rsidRDefault="004F75C6">
            <w:pPr>
              <w:rPr>
                <w:sz w:val="24"/>
                <w:szCs w:val="24"/>
              </w:rPr>
            </w:pPr>
            <w:r w:rsidRPr="00706586">
              <w:rPr>
                <w:sz w:val="24"/>
                <w:szCs w:val="24"/>
              </w:rPr>
              <w:t>42</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3F890E6"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51DBA97C" w14:textId="77777777" w:rsidR="001C5DA9" w:rsidRPr="00706586" w:rsidRDefault="004F75C6">
            <w:pPr>
              <w:rPr>
                <w:sz w:val="24"/>
                <w:szCs w:val="24"/>
              </w:rPr>
            </w:pPr>
            <w:r w:rsidRPr="00706586">
              <w:rPr>
                <w:sz w:val="24"/>
                <w:szCs w:val="24"/>
              </w:rPr>
              <w:t>14</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7301E365" w14:textId="77777777" w:rsidR="001C5DA9" w:rsidRPr="00706586" w:rsidRDefault="004F75C6">
            <w:pPr>
              <w:rPr>
                <w:sz w:val="24"/>
                <w:szCs w:val="24"/>
              </w:rPr>
            </w:pPr>
            <w:r w:rsidRPr="00706586">
              <w:rPr>
                <w:sz w:val="24"/>
                <w:szCs w:val="24"/>
              </w:rPr>
              <w:t>CĐ3(Bài 9). Thực hành vẽ cấu trúc phân tử (tiết 3)</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2A7D825E"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2BFF208C" w14:textId="77777777" w:rsidR="001C5DA9" w:rsidRPr="00706586" w:rsidRDefault="004F75C6">
            <w:pPr>
              <w:rPr>
                <w:sz w:val="24"/>
                <w:szCs w:val="24"/>
              </w:rPr>
            </w:pPr>
            <w:r w:rsidRPr="00706586">
              <w:rPr>
                <w:sz w:val="24"/>
                <w:szCs w:val="24"/>
              </w:rPr>
              <w:t>Vận dụng: Hoàn thành bài tập vẽ cấu trúc phân tử; kiểm tra sản phẩm vẽ giữa buổi.</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759070E0" w14:textId="77777777" w:rsidR="001C5DA9" w:rsidRPr="00706586" w:rsidRDefault="004F75C6">
            <w:pPr>
              <w:rPr>
                <w:sz w:val="24"/>
                <w:szCs w:val="24"/>
              </w:rPr>
            </w:pPr>
            <w:r w:rsidRPr="00706586">
              <w:rPr>
                <w:sz w:val="24"/>
                <w:szCs w:val="24"/>
              </w:rPr>
              <w:t>– Máy tính, phần mềm Chemsketch. –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41472F4C" w14:textId="77777777" w:rsidR="001C5DA9" w:rsidRPr="00706586" w:rsidRDefault="004F75C6">
            <w:pPr>
              <w:rPr>
                <w:sz w:val="24"/>
                <w:szCs w:val="24"/>
              </w:rPr>
            </w:pPr>
            <w:r w:rsidRPr="00706586">
              <w:rPr>
                <w:sz w:val="24"/>
                <w:szCs w:val="24"/>
              </w:rPr>
              <w:t>– Tạo sản phẩm số: Tạo công thức cấu tạo, công thức Lewis bằng phần mềm Chemsketch.</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62EE3C11" w14:textId="77777777" w:rsidR="001C5DA9" w:rsidRPr="00706586" w:rsidRDefault="004F75C6">
            <w:pPr>
              <w:rPr>
                <w:sz w:val="24"/>
                <w:szCs w:val="24"/>
              </w:rPr>
            </w:pPr>
            <w:r w:rsidRPr="00706586">
              <w:rPr>
                <w:sz w:val="24"/>
                <w:szCs w:val="24"/>
              </w:rPr>
              <w:t>3.1NC1b; 1.1NC1a</w:t>
            </w:r>
          </w:p>
        </w:tc>
      </w:tr>
      <w:tr w:rsidR="003458F8" w:rsidRPr="00706586" w14:paraId="340A3E0B"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0E531BE9" w14:textId="77777777" w:rsidR="001C5DA9" w:rsidRPr="00706586" w:rsidRDefault="004F75C6">
            <w:pPr>
              <w:rPr>
                <w:sz w:val="24"/>
                <w:szCs w:val="24"/>
              </w:rPr>
            </w:pPr>
            <w:r w:rsidRPr="00706586">
              <w:rPr>
                <w:sz w:val="24"/>
                <w:szCs w:val="24"/>
              </w:rPr>
              <w:t>43</w:t>
            </w:r>
          </w:p>
        </w:tc>
        <w:tc>
          <w:tcPr>
            <w:tcW w:w="709" w:type="dxa"/>
            <w:tcBorders>
              <w:top w:val="single" w:sz="4" w:space="0" w:color="8A6DB0"/>
              <w:left w:val="single" w:sz="4" w:space="0" w:color="8A6DB0"/>
              <w:bottom w:val="single" w:sz="4" w:space="0" w:color="8A6DB0"/>
              <w:right w:val="single" w:sz="4" w:space="0" w:color="8A6DB0"/>
            </w:tcBorders>
            <w:vAlign w:val="center"/>
          </w:tcPr>
          <w:p w14:paraId="25626EB2"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4C3D6D38" w14:textId="77777777" w:rsidR="001C5DA9" w:rsidRPr="00706586" w:rsidRDefault="004F75C6">
            <w:pPr>
              <w:rPr>
                <w:sz w:val="24"/>
                <w:szCs w:val="24"/>
              </w:rPr>
            </w:pPr>
            <w:r w:rsidRPr="00706586">
              <w:rPr>
                <w:sz w:val="24"/>
                <w:szCs w:val="24"/>
              </w:rPr>
              <w:t>15</w:t>
            </w:r>
          </w:p>
        </w:tc>
        <w:tc>
          <w:tcPr>
            <w:tcW w:w="1732" w:type="dxa"/>
            <w:tcBorders>
              <w:top w:val="single" w:sz="4" w:space="0" w:color="8A6DB0"/>
              <w:left w:val="single" w:sz="4" w:space="0" w:color="8A6DB0"/>
              <w:bottom w:val="single" w:sz="4" w:space="0" w:color="8A6DB0"/>
              <w:right w:val="single" w:sz="4" w:space="0" w:color="8A6DB0"/>
            </w:tcBorders>
          </w:tcPr>
          <w:p w14:paraId="6B93CCEA" w14:textId="77777777" w:rsidR="001C5DA9" w:rsidRPr="00706586" w:rsidRDefault="004F75C6">
            <w:pPr>
              <w:rPr>
                <w:sz w:val="24"/>
                <w:szCs w:val="24"/>
              </w:rPr>
            </w:pPr>
            <w:r w:rsidRPr="00706586">
              <w:rPr>
                <w:sz w:val="24"/>
                <w:szCs w:val="24"/>
              </w:rPr>
              <w:t>Bài 13. Liên kết hydrogen và tương tác van der Waals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20292977"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662888D4" w14:textId="77777777" w:rsidR="001C5DA9" w:rsidRPr="00706586" w:rsidRDefault="004F75C6">
            <w:pPr>
              <w:rPr>
                <w:sz w:val="24"/>
                <w:szCs w:val="24"/>
              </w:rPr>
            </w:pPr>
            <w:r w:rsidRPr="00706586">
              <w:rPr>
                <w:sz w:val="24"/>
                <w:szCs w:val="24"/>
              </w:rPr>
              <w:t>Nhận biết: Nêu được khái niệm liên kết hydrogen và tương tác van der Waals. Thông hiểu: Nêu được vai trò và ảnh hưởng của liên kết hydrogen tới tính chất vật lý của nước.</w:t>
            </w:r>
          </w:p>
        </w:tc>
        <w:tc>
          <w:tcPr>
            <w:tcW w:w="1807" w:type="dxa"/>
            <w:tcBorders>
              <w:top w:val="single" w:sz="4" w:space="0" w:color="8A6DB0"/>
              <w:left w:val="single" w:sz="4" w:space="0" w:color="8A6DB0"/>
              <w:bottom w:val="single" w:sz="4" w:space="0" w:color="8A6DB0"/>
              <w:right w:val="single" w:sz="4" w:space="0" w:color="8A6DB0"/>
            </w:tcBorders>
          </w:tcPr>
          <w:p w14:paraId="3C161B9C" w14:textId="77777777" w:rsidR="001C5DA9" w:rsidRPr="00706586" w:rsidRDefault="004F75C6">
            <w:pPr>
              <w:rPr>
                <w:sz w:val="24"/>
                <w:szCs w:val="24"/>
              </w:rPr>
            </w:pPr>
            <w:r w:rsidRPr="00706586">
              <w:rPr>
                <w:sz w:val="24"/>
                <w:szCs w:val="24"/>
              </w:rPr>
              <w:t xml:space="preserve">– Tranh ảnh và các video liên quan đến ảnh hưởng của liên kết hydrogen và tương tác van der Waals đến nhiệt độ nóng chảy, nhiệt độ </w:t>
            </w:r>
            <w:r w:rsidRPr="00706586">
              <w:rPr>
                <w:sz w:val="24"/>
                <w:szCs w:val="24"/>
              </w:rPr>
              <w:lastRenderedPageBreak/>
              <w:t>sôi của một số chất trong thực tế.</w:t>
            </w:r>
          </w:p>
        </w:tc>
        <w:tc>
          <w:tcPr>
            <w:tcW w:w="3153" w:type="dxa"/>
            <w:tcBorders>
              <w:top w:val="single" w:sz="4" w:space="0" w:color="8A6DB0"/>
              <w:left w:val="single" w:sz="4" w:space="0" w:color="8A6DB0"/>
              <w:bottom w:val="single" w:sz="4" w:space="0" w:color="8A6DB0"/>
              <w:right w:val="single" w:sz="4" w:space="0" w:color="8A6DB0"/>
            </w:tcBorders>
          </w:tcPr>
          <w:p w14:paraId="372E0D68" w14:textId="77777777" w:rsidR="001C5DA9" w:rsidRPr="00706586" w:rsidRDefault="004F75C6">
            <w:pPr>
              <w:rPr>
                <w:sz w:val="24"/>
                <w:szCs w:val="24"/>
              </w:rPr>
            </w:pPr>
            <w:r w:rsidRPr="00706586">
              <w:rPr>
                <w:sz w:val="24"/>
                <w:szCs w:val="24"/>
              </w:rPr>
              <w:lastRenderedPageBreak/>
              <w:t>– Sử dụng thiết bị kĩ thuật số: Xem hình ảnh, mô phỏng cấu trúc phân tử có liên kết hydrogen.</w:t>
            </w:r>
          </w:p>
        </w:tc>
        <w:tc>
          <w:tcPr>
            <w:tcW w:w="1418" w:type="dxa"/>
            <w:tcBorders>
              <w:top w:val="single" w:sz="4" w:space="0" w:color="8A6DB0"/>
              <w:left w:val="single" w:sz="4" w:space="0" w:color="8A6DB0"/>
              <w:bottom w:val="single" w:sz="4" w:space="0" w:color="8A6DB0"/>
              <w:right w:val="single" w:sz="4" w:space="0" w:color="8A6DB0"/>
            </w:tcBorders>
          </w:tcPr>
          <w:p w14:paraId="7CC53189" w14:textId="77777777" w:rsidR="001C5DA9" w:rsidRPr="00706586" w:rsidRDefault="004F75C6">
            <w:pPr>
              <w:rPr>
                <w:sz w:val="24"/>
                <w:szCs w:val="24"/>
              </w:rPr>
            </w:pPr>
            <w:r w:rsidRPr="00706586">
              <w:rPr>
                <w:sz w:val="24"/>
                <w:szCs w:val="24"/>
              </w:rPr>
              <w:t>1.1NC1b; 1.2NC1b</w:t>
            </w:r>
          </w:p>
        </w:tc>
      </w:tr>
      <w:tr w:rsidR="003458F8" w:rsidRPr="00706586" w14:paraId="3EE1A84E"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07FB0DC8" w14:textId="77777777" w:rsidR="001C5DA9" w:rsidRPr="00706586" w:rsidRDefault="004F75C6">
            <w:pPr>
              <w:rPr>
                <w:sz w:val="24"/>
                <w:szCs w:val="24"/>
              </w:rPr>
            </w:pPr>
            <w:r w:rsidRPr="00706586">
              <w:rPr>
                <w:sz w:val="24"/>
                <w:szCs w:val="24"/>
              </w:rPr>
              <w:t>44</w:t>
            </w:r>
          </w:p>
        </w:tc>
        <w:tc>
          <w:tcPr>
            <w:tcW w:w="709" w:type="dxa"/>
            <w:tcBorders>
              <w:top w:val="single" w:sz="4" w:space="0" w:color="8A6DB0"/>
              <w:left w:val="single" w:sz="4" w:space="0" w:color="8A6DB0"/>
              <w:bottom w:val="single" w:sz="4" w:space="0" w:color="8A6DB0"/>
              <w:right w:val="single" w:sz="4" w:space="0" w:color="8A6DB0"/>
            </w:tcBorders>
            <w:vAlign w:val="center"/>
          </w:tcPr>
          <w:p w14:paraId="454C66B5"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1F0CF84F" w14:textId="77777777" w:rsidR="001C5DA9" w:rsidRPr="00706586" w:rsidRDefault="004F75C6">
            <w:pPr>
              <w:rPr>
                <w:sz w:val="24"/>
                <w:szCs w:val="24"/>
              </w:rPr>
            </w:pPr>
            <w:r w:rsidRPr="00706586">
              <w:rPr>
                <w:sz w:val="24"/>
                <w:szCs w:val="24"/>
              </w:rPr>
              <w:t>15</w:t>
            </w:r>
          </w:p>
        </w:tc>
        <w:tc>
          <w:tcPr>
            <w:tcW w:w="1732" w:type="dxa"/>
            <w:tcBorders>
              <w:top w:val="single" w:sz="4" w:space="0" w:color="8A6DB0"/>
              <w:left w:val="single" w:sz="4" w:space="0" w:color="8A6DB0"/>
              <w:bottom w:val="single" w:sz="4" w:space="0" w:color="8A6DB0"/>
              <w:right w:val="single" w:sz="4" w:space="0" w:color="8A6DB0"/>
            </w:tcBorders>
          </w:tcPr>
          <w:p w14:paraId="4F9EBE46" w14:textId="77777777" w:rsidR="001C5DA9" w:rsidRPr="00706586" w:rsidRDefault="004F75C6">
            <w:pPr>
              <w:rPr>
                <w:sz w:val="24"/>
                <w:szCs w:val="24"/>
              </w:rPr>
            </w:pPr>
            <w:r w:rsidRPr="00706586">
              <w:rPr>
                <w:sz w:val="24"/>
                <w:szCs w:val="24"/>
              </w:rPr>
              <w:t>Bài 13. Liên kết hydrogen và tương tác van der Waals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17F65986"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60D53834" w14:textId="77777777" w:rsidR="001C5DA9" w:rsidRPr="00706586" w:rsidRDefault="004F75C6">
            <w:pPr>
              <w:rPr>
                <w:sz w:val="24"/>
                <w:szCs w:val="24"/>
              </w:rPr>
            </w:pPr>
            <w:r w:rsidRPr="00706586">
              <w:rPr>
                <w:sz w:val="24"/>
                <w:szCs w:val="24"/>
              </w:rPr>
              <w:t>Thông hiểu: Nêu được ảnh hưởng của tương tác van der Waals tới nhiệt độ nóng chảy, nhiệt độ sôi của các chất. Vận dụng: Giải thích sự xuất hiện liên kết hydrogen với các nguyên tố có độ âm điện lớn: N, O, F. So sánh độ tan, nhiệt độ nóng chảy và nhiệt độ sôi của các chất.</w:t>
            </w:r>
          </w:p>
        </w:tc>
        <w:tc>
          <w:tcPr>
            <w:tcW w:w="1807" w:type="dxa"/>
            <w:tcBorders>
              <w:top w:val="single" w:sz="4" w:space="0" w:color="8A6DB0"/>
              <w:left w:val="single" w:sz="4" w:space="0" w:color="8A6DB0"/>
              <w:bottom w:val="single" w:sz="4" w:space="0" w:color="8A6DB0"/>
              <w:right w:val="single" w:sz="4" w:space="0" w:color="8A6DB0"/>
            </w:tcBorders>
          </w:tcPr>
          <w:p w14:paraId="6EDA0A84" w14:textId="77777777" w:rsidR="001C5DA9" w:rsidRPr="00706586" w:rsidRDefault="004F75C6">
            <w:pPr>
              <w:rPr>
                <w:sz w:val="24"/>
                <w:szCs w:val="24"/>
              </w:rPr>
            </w:pPr>
            <w:r w:rsidRPr="00706586">
              <w:rPr>
                <w:sz w:val="24"/>
                <w:szCs w:val="24"/>
              </w:rPr>
              <w:t>– Tranh ảnh và các video liên quan, phiếu học tập.</w:t>
            </w:r>
          </w:p>
        </w:tc>
        <w:tc>
          <w:tcPr>
            <w:tcW w:w="3153" w:type="dxa"/>
            <w:tcBorders>
              <w:top w:val="single" w:sz="4" w:space="0" w:color="8A6DB0"/>
              <w:left w:val="single" w:sz="4" w:space="0" w:color="8A6DB0"/>
              <w:bottom w:val="single" w:sz="4" w:space="0" w:color="8A6DB0"/>
              <w:right w:val="single" w:sz="4" w:space="0" w:color="8A6DB0"/>
            </w:tcBorders>
          </w:tcPr>
          <w:p w14:paraId="3DD24BCF" w14:textId="77777777" w:rsidR="001C5DA9" w:rsidRPr="00706586" w:rsidRDefault="004F75C6">
            <w:pPr>
              <w:rPr>
                <w:sz w:val="24"/>
                <w:szCs w:val="24"/>
              </w:rPr>
            </w:pPr>
            <w:r w:rsidRPr="00706586">
              <w:rPr>
                <w:sz w:val="24"/>
                <w:szCs w:val="24"/>
              </w:rPr>
              <w:t>– Kĩ năng về thông tin và dữ liệu: Phân tích thông tin để giải thích tính chất vật lí.</w:t>
            </w:r>
          </w:p>
        </w:tc>
        <w:tc>
          <w:tcPr>
            <w:tcW w:w="1418" w:type="dxa"/>
            <w:tcBorders>
              <w:top w:val="single" w:sz="4" w:space="0" w:color="8A6DB0"/>
              <w:left w:val="single" w:sz="4" w:space="0" w:color="8A6DB0"/>
              <w:bottom w:val="single" w:sz="4" w:space="0" w:color="8A6DB0"/>
              <w:right w:val="single" w:sz="4" w:space="0" w:color="8A6DB0"/>
            </w:tcBorders>
          </w:tcPr>
          <w:p w14:paraId="47B326BB" w14:textId="77777777" w:rsidR="001C5DA9" w:rsidRPr="00706586" w:rsidRDefault="004F75C6">
            <w:pPr>
              <w:rPr>
                <w:sz w:val="24"/>
                <w:szCs w:val="24"/>
              </w:rPr>
            </w:pPr>
            <w:r w:rsidRPr="00706586">
              <w:rPr>
                <w:sz w:val="24"/>
                <w:szCs w:val="24"/>
              </w:rPr>
              <w:t>1.1NC1b; 1.2NC1b</w:t>
            </w:r>
          </w:p>
        </w:tc>
      </w:tr>
      <w:tr w:rsidR="003458F8" w:rsidRPr="00706586" w14:paraId="79DEA769"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7202800A" w14:textId="77777777" w:rsidR="001C5DA9" w:rsidRPr="00706586" w:rsidRDefault="004F75C6">
            <w:pPr>
              <w:rPr>
                <w:sz w:val="24"/>
                <w:szCs w:val="24"/>
              </w:rPr>
            </w:pPr>
            <w:r w:rsidRPr="00706586">
              <w:rPr>
                <w:sz w:val="24"/>
                <w:szCs w:val="24"/>
              </w:rPr>
              <w:t>45</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4F6F950"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71C771AA" w14:textId="77777777" w:rsidR="001C5DA9" w:rsidRPr="00706586" w:rsidRDefault="004F75C6">
            <w:pPr>
              <w:rPr>
                <w:sz w:val="24"/>
                <w:szCs w:val="24"/>
              </w:rPr>
            </w:pPr>
            <w:r w:rsidRPr="00706586">
              <w:rPr>
                <w:sz w:val="24"/>
                <w:szCs w:val="24"/>
              </w:rPr>
              <w:t>15</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0B606D6A" w14:textId="77777777" w:rsidR="001C5DA9" w:rsidRPr="00706586" w:rsidRDefault="004F75C6">
            <w:pPr>
              <w:rPr>
                <w:sz w:val="24"/>
                <w:szCs w:val="24"/>
              </w:rPr>
            </w:pPr>
            <w:r w:rsidRPr="00706586">
              <w:rPr>
                <w:sz w:val="24"/>
                <w:szCs w:val="24"/>
              </w:rPr>
              <w:t>CĐ3(Bài 9). Thực hành vẽ cấu trúc phân tử (tiết 4)</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0D52294B"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2406D50D" w14:textId="77777777" w:rsidR="001C5DA9" w:rsidRPr="00706586" w:rsidRDefault="004F75C6">
            <w:pPr>
              <w:rPr>
                <w:sz w:val="24"/>
                <w:szCs w:val="24"/>
              </w:rPr>
            </w:pPr>
            <w:r w:rsidRPr="00706586">
              <w:rPr>
                <w:sz w:val="24"/>
                <w:szCs w:val="24"/>
              </w:rPr>
              <w:t>Vận dụng: Lưu được các file, chèn được hình ảnh vào file Word, PowerPoint; tạo bài trình chiếu với hình ảnh hóa học.</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35280D0B" w14:textId="77777777" w:rsidR="001C5DA9" w:rsidRPr="00706586" w:rsidRDefault="004F75C6">
            <w:pPr>
              <w:rPr>
                <w:sz w:val="24"/>
                <w:szCs w:val="24"/>
              </w:rPr>
            </w:pPr>
            <w:r w:rsidRPr="00706586">
              <w:rPr>
                <w:sz w:val="24"/>
                <w:szCs w:val="24"/>
              </w:rPr>
              <w:t>– Máy tính, phần mềm Chemsketch, Word, PowerPoint. –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5C89371C" w14:textId="77777777" w:rsidR="001C5DA9" w:rsidRPr="00706586" w:rsidRDefault="004F75C6">
            <w:pPr>
              <w:rPr>
                <w:sz w:val="24"/>
                <w:szCs w:val="24"/>
              </w:rPr>
            </w:pPr>
            <w:r w:rsidRPr="00706586">
              <w:rPr>
                <w:sz w:val="24"/>
                <w:szCs w:val="24"/>
              </w:rPr>
              <w:t>– Tạo sản phẩm số: Tạo bài trình chiếu với hình ảnh hóa học. – Sử dụng thiết bị kĩ thuật số: Sử dụng Word, PowerPoint.</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17141E64" w14:textId="77777777" w:rsidR="001C5DA9" w:rsidRPr="00706586" w:rsidRDefault="004F75C6">
            <w:pPr>
              <w:rPr>
                <w:sz w:val="24"/>
                <w:szCs w:val="24"/>
              </w:rPr>
            </w:pPr>
            <w:r w:rsidRPr="00706586">
              <w:rPr>
                <w:sz w:val="24"/>
                <w:szCs w:val="24"/>
              </w:rPr>
              <w:t>3.1NC1b; 1.1NC1a</w:t>
            </w:r>
          </w:p>
        </w:tc>
      </w:tr>
      <w:tr w:rsidR="003458F8" w:rsidRPr="00706586" w14:paraId="2346F763"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6DC9531D" w14:textId="77777777" w:rsidR="001C5DA9" w:rsidRPr="00706586" w:rsidRDefault="004F75C6">
            <w:pPr>
              <w:rPr>
                <w:sz w:val="24"/>
                <w:szCs w:val="24"/>
              </w:rPr>
            </w:pPr>
            <w:r w:rsidRPr="00706586">
              <w:rPr>
                <w:sz w:val="24"/>
                <w:szCs w:val="24"/>
              </w:rPr>
              <w:t>46</w:t>
            </w:r>
          </w:p>
        </w:tc>
        <w:tc>
          <w:tcPr>
            <w:tcW w:w="709" w:type="dxa"/>
            <w:tcBorders>
              <w:top w:val="single" w:sz="4" w:space="0" w:color="8A6DB0"/>
              <w:left w:val="single" w:sz="4" w:space="0" w:color="8A6DB0"/>
              <w:bottom w:val="single" w:sz="4" w:space="0" w:color="8A6DB0"/>
              <w:right w:val="single" w:sz="4" w:space="0" w:color="8A6DB0"/>
            </w:tcBorders>
            <w:vAlign w:val="center"/>
          </w:tcPr>
          <w:p w14:paraId="5F8675FF"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44699838" w14:textId="77777777" w:rsidR="001C5DA9" w:rsidRPr="00706586" w:rsidRDefault="004F75C6">
            <w:pPr>
              <w:rPr>
                <w:sz w:val="24"/>
                <w:szCs w:val="24"/>
              </w:rPr>
            </w:pPr>
            <w:r w:rsidRPr="00706586">
              <w:rPr>
                <w:sz w:val="24"/>
                <w:szCs w:val="24"/>
              </w:rPr>
              <w:t>16</w:t>
            </w:r>
          </w:p>
        </w:tc>
        <w:tc>
          <w:tcPr>
            <w:tcW w:w="1732" w:type="dxa"/>
            <w:tcBorders>
              <w:top w:val="single" w:sz="4" w:space="0" w:color="8A6DB0"/>
              <w:left w:val="single" w:sz="4" w:space="0" w:color="8A6DB0"/>
              <w:bottom w:val="single" w:sz="4" w:space="0" w:color="8A6DB0"/>
              <w:right w:val="single" w:sz="4" w:space="0" w:color="8A6DB0"/>
            </w:tcBorders>
          </w:tcPr>
          <w:p w14:paraId="22017B5B" w14:textId="77777777" w:rsidR="001C5DA9" w:rsidRPr="00706586" w:rsidRDefault="004F75C6">
            <w:pPr>
              <w:rPr>
                <w:sz w:val="24"/>
                <w:szCs w:val="24"/>
              </w:rPr>
            </w:pPr>
            <w:r w:rsidRPr="00706586">
              <w:rPr>
                <w:sz w:val="24"/>
                <w:szCs w:val="24"/>
              </w:rPr>
              <w:t>Bài 14. Ôn tập chương 3</w:t>
            </w:r>
          </w:p>
        </w:tc>
        <w:tc>
          <w:tcPr>
            <w:tcW w:w="647" w:type="dxa"/>
            <w:tcBorders>
              <w:top w:val="single" w:sz="4" w:space="0" w:color="8A6DB0"/>
              <w:left w:val="single" w:sz="4" w:space="0" w:color="8A6DB0"/>
              <w:bottom w:val="single" w:sz="4" w:space="0" w:color="8A6DB0"/>
              <w:right w:val="single" w:sz="4" w:space="0" w:color="8A6DB0"/>
            </w:tcBorders>
            <w:vAlign w:val="center"/>
          </w:tcPr>
          <w:p w14:paraId="2DE611D3"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6E46953B" w14:textId="77777777" w:rsidR="001C5DA9" w:rsidRPr="00706586" w:rsidRDefault="004F75C6">
            <w:pPr>
              <w:rPr>
                <w:sz w:val="24"/>
                <w:szCs w:val="24"/>
              </w:rPr>
            </w:pPr>
            <w:r w:rsidRPr="00706586">
              <w:rPr>
                <w:sz w:val="24"/>
                <w:szCs w:val="24"/>
              </w:rPr>
              <w:t>– Hệ thống hóa được các kiến thức trong chương 3. – Vận dụng kiến thức đã học hoàn thành được bài tập của phần luyện tập trong SGK.</w:t>
            </w:r>
          </w:p>
        </w:tc>
        <w:tc>
          <w:tcPr>
            <w:tcW w:w="1807" w:type="dxa"/>
            <w:tcBorders>
              <w:top w:val="single" w:sz="4" w:space="0" w:color="8A6DB0"/>
              <w:left w:val="single" w:sz="4" w:space="0" w:color="8A6DB0"/>
              <w:bottom w:val="single" w:sz="4" w:space="0" w:color="8A6DB0"/>
              <w:right w:val="single" w:sz="4" w:space="0" w:color="8A6DB0"/>
            </w:tcBorders>
          </w:tcPr>
          <w:p w14:paraId="24D7E083" w14:textId="77777777" w:rsidR="001C5DA9" w:rsidRPr="00706586" w:rsidRDefault="004F75C6">
            <w:pPr>
              <w:rPr>
                <w:sz w:val="24"/>
                <w:szCs w:val="24"/>
              </w:rPr>
            </w:pPr>
            <w:r w:rsidRPr="00706586">
              <w:rPr>
                <w:sz w:val="24"/>
                <w:szCs w:val="24"/>
              </w:rPr>
              <w:t>– Bài KTTX số 2. – Sơ đồ tư duy. – Phiếu học tập.</w:t>
            </w:r>
          </w:p>
        </w:tc>
        <w:tc>
          <w:tcPr>
            <w:tcW w:w="3153" w:type="dxa"/>
            <w:tcBorders>
              <w:top w:val="single" w:sz="4" w:space="0" w:color="8A6DB0"/>
              <w:left w:val="single" w:sz="4" w:space="0" w:color="8A6DB0"/>
              <w:bottom w:val="single" w:sz="4" w:space="0" w:color="8A6DB0"/>
              <w:right w:val="single" w:sz="4" w:space="0" w:color="8A6DB0"/>
            </w:tcBorders>
          </w:tcPr>
          <w:p w14:paraId="08CCC09C" w14:textId="77777777" w:rsidR="001C5DA9" w:rsidRPr="00706586" w:rsidRDefault="004F75C6">
            <w:pPr>
              <w:rPr>
                <w:sz w:val="24"/>
                <w:szCs w:val="24"/>
              </w:rPr>
            </w:pPr>
            <w:r w:rsidRPr="00706586">
              <w:rPr>
                <w:sz w:val="24"/>
                <w:szCs w:val="24"/>
              </w:rPr>
              <w:t>– Tạo sản phẩm số: Xây dựng sơ đồ tư duy số. – Kĩ năng về thông tin và dữ 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3205CAEF" w14:textId="77777777" w:rsidR="001C5DA9" w:rsidRPr="00706586" w:rsidRDefault="004F75C6">
            <w:pPr>
              <w:rPr>
                <w:sz w:val="24"/>
                <w:szCs w:val="24"/>
              </w:rPr>
            </w:pPr>
            <w:r w:rsidRPr="00706586">
              <w:rPr>
                <w:sz w:val="24"/>
                <w:szCs w:val="24"/>
              </w:rPr>
              <w:t>3.1NC1a; 1.1NC1b</w:t>
            </w:r>
          </w:p>
        </w:tc>
      </w:tr>
      <w:tr w:rsidR="003458F8" w:rsidRPr="00706586" w14:paraId="0E6EB826"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748D4C28" w14:textId="77777777" w:rsidR="001C5DA9" w:rsidRPr="00706586" w:rsidRDefault="004F75C6">
            <w:pPr>
              <w:rPr>
                <w:sz w:val="24"/>
                <w:szCs w:val="24"/>
              </w:rPr>
            </w:pPr>
            <w:r w:rsidRPr="00706586">
              <w:rPr>
                <w:sz w:val="24"/>
                <w:szCs w:val="24"/>
              </w:rPr>
              <w:t>47</w:t>
            </w:r>
          </w:p>
        </w:tc>
        <w:tc>
          <w:tcPr>
            <w:tcW w:w="709" w:type="dxa"/>
            <w:tcBorders>
              <w:top w:val="single" w:sz="4" w:space="0" w:color="8A6DB0"/>
              <w:left w:val="single" w:sz="4" w:space="0" w:color="8A6DB0"/>
              <w:bottom w:val="single" w:sz="4" w:space="0" w:color="8A6DB0"/>
              <w:right w:val="single" w:sz="4" w:space="0" w:color="8A6DB0"/>
            </w:tcBorders>
            <w:vAlign w:val="center"/>
          </w:tcPr>
          <w:p w14:paraId="6BAF8766"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47EA5169" w14:textId="77777777" w:rsidR="001C5DA9" w:rsidRPr="00706586" w:rsidRDefault="004F75C6">
            <w:pPr>
              <w:rPr>
                <w:sz w:val="24"/>
                <w:szCs w:val="24"/>
              </w:rPr>
            </w:pPr>
            <w:r w:rsidRPr="00706586">
              <w:rPr>
                <w:sz w:val="24"/>
                <w:szCs w:val="24"/>
              </w:rPr>
              <w:t>16</w:t>
            </w:r>
          </w:p>
        </w:tc>
        <w:tc>
          <w:tcPr>
            <w:tcW w:w="1732" w:type="dxa"/>
            <w:tcBorders>
              <w:top w:val="single" w:sz="4" w:space="0" w:color="8A6DB0"/>
              <w:left w:val="single" w:sz="4" w:space="0" w:color="8A6DB0"/>
              <w:bottom w:val="single" w:sz="4" w:space="0" w:color="8A6DB0"/>
              <w:right w:val="single" w:sz="4" w:space="0" w:color="8A6DB0"/>
            </w:tcBorders>
          </w:tcPr>
          <w:p w14:paraId="0341FEA4" w14:textId="77777777" w:rsidR="001C5DA9" w:rsidRPr="00706586" w:rsidRDefault="004F75C6">
            <w:pPr>
              <w:rPr>
                <w:sz w:val="24"/>
                <w:szCs w:val="24"/>
              </w:rPr>
            </w:pPr>
            <w:r w:rsidRPr="00706586">
              <w:rPr>
                <w:sz w:val="24"/>
                <w:szCs w:val="24"/>
              </w:rPr>
              <w:t>Ôn tập cuối học kì I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15D296B9"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4AECF314" w14:textId="77777777" w:rsidR="001C5DA9" w:rsidRPr="00706586" w:rsidRDefault="004F75C6">
            <w:pPr>
              <w:rPr>
                <w:sz w:val="24"/>
                <w:szCs w:val="24"/>
              </w:rPr>
            </w:pPr>
            <w:r w:rsidRPr="00706586">
              <w:rPr>
                <w:sz w:val="24"/>
                <w:szCs w:val="24"/>
              </w:rPr>
              <w:t>– Hệ thống hóa được kiến thức trong chương 1, 2, 3. – Rèn kỹ năng làm bài tập, áp dụng được kiến thức đã học để làm được các bài tập trong SGK, đề mô phỏng.</w:t>
            </w:r>
          </w:p>
        </w:tc>
        <w:tc>
          <w:tcPr>
            <w:tcW w:w="1807" w:type="dxa"/>
            <w:tcBorders>
              <w:top w:val="single" w:sz="4" w:space="0" w:color="8A6DB0"/>
              <w:left w:val="single" w:sz="4" w:space="0" w:color="8A6DB0"/>
              <w:bottom w:val="single" w:sz="4" w:space="0" w:color="8A6DB0"/>
              <w:right w:val="single" w:sz="4" w:space="0" w:color="8A6DB0"/>
            </w:tcBorders>
          </w:tcPr>
          <w:p w14:paraId="7F3615C3" w14:textId="77777777" w:rsidR="001C5DA9" w:rsidRPr="00706586" w:rsidRDefault="004F75C6">
            <w:pPr>
              <w:rPr>
                <w:sz w:val="24"/>
                <w:szCs w:val="24"/>
              </w:rPr>
            </w:pPr>
            <w:r w:rsidRPr="00706586">
              <w:rPr>
                <w:sz w:val="24"/>
                <w:szCs w:val="24"/>
              </w:rPr>
              <w:t>– Sơ đồ tư duy. – Phiếu học tập.</w:t>
            </w:r>
          </w:p>
        </w:tc>
        <w:tc>
          <w:tcPr>
            <w:tcW w:w="3153" w:type="dxa"/>
            <w:tcBorders>
              <w:top w:val="single" w:sz="4" w:space="0" w:color="8A6DB0"/>
              <w:left w:val="single" w:sz="4" w:space="0" w:color="8A6DB0"/>
              <w:bottom w:val="single" w:sz="4" w:space="0" w:color="8A6DB0"/>
              <w:right w:val="single" w:sz="4" w:space="0" w:color="8A6DB0"/>
            </w:tcBorders>
          </w:tcPr>
          <w:p w14:paraId="58EDCF54" w14:textId="77777777" w:rsidR="001C5DA9" w:rsidRPr="00706586" w:rsidRDefault="004F75C6">
            <w:pPr>
              <w:rPr>
                <w:sz w:val="24"/>
                <w:szCs w:val="24"/>
              </w:rPr>
            </w:pPr>
            <w:r w:rsidRPr="00706586">
              <w:rPr>
                <w:sz w:val="24"/>
                <w:szCs w:val="24"/>
              </w:rPr>
              <w:t>– Tạo sản phẩm số: Xây dựng sơ đồ tư duy số. – Kĩ năng về thông tin và dữ 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36379C2A" w14:textId="77777777" w:rsidR="001C5DA9" w:rsidRPr="00706586" w:rsidRDefault="004F75C6">
            <w:pPr>
              <w:rPr>
                <w:sz w:val="24"/>
                <w:szCs w:val="24"/>
              </w:rPr>
            </w:pPr>
            <w:r w:rsidRPr="00706586">
              <w:rPr>
                <w:sz w:val="24"/>
                <w:szCs w:val="24"/>
              </w:rPr>
              <w:t>3.1NC1d; 1.3NC1b</w:t>
            </w:r>
          </w:p>
        </w:tc>
      </w:tr>
      <w:tr w:rsidR="003458F8" w:rsidRPr="00706586" w14:paraId="116B9EDD"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489B48D2" w14:textId="77777777" w:rsidR="001C5DA9" w:rsidRPr="00706586" w:rsidRDefault="004F75C6">
            <w:pPr>
              <w:rPr>
                <w:sz w:val="24"/>
                <w:szCs w:val="24"/>
              </w:rPr>
            </w:pPr>
            <w:r w:rsidRPr="00706586">
              <w:rPr>
                <w:sz w:val="24"/>
                <w:szCs w:val="24"/>
              </w:rPr>
              <w:t>48</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084570EA"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6B098591" w14:textId="77777777" w:rsidR="001C5DA9" w:rsidRPr="00706586" w:rsidRDefault="004F75C6">
            <w:pPr>
              <w:rPr>
                <w:sz w:val="24"/>
                <w:szCs w:val="24"/>
              </w:rPr>
            </w:pPr>
            <w:r w:rsidRPr="00706586">
              <w:rPr>
                <w:sz w:val="24"/>
                <w:szCs w:val="24"/>
              </w:rPr>
              <w:t>16</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6755ED3B" w14:textId="77777777" w:rsidR="001C5DA9" w:rsidRPr="00706586" w:rsidRDefault="004F75C6">
            <w:pPr>
              <w:rPr>
                <w:sz w:val="24"/>
                <w:szCs w:val="24"/>
              </w:rPr>
            </w:pPr>
            <w:r w:rsidRPr="00706586">
              <w:rPr>
                <w:sz w:val="24"/>
                <w:szCs w:val="24"/>
              </w:rPr>
              <w:t>CĐ3(Bài9). Thực hành vẽ cấu trúc phân tử (tiết 5)</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67ADD74"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128E8FFF" w14:textId="77777777" w:rsidR="001C5DA9" w:rsidRPr="00706586" w:rsidRDefault="004F75C6">
            <w:pPr>
              <w:rPr>
                <w:sz w:val="24"/>
                <w:szCs w:val="24"/>
              </w:rPr>
            </w:pPr>
            <w:r w:rsidRPr="00706586">
              <w:rPr>
                <w:sz w:val="24"/>
                <w:szCs w:val="24"/>
              </w:rPr>
              <w:t>Hoàn tất sản phẩm số; nộp bài</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0236EFD9" w14:textId="77777777" w:rsidR="001C5DA9" w:rsidRPr="00706586" w:rsidRDefault="004F75C6">
            <w:pPr>
              <w:rPr>
                <w:sz w:val="24"/>
                <w:szCs w:val="24"/>
              </w:rPr>
            </w:pPr>
            <w:r w:rsidRPr="00706586">
              <w:rPr>
                <w:sz w:val="24"/>
                <w:szCs w:val="24"/>
              </w:rPr>
              <w:t>– Máy tính, phần mềm Chemsketch, Word, PowerPoint. –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109C12E1" w14:textId="77777777" w:rsidR="001C5DA9" w:rsidRPr="00706586" w:rsidRDefault="004F75C6">
            <w:pPr>
              <w:rPr>
                <w:sz w:val="24"/>
                <w:szCs w:val="24"/>
              </w:rPr>
            </w:pPr>
            <w:r w:rsidRPr="00706586">
              <w:rPr>
                <w:sz w:val="24"/>
                <w:szCs w:val="24"/>
              </w:rPr>
              <w:t>– Tạo sản phẩm số: Hoàn thiện bài trình chiếu với hình ảnh hóa học.</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4E8CFA50" w14:textId="77777777" w:rsidR="001C5DA9" w:rsidRPr="00706586" w:rsidRDefault="004F75C6">
            <w:pPr>
              <w:rPr>
                <w:sz w:val="24"/>
                <w:szCs w:val="24"/>
              </w:rPr>
            </w:pPr>
            <w:r w:rsidRPr="00706586">
              <w:rPr>
                <w:sz w:val="24"/>
                <w:szCs w:val="24"/>
              </w:rPr>
              <w:t>3.1NC1b; 1.1NC1a</w:t>
            </w:r>
          </w:p>
        </w:tc>
      </w:tr>
      <w:tr w:rsidR="003458F8" w:rsidRPr="00706586" w14:paraId="18663FC3"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68BA48EB" w14:textId="77777777" w:rsidR="001C5DA9" w:rsidRPr="00706586" w:rsidRDefault="004F75C6">
            <w:pPr>
              <w:rPr>
                <w:sz w:val="24"/>
                <w:szCs w:val="24"/>
              </w:rPr>
            </w:pPr>
            <w:r w:rsidRPr="00706586">
              <w:rPr>
                <w:sz w:val="24"/>
                <w:szCs w:val="24"/>
              </w:rPr>
              <w:t>49</w:t>
            </w:r>
          </w:p>
        </w:tc>
        <w:tc>
          <w:tcPr>
            <w:tcW w:w="709" w:type="dxa"/>
            <w:tcBorders>
              <w:top w:val="single" w:sz="4" w:space="0" w:color="8A6DB0"/>
              <w:left w:val="single" w:sz="4" w:space="0" w:color="8A6DB0"/>
              <w:bottom w:val="single" w:sz="4" w:space="0" w:color="8A6DB0"/>
              <w:right w:val="single" w:sz="4" w:space="0" w:color="8A6DB0"/>
            </w:tcBorders>
            <w:vAlign w:val="center"/>
          </w:tcPr>
          <w:p w14:paraId="4D8C47E5"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19AF04F2" w14:textId="77777777" w:rsidR="001C5DA9" w:rsidRPr="00706586" w:rsidRDefault="004F75C6">
            <w:pPr>
              <w:rPr>
                <w:sz w:val="24"/>
                <w:szCs w:val="24"/>
              </w:rPr>
            </w:pPr>
            <w:r w:rsidRPr="00706586">
              <w:rPr>
                <w:sz w:val="24"/>
                <w:szCs w:val="24"/>
              </w:rPr>
              <w:t>17</w:t>
            </w:r>
          </w:p>
        </w:tc>
        <w:tc>
          <w:tcPr>
            <w:tcW w:w="1732" w:type="dxa"/>
            <w:tcBorders>
              <w:top w:val="single" w:sz="4" w:space="0" w:color="8A6DB0"/>
              <w:left w:val="single" w:sz="4" w:space="0" w:color="8A6DB0"/>
              <w:bottom w:val="single" w:sz="4" w:space="0" w:color="8A6DB0"/>
              <w:right w:val="single" w:sz="4" w:space="0" w:color="8A6DB0"/>
            </w:tcBorders>
          </w:tcPr>
          <w:p w14:paraId="6A5D68D7" w14:textId="77777777" w:rsidR="001C5DA9" w:rsidRPr="00706586" w:rsidRDefault="004F75C6">
            <w:pPr>
              <w:rPr>
                <w:sz w:val="24"/>
                <w:szCs w:val="24"/>
              </w:rPr>
            </w:pPr>
            <w:r w:rsidRPr="00706586">
              <w:rPr>
                <w:sz w:val="24"/>
                <w:szCs w:val="24"/>
              </w:rPr>
              <w:t>Ôn tập cuối học kì I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1C8BF166"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3FB8A21B" w14:textId="77777777" w:rsidR="001C5DA9" w:rsidRPr="00706586" w:rsidRDefault="004F75C6">
            <w:pPr>
              <w:rPr>
                <w:sz w:val="24"/>
                <w:szCs w:val="24"/>
              </w:rPr>
            </w:pPr>
            <w:r w:rsidRPr="00706586">
              <w:rPr>
                <w:sz w:val="24"/>
                <w:szCs w:val="24"/>
              </w:rPr>
              <w:t>– Làm đề mô phỏng cuối học kì I; chuẩn bị kiểm tra.</w:t>
            </w:r>
          </w:p>
        </w:tc>
        <w:tc>
          <w:tcPr>
            <w:tcW w:w="1807" w:type="dxa"/>
            <w:tcBorders>
              <w:top w:val="single" w:sz="4" w:space="0" w:color="8A6DB0"/>
              <w:left w:val="single" w:sz="4" w:space="0" w:color="8A6DB0"/>
              <w:bottom w:val="single" w:sz="4" w:space="0" w:color="8A6DB0"/>
              <w:right w:val="single" w:sz="4" w:space="0" w:color="8A6DB0"/>
            </w:tcBorders>
          </w:tcPr>
          <w:p w14:paraId="292FCDA9" w14:textId="77777777" w:rsidR="001C5DA9" w:rsidRPr="00706586" w:rsidRDefault="004F75C6">
            <w:pPr>
              <w:rPr>
                <w:sz w:val="24"/>
                <w:szCs w:val="24"/>
              </w:rPr>
            </w:pPr>
            <w:r w:rsidRPr="00706586">
              <w:rPr>
                <w:sz w:val="24"/>
                <w:szCs w:val="24"/>
              </w:rPr>
              <w:t>– Phiếu học tập, đề mô phỏng.</w:t>
            </w:r>
          </w:p>
        </w:tc>
        <w:tc>
          <w:tcPr>
            <w:tcW w:w="3153" w:type="dxa"/>
            <w:tcBorders>
              <w:top w:val="single" w:sz="4" w:space="0" w:color="8A6DB0"/>
              <w:left w:val="single" w:sz="4" w:space="0" w:color="8A6DB0"/>
              <w:bottom w:val="single" w:sz="4" w:space="0" w:color="8A6DB0"/>
              <w:right w:val="single" w:sz="4" w:space="0" w:color="8A6DB0"/>
            </w:tcBorders>
          </w:tcPr>
          <w:p w14:paraId="29F19CCB" w14:textId="77777777" w:rsidR="001C5DA9" w:rsidRPr="00706586" w:rsidRDefault="004F75C6">
            <w:pPr>
              <w:rPr>
                <w:sz w:val="24"/>
                <w:szCs w:val="24"/>
              </w:rPr>
            </w:pPr>
            <w:r w:rsidRPr="00706586">
              <w:rPr>
                <w:sz w:val="24"/>
                <w:szCs w:val="24"/>
              </w:rPr>
              <w:t xml:space="preserve">– Kĩ năng về thông tin và dữ liệu: Quản lý và hệ thống hóa </w:t>
            </w:r>
            <w:r w:rsidRPr="00706586">
              <w:rPr>
                <w:sz w:val="24"/>
                <w:szCs w:val="24"/>
              </w:rPr>
              <w:lastRenderedPageBreak/>
              <w:t>thông tin số.</w:t>
            </w:r>
          </w:p>
        </w:tc>
        <w:tc>
          <w:tcPr>
            <w:tcW w:w="1418" w:type="dxa"/>
            <w:tcBorders>
              <w:top w:val="single" w:sz="4" w:space="0" w:color="8A6DB0"/>
              <w:left w:val="single" w:sz="4" w:space="0" w:color="8A6DB0"/>
              <w:bottom w:val="single" w:sz="4" w:space="0" w:color="8A6DB0"/>
              <w:right w:val="single" w:sz="4" w:space="0" w:color="8A6DB0"/>
            </w:tcBorders>
          </w:tcPr>
          <w:p w14:paraId="3518EDC4" w14:textId="77777777" w:rsidR="001C5DA9" w:rsidRPr="00706586" w:rsidRDefault="004F75C6">
            <w:pPr>
              <w:rPr>
                <w:sz w:val="24"/>
                <w:szCs w:val="24"/>
              </w:rPr>
            </w:pPr>
            <w:r w:rsidRPr="00706586">
              <w:rPr>
                <w:sz w:val="24"/>
                <w:szCs w:val="24"/>
              </w:rPr>
              <w:lastRenderedPageBreak/>
              <w:t>3.1NC1d; 1.3NC1b</w:t>
            </w:r>
          </w:p>
        </w:tc>
      </w:tr>
      <w:tr w:rsidR="003458F8" w:rsidRPr="00706586" w14:paraId="35128CDA"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25A8E13A" w14:textId="77777777" w:rsidR="001C5DA9" w:rsidRPr="00706586" w:rsidRDefault="004F75C6">
            <w:pPr>
              <w:rPr>
                <w:sz w:val="24"/>
                <w:szCs w:val="24"/>
              </w:rPr>
            </w:pPr>
            <w:r w:rsidRPr="00706586">
              <w:rPr>
                <w:sz w:val="24"/>
                <w:szCs w:val="24"/>
              </w:rPr>
              <w:t>50</w:t>
            </w:r>
          </w:p>
        </w:tc>
        <w:tc>
          <w:tcPr>
            <w:tcW w:w="709" w:type="dxa"/>
            <w:tcBorders>
              <w:top w:val="single" w:sz="4" w:space="0" w:color="8A6DB0"/>
              <w:left w:val="single" w:sz="4" w:space="0" w:color="8A6DB0"/>
              <w:bottom w:val="single" w:sz="4" w:space="0" w:color="8A6DB0"/>
              <w:right w:val="single" w:sz="4" w:space="0" w:color="8A6DB0"/>
            </w:tcBorders>
            <w:vAlign w:val="center"/>
          </w:tcPr>
          <w:p w14:paraId="5AD52930"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3E99FC57" w14:textId="77777777" w:rsidR="001C5DA9" w:rsidRPr="00706586" w:rsidRDefault="004F75C6">
            <w:pPr>
              <w:rPr>
                <w:sz w:val="24"/>
                <w:szCs w:val="24"/>
              </w:rPr>
            </w:pPr>
            <w:r w:rsidRPr="00706586">
              <w:rPr>
                <w:sz w:val="24"/>
                <w:szCs w:val="24"/>
              </w:rPr>
              <w:t>17</w:t>
            </w:r>
          </w:p>
        </w:tc>
        <w:tc>
          <w:tcPr>
            <w:tcW w:w="1732" w:type="dxa"/>
            <w:tcBorders>
              <w:top w:val="single" w:sz="4" w:space="0" w:color="8A6DB0"/>
              <w:left w:val="single" w:sz="4" w:space="0" w:color="8A6DB0"/>
              <w:bottom w:val="single" w:sz="4" w:space="0" w:color="8A6DB0"/>
              <w:right w:val="single" w:sz="4" w:space="0" w:color="8A6DB0"/>
            </w:tcBorders>
          </w:tcPr>
          <w:p w14:paraId="347270A5" w14:textId="77777777" w:rsidR="001C5DA9" w:rsidRPr="00706586" w:rsidRDefault="004F75C6">
            <w:pPr>
              <w:rPr>
                <w:sz w:val="24"/>
                <w:szCs w:val="24"/>
              </w:rPr>
            </w:pPr>
            <w:r w:rsidRPr="00706586">
              <w:rPr>
                <w:sz w:val="24"/>
                <w:szCs w:val="24"/>
              </w:rPr>
              <w:t>Kiểm tra học kì I</w:t>
            </w:r>
          </w:p>
        </w:tc>
        <w:tc>
          <w:tcPr>
            <w:tcW w:w="647" w:type="dxa"/>
            <w:tcBorders>
              <w:top w:val="single" w:sz="4" w:space="0" w:color="8A6DB0"/>
              <w:left w:val="single" w:sz="4" w:space="0" w:color="8A6DB0"/>
              <w:bottom w:val="single" w:sz="4" w:space="0" w:color="8A6DB0"/>
              <w:right w:val="single" w:sz="4" w:space="0" w:color="8A6DB0"/>
            </w:tcBorders>
            <w:vAlign w:val="center"/>
          </w:tcPr>
          <w:p w14:paraId="25583805"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4469D5A2" w14:textId="77777777" w:rsidR="001C5DA9" w:rsidRPr="00706586" w:rsidRDefault="004F75C6">
            <w:pPr>
              <w:rPr>
                <w:sz w:val="24"/>
                <w:szCs w:val="24"/>
              </w:rPr>
            </w:pPr>
            <w:r w:rsidRPr="00706586">
              <w:rPr>
                <w:sz w:val="24"/>
                <w:szCs w:val="24"/>
              </w:rPr>
              <w:t>– Kiểm tra, đánh giá năng lực học sinh theo ma trận, bản đặc tả đề kiểm tra (45 phút).</w:t>
            </w:r>
          </w:p>
        </w:tc>
        <w:tc>
          <w:tcPr>
            <w:tcW w:w="1807" w:type="dxa"/>
            <w:tcBorders>
              <w:top w:val="single" w:sz="4" w:space="0" w:color="8A6DB0"/>
              <w:left w:val="single" w:sz="4" w:space="0" w:color="8A6DB0"/>
              <w:bottom w:val="single" w:sz="4" w:space="0" w:color="8A6DB0"/>
              <w:right w:val="single" w:sz="4" w:space="0" w:color="8A6DB0"/>
            </w:tcBorders>
          </w:tcPr>
          <w:p w14:paraId="2B357C13" w14:textId="77777777" w:rsidR="001C5DA9" w:rsidRPr="00706586" w:rsidRDefault="004F75C6">
            <w:pPr>
              <w:rPr>
                <w:sz w:val="24"/>
                <w:szCs w:val="24"/>
              </w:rPr>
            </w:pPr>
            <w:r w:rsidRPr="00706586">
              <w:rPr>
                <w:sz w:val="24"/>
                <w:szCs w:val="24"/>
              </w:rPr>
              <w:t>– Đề kiểm tra theo ma trận.</w:t>
            </w:r>
          </w:p>
        </w:tc>
        <w:tc>
          <w:tcPr>
            <w:tcW w:w="3153" w:type="dxa"/>
            <w:tcBorders>
              <w:top w:val="single" w:sz="4" w:space="0" w:color="8A6DB0"/>
              <w:left w:val="single" w:sz="4" w:space="0" w:color="8A6DB0"/>
              <w:bottom w:val="single" w:sz="4" w:space="0" w:color="8A6DB0"/>
              <w:right w:val="single" w:sz="4" w:space="0" w:color="8A6DB0"/>
            </w:tcBorders>
          </w:tcPr>
          <w:p w14:paraId="3DE59EAC" w14:textId="77777777" w:rsidR="001C5DA9" w:rsidRPr="00706586" w:rsidRDefault="001C5DA9">
            <w:pPr>
              <w:rPr>
                <w:sz w:val="24"/>
                <w:szCs w:val="24"/>
              </w:rPr>
            </w:pPr>
          </w:p>
        </w:tc>
        <w:tc>
          <w:tcPr>
            <w:tcW w:w="1418" w:type="dxa"/>
            <w:tcBorders>
              <w:top w:val="single" w:sz="4" w:space="0" w:color="8A6DB0"/>
              <w:left w:val="single" w:sz="4" w:space="0" w:color="8A6DB0"/>
              <w:bottom w:val="single" w:sz="4" w:space="0" w:color="8A6DB0"/>
              <w:right w:val="single" w:sz="4" w:space="0" w:color="8A6DB0"/>
            </w:tcBorders>
          </w:tcPr>
          <w:p w14:paraId="2D05080C" w14:textId="77777777" w:rsidR="001C5DA9" w:rsidRPr="00706586" w:rsidRDefault="001C5DA9">
            <w:pPr>
              <w:rPr>
                <w:sz w:val="24"/>
                <w:szCs w:val="24"/>
              </w:rPr>
            </w:pPr>
          </w:p>
        </w:tc>
      </w:tr>
      <w:tr w:rsidR="003458F8" w:rsidRPr="00706586" w14:paraId="0A7B67E3" w14:textId="77777777" w:rsidTr="002E6CD2">
        <w:tc>
          <w:tcPr>
            <w:tcW w:w="15701" w:type="dxa"/>
            <w:gridSpan w:val="9"/>
            <w:tcBorders>
              <w:top w:val="single" w:sz="4" w:space="0" w:color="8A6DB0"/>
              <w:left w:val="single" w:sz="4" w:space="0" w:color="8A6DB0"/>
              <w:bottom w:val="single" w:sz="4" w:space="0" w:color="8A6DB0"/>
              <w:right w:val="single" w:sz="4" w:space="0" w:color="8A6DB0"/>
            </w:tcBorders>
            <w:shd w:val="clear" w:color="auto" w:fill="E6A000"/>
            <w:vAlign w:val="center"/>
          </w:tcPr>
          <w:p w14:paraId="23B24E87" w14:textId="77777777" w:rsidR="001C5DA9" w:rsidRPr="00706586" w:rsidRDefault="004F75C6">
            <w:pPr>
              <w:rPr>
                <w:sz w:val="24"/>
                <w:szCs w:val="24"/>
              </w:rPr>
            </w:pPr>
            <w:r w:rsidRPr="00706586">
              <w:rPr>
                <w:b/>
                <w:color w:val="FFFFFF"/>
                <w:sz w:val="24"/>
                <w:szCs w:val="24"/>
              </w:rPr>
              <w:t>Chuyên đề 2: HOÁ HỌC TRONG VIỆC PHÒNG CHỐNG CHÁY, NỔ</w:t>
            </w:r>
          </w:p>
        </w:tc>
      </w:tr>
      <w:tr w:rsidR="003458F8" w:rsidRPr="00706586" w14:paraId="372D0F7D"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3B4D36F2" w14:textId="77777777" w:rsidR="001C5DA9" w:rsidRPr="00706586" w:rsidRDefault="004F75C6">
            <w:pPr>
              <w:rPr>
                <w:sz w:val="24"/>
                <w:szCs w:val="24"/>
              </w:rPr>
            </w:pPr>
            <w:r w:rsidRPr="00706586">
              <w:rPr>
                <w:sz w:val="24"/>
                <w:szCs w:val="24"/>
              </w:rPr>
              <w:t>51</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1C41C6B2"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227059E8" w14:textId="77777777" w:rsidR="001C5DA9" w:rsidRPr="00706586" w:rsidRDefault="004F75C6">
            <w:pPr>
              <w:rPr>
                <w:sz w:val="24"/>
                <w:szCs w:val="24"/>
              </w:rPr>
            </w:pPr>
            <w:r w:rsidRPr="00706586">
              <w:rPr>
                <w:sz w:val="24"/>
                <w:szCs w:val="24"/>
              </w:rPr>
              <w:t>17</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4B35D872" w14:textId="77777777" w:rsidR="001C5DA9" w:rsidRPr="00706586" w:rsidRDefault="004F75C6">
            <w:pPr>
              <w:rPr>
                <w:sz w:val="24"/>
                <w:szCs w:val="24"/>
              </w:rPr>
            </w:pPr>
            <w:r w:rsidRPr="00706586">
              <w:rPr>
                <w:sz w:val="24"/>
                <w:szCs w:val="24"/>
              </w:rPr>
              <w:t>CĐ2(Bài 5). Sơ lược về phản ứng cháy, nổ (tiết 1)</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BBD6BF9"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5CE41223" w14:textId="77777777" w:rsidR="001C5DA9" w:rsidRPr="00706586" w:rsidRDefault="004F75C6">
            <w:pPr>
              <w:rPr>
                <w:sz w:val="24"/>
                <w:szCs w:val="24"/>
              </w:rPr>
            </w:pPr>
            <w:r w:rsidRPr="00706586">
              <w:rPr>
                <w:sz w:val="24"/>
                <w:szCs w:val="24"/>
              </w:rPr>
              <w:t>Nhận biết: Nêu được khái niệm, đặc điểm của phản ứng cháy (thuộc loại phản ứng oxi hoá–khử và là phản ứng toả nhiệt, phát ra ánh sáng). Nêu được một số ví dụ về sự cháy các chất vô cơ và hữu cơ (xăng, dầu cháy trong không khí; Mg cháy trong CO2…). Nêu được điều kiện cần và đủ để phản ứng cháy xảy ra.</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3498AB19" w14:textId="77777777" w:rsidR="001C5DA9" w:rsidRPr="00706586" w:rsidRDefault="004F75C6">
            <w:pPr>
              <w:rPr>
                <w:sz w:val="24"/>
                <w:szCs w:val="24"/>
              </w:rPr>
            </w:pPr>
            <w:r w:rsidRPr="00706586">
              <w:rPr>
                <w:sz w:val="24"/>
                <w:szCs w:val="24"/>
              </w:rPr>
              <w:t>–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5FE8A483" w14:textId="77777777" w:rsidR="001C5DA9" w:rsidRPr="00706586" w:rsidRDefault="004F75C6">
            <w:pPr>
              <w:rPr>
                <w:sz w:val="24"/>
                <w:szCs w:val="24"/>
              </w:rPr>
            </w:pPr>
            <w:r w:rsidRPr="00706586">
              <w:rPr>
                <w:sz w:val="24"/>
                <w:szCs w:val="24"/>
              </w:rPr>
              <w:t>– Sử dụng thiết bị kĩ thuật số: Xem video, hình ảnh về phản ứng cháy nổ. – Kĩ năng về thông tin và dữ liệu: Tìm kiếm thông tin về các vụ cháy nổ, đặc điểm của chúng.</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7AFC2BE6" w14:textId="77777777" w:rsidR="001C5DA9" w:rsidRPr="00706586" w:rsidRDefault="004F75C6">
            <w:pPr>
              <w:rPr>
                <w:sz w:val="24"/>
                <w:szCs w:val="24"/>
              </w:rPr>
            </w:pPr>
            <w:r w:rsidRPr="00706586">
              <w:rPr>
                <w:sz w:val="24"/>
                <w:szCs w:val="24"/>
              </w:rPr>
              <w:t>1.1NC1a; 1.3NC1a</w:t>
            </w:r>
          </w:p>
        </w:tc>
      </w:tr>
      <w:tr w:rsidR="003458F8" w:rsidRPr="00706586" w14:paraId="40D039D9"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56B80ED8" w14:textId="77777777" w:rsidR="001C5DA9" w:rsidRPr="00706586" w:rsidRDefault="004F75C6">
            <w:pPr>
              <w:rPr>
                <w:sz w:val="24"/>
                <w:szCs w:val="24"/>
              </w:rPr>
            </w:pPr>
            <w:r w:rsidRPr="00706586">
              <w:rPr>
                <w:sz w:val="24"/>
                <w:szCs w:val="24"/>
              </w:rPr>
              <w:t>52</w:t>
            </w:r>
          </w:p>
        </w:tc>
        <w:tc>
          <w:tcPr>
            <w:tcW w:w="709" w:type="dxa"/>
            <w:tcBorders>
              <w:top w:val="single" w:sz="4" w:space="0" w:color="8A6DB0"/>
              <w:left w:val="single" w:sz="4" w:space="0" w:color="8A6DB0"/>
              <w:bottom w:val="single" w:sz="4" w:space="0" w:color="8A6DB0"/>
              <w:right w:val="single" w:sz="4" w:space="0" w:color="8A6DB0"/>
            </w:tcBorders>
            <w:vAlign w:val="center"/>
          </w:tcPr>
          <w:p w14:paraId="6E1E458A"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1A5EAD81" w14:textId="77777777" w:rsidR="001C5DA9" w:rsidRPr="00706586" w:rsidRDefault="004F75C6">
            <w:pPr>
              <w:rPr>
                <w:sz w:val="24"/>
                <w:szCs w:val="24"/>
              </w:rPr>
            </w:pPr>
            <w:r w:rsidRPr="00706586">
              <w:rPr>
                <w:sz w:val="24"/>
                <w:szCs w:val="24"/>
              </w:rPr>
              <w:t>18</w:t>
            </w:r>
          </w:p>
        </w:tc>
        <w:tc>
          <w:tcPr>
            <w:tcW w:w="1732" w:type="dxa"/>
            <w:tcBorders>
              <w:top w:val="single" w:sz="4" w:space="0" w:color="8A6DB0"/>
              <w:left w:val="single" w:sz="4" w:space="0" w:color="8A6DB0"/>
              <w:bottom w:val="single" w:sz="4" w:space="0" w:color="8A6DB0"/>
              <w:right w:val="single" w:sz="4" w:space="0" w:color="8A6DB0"/>
            </w:tcBorders>
          </w:tcPr>
          <w:p w14:paraId="3D32F6C5" w14:textId="77777777" w:rsidR="001C5DA9" w:rsidRPr="00706586" w:rsidRDefault="004F75C6">
            <w:pPr>
              <w:rPr>
                <w:sz w:val="24"/>
                <w:szCs w:val="24"/>
              </w:rPr>
            </w:pPr>
            <w:r w:rsidRPr="00706586">
              <w:rPr>
                <w:sz w:val="24"/>
                <w:szCs w:val="24"/>
              </w:rPr>
              <w:t>Bài 14. Ôn tập chương 3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6731B34A"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78B801E9" w14:textId="77777777" w:rsidR="001C5DA9" w:rsidRPr="00706586" w:rsidRDefault="004F75C6">
            <w:pPr>
              <w:rPr>
                <w:sz w:val="24"/>
                <w:szCs w:val="24"/>
              </w:rPr>
            </w:pPr>
            <w:r w:rsidRPr="00706586">
              <w:rPr>
                <w:sz w:val="24"/>
                <w:szCs w:val="24"/>
              </w:rPr>
              <w:t>– Hệ thống hóa được kiến thức trong chương 3. – Áp dụng kiến thức để giải các bài tập.</w:t>
            </w:r>
          </w:p>
        </w:tc>
        <w:tc>
          <w:tcPr>
            <w:tcW w:w="1807" w:type="dxa"/>
            <w:tcBorders>
              <w:top w:val="single" w:sz="4" w:space="0" w:color="8A6DB0"/>
              <w:left w:val="single" w:sz="4" w:space="0" w:color="8A6DB0"/>
              <w:bottom w:val="single" w:sz="4" w:space="0" w:color="8A6DB0"/>
              <w:right w:val="single" w:sz="4" w:space="0" w:color="8A6DB0"/>
            </w:tcBorders>
          </w:tcPr>
          <w:p w14:paraId="462E344A" w14:textId="77777777" w:rsidR="001C5DA9" w:rsidRPr="00706586" w:rsidRDefault="004F75C6">
            <w:pPr>
              <w:rPr>
                <w:sz w:val="24"/>
                <w:szCs w:val="24"/>
              </w:rPr>
            </w:pPr>
            <w:r w:rsidRPr="00706586">
              <w:rPr>
                <w:sz w:val="24"/>
                <w:szCs w:val="24"/>
              </w:rPr>
              <w:t>– Sơ đồ tư duy. – Phiếu học tập.</w:t>
            </w:r>
          </w:p>
        </w:tc>
        <w:tc>
          <w:tcPr>
            <w:tcW w:w="3153" w:type="dxa"/>
            <w:tcBorders>
              <w:top w:val="single" w:sz="4" w:space="0" w:color="8A6DB0"/>
              <w:left w:val="single" w:sz="4" w:space="0" w:color="8A6DB0"/>
              <w:bottom w:val="single" w:sz="4" w:space="0" w:color="8A6DB0"/>
              <w:right w:val="single" w:sz="4" w:space="0" w:color="8A6DB0"/>
            </w:tcBorders>
          </w:tcPr>
          <w:p w14:paraId="7598E368" w14:textId="77777777" w:rsidR="001C5DA9" w:rsidRPr="00706586" w:rsidRDefault="004F75C6">
            <w:pPr>
              <w:rPr>
                <w:sz w:val="24"/>
                <w:szCs w:val="24"/>
              </w:rPr>
            </w:pPr>
            <w:r w:rsidRPr="00706586">
              <w:rPr>
                <w:sz w:val="24"/>
                <w:szCs w:val="24"/>
              </w:rPr>
              <w:t>– Kĩ năng về thông tin và dữ 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0558F589" w14:textId="77777777" w:rsidR="001C5DA9" w:rsidRPr="00706586" w:rsidRDefault="001C5DA9">
            <w:pPr>
              <w:rPr>
                <w:sz w:val="24"/>
                <w:szCs w:val="24"/>
              </w:rPr>
            </w:pPr>
          </w:p>
        </w:tc>
      </w:tr>
      <w:tr w:rsidR="003458F8" w:rsidRPr="00706586" w14:paraId="4B9EF076"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0F4812B3" w14:textId="77777777" w:rsidR="001C5DA9" w:rsidRPr="00706586" w:rsidRDefault="004F75C6">
            <w:pPr>
              <w:rPr>
                <w:sz w:val="24"/>
                <w:szCs w:val="24"/>
              </w:rPr>
            </w:pPr>
            <w:r w:rsidRPr="00706586">
              <w:rPr>
                <w:sz w:val="24"/>
                <w:szCs w:val="24"/>
              </w:rPr>
              <w:t>53</w:t>
            </w:r>
          </w:p>
        </w:tc>
        <w:tc>
          <w:tcPr>
            <w:tcW w:w="709" w:type="dxa"/>
            <w:tcBorders>
              <w:top w:val="single" w:sz="4" w:space="0" w:color="8A6DB0"/>
              <w:left w:val="single" w:sz="4" w:space="0" w:color="8A6DB0"/>
              <w:bottom w:val="single" w:sz="4" w:space="0" w:color="8A6DB0"/>
              <w:right w:val="single" w:sz="4" w:space="0" w:color="8A6DB0"/>
            </w:tcBorders>
            <w:vAlign w:val="center"/>
          </w:tcPr>
          <w:p w14:paraId="5B0220D6"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7BB29A57" w14:textId="77777777" w:rsidR="001C5DA9" w:rsidRPr="00706586" w:rsidRDefault="004F75C6">
            <w:pPr>
              <w:rPr>
                <w:sz w:val="24"/>
                <w:szCs w:val="24"/>
              </w:rPr>
            </w:pPr>
            <w:r w:rsidRPr="00706586">
              <w:rPr>
                <w:sz w:val="24"/>
                <w:szCs w:val="24"/>
              </w:rPr>
              <w:t>18</w:t>
            </w:r>
          </w:p>
        </w:tc>
        <w:tc>
          <w:tcPr>
            <w:tcW w:w="1732" w:type="dxa"/>
            <w:tcBorders>
              <w:top w:val="single" w:sz="4" w:space="0" w:color="8A6DB0"/>
              <w:left w:val="single" w:sz="4" w:space="0" w:color="8A6DB0"/>
              <w:bottom w:val="single" w:sz="4" w:space="0" w:color="8A6DB0"/>
              <w:right w:val="single" w:sz="4" w:space="0" w:color="8A6DB0"/>
            </w:tcBorders>
          </w:tcPr>
          <w:p w14:paraId="0DD7EB54" w14:textId="77777777" w:rsidR="001C5DA9" w:rsidRPr="00706586" w:rsidRDefault="004F75C6">
            <w:pPr>
              <w:rPr>
                <w:sz w:val="24"/>
                <w:szCs w:val="24"/>
              </w:rPr>
            </w:pPr>
            <w:r w:rsidRPr="00706586">
              <w:rPr>
                <w:sz w:val="24"/>
                <w:szCs w:val="24"/>
              </w:rPr>
              <w:t>Bài 14. Ôn tập chương 3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2F6BA266"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4F41F553" w14:textId="77777777" w:rsidR="001C5DA9" w:rsidRPr="00706586" w:rsidRDefault="004F75C6">
            <w:pPr>
              <w:rPr>
                <w:sz w:val="24"/>
                <w:szCs w:val="24"/>
              </w:rPr>
            </w:pPr>
            <w:r w:rsidRPr="00706586">
              <w:rPr>
                <w:sz w:val="24"/>
                <w:szCs w:val="24"/>
              </w:rPr>
              <w:t>– Giải các bài tập vận dụng chương 3; kiểm tra thường xuyên (bổ sung).</w:t>
            </w:r>
          </w:p>
        </w:tc>
        <w:tc>
          <w:tcPr>
            <w:tcW w:w="1807" w:type="dxa"/>
            <w:tcBorders>
              <w:top w:val="single" w:sz="4" w:space="0" w:color="8A6DB0"/>
              <w:left w:val="single" w:sz="4" w:space="0" w:color="8A6DB0"/>
              <w:bottom w:val="single" w:sz="4" w:space="0" w:color="8A6DB0"/>
              <w:right w:val="single" w:sz="4" w:space="0" w:color="8A6DB0"/>
            </w:tcBorders>
          </w:tcPr>
          <w:p w14:paraId="306D5BED" w14:textId="77777777" w:rsidR="001C5DA9" w:rsidRPr="00706586" w:rsidRDefault="004F75C6">
            <w:pPr>
              <w:rPr>
                <w:sz w:val="24"/>
                <w:szCs w:val="24"/>
              </w:rPr>
            </w:pPr>
            <w:r w:rsidRPr="00706586">
              <w:rPr>
                <w:sz w:val="24"/>
                <w:szCs w:val="24"/>
              </w:rPr>
              <w:t>– Phiếu học tập, bài KTTX.</w:t>
            </w:r>
          </w:p>
        </w:tc>
        <w:tc>
          <w:tcPr>
            <w:tcW w:w="3153" w:type="dxa"/>
            <w:tcBorders>
              <w:top w:val="single" w:sz="4" w:space="0" w:color="8A6DB0"/>
              <w:left w:val="single" w:sz="4" w:space="0" w:color="8A6DB0"/>
              <w:bottom w:val="single" w:sz="4" w:space="0" w:color="8A6DB0"/>
              <w:right w:val="single" w:sz="4" w:space="0" w:color="8A6DB0"/>
            </w:tcBorders>
          </w:tcPr>
          <w:p w14:paraId="6E6C66B7" w14:textId="77777777" w:rsidR="001C5DA9" w:rsidRPr="00706586" w:rsidRDefault="004F75C6">
            <w:pPr>
              <w:rPr>
                <w:sz w:val="24"/>
                <w:szCs w:val="24"/>
              </w:rPr>
            </w:pPr>
            <w:r w:rsidRPr="00706586">
              <w:rPr>
                <w:sz w:val="24"/>
                <w:szCs w:val="24"/>
              </w:rPr>
              <w:t>– Kĩ năng về thông tin và dữ 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4FAD6F98" w14:textId="77777777" w:rsidR="001C5DA9" w:rsidRPr="00706586" w:rsidRDefault="001C5DA9">
            <w:pPr>
              <w:rPr>
                <w:sz w:val="24"/>
                <w:szCs w:val="24"/>
              </w:rPr>
            </w:pPr>
          </w:p>
        </w:tc>
      </w:tr>
      <w:tr w:rsidR="003458F8" w:rsidRPr="00706586" w14:paraId="0AC9D191"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2B7BBB55" w14:textId="77777777" w:rsidR="001C5DA9" w:rsidRPr="00706586" w:rsidRDefault="004F75C6">
            <w:pPr>
              <w:rPr>
                <w:sz w:val="24"/>
                <w:szCs w:val="24"/>
              </w:rPr>
            </w:pPr>
            <w:r w:rsidRPr="00706586">
              <w:rPr>
                <w:sz w:val="24"/>
                <w:szCs w:val="24"/>
              </w:rPr>
              <w:t>54</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44CE64E6"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3D01AE29" w14:textId="77777777" w:rsidR="001C5DA9" w:rsidRPr="00706586" w:rsidRDefault="004F75C6">
            <w:pPr>
              <w:rPr>
                <w:sz w:val="24"/>
                <w:szCs w:val="24"/>
              </w:rPr>
            </w:pPr>
            <w:r w:rsidRPr="00706586">
              <w:rPr>
                <w:sz w:val="24"/>
                <w:szCs w:val="24"/>
              </w:rPr>
              <w:t>18</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0483363C" w14:textId="77777777" w:rsidR="001C5DA9" w:rsidRPr="00706586" w:rsidRDefault="004F75C6">
            <w:pPr>
              <w:rPr>
                <w:sz w:val="24"/>
                <w:szCs w:val="24"/>
              </w:rPr>
            </w:pPr>
            <w:r w:rsidRPr="00706586">
              <w:rPr>
                <w:sz w:val="24"/>
                <w:szCs w:val="24"/>
              </w:rPr>
              <w:t>CĐ2(Bài 5). Sơ lược về phản ứng cháy, nổ (tiết 2)</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38C45F62"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608C064B" w14:textId="77777777" w:rsidR="001C5DA9" w:rsidRPr="00706586" w:rsidRDefault="004F75C6">
            <w:pPr>
              <w:rPr>
                <w:sz w:val="24"/>
                <w:szCs w:val="24"/>
              </w:rPr>
            </w:pPr>
            <w:r w:rsidRPr="00706586">
              <w:rPr>
                <w:sz w:val="24"/>
                <w:szCs w:val="24"/>
              </w:rPr>
              <w:t>Nhận biết: Nêu được khái niệm, đặc điểm cơ bản của phản ứng nổ (xảy ra với tốc độ rất nhanh kèm theo sự tăng thể tích đột ngột và toả lượng nhiệt lớn); khái niệm phản ứng nổ vật lí và nổ hoá học; khái niệm “nổ bụi”. Vận dụng: Trình bày được những sản phẩm độc hại thường sinh ra trong các phản ứng cháy: CO2, CO, HCl, SO2… và tác hại của chúng với con người.</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76DA6753" w14:textId="77777777" w:rsidR="001C5DA9" w:rsidRPr="00706586" w:rsidRDefault="004F75C6">
            <w:pPr>
              <w:rPr>
                <w:sz w:val="24"/>
                <w:szCs w:val="24"/>
              </w:rPr>
            </w:pPr>
            <w:r w:rsidRPr="00706586">
              <w:rPr>
                <w:sz w:val="24"/>
                <w:szCs w:val="24"/>
              </w:rPr>
              <w:t>–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33BAD390" w14:textId="77777777" w:rsidR="001C5DA9" w:rsidRPr="00706586" w:rsidRDefault="004F75C6">
            <w:pPr>
              <w:rPr>
                <w:sz w:val="24"/>
                <w:szCs w:val="24"/>
              </w:rPr>
            </w:pPr>
            <w:r w:rsidRPr="00706586">
              <w:rPr>
                <w:sz w:val="24"/>
                <w:szCs w:val="24"/>
              </w:rPr>
              <w:t>– Kĩ năng về thông tin và dữ liệu: Tìm kiếm thông tin về các vụ cháy nổ, đặc điểm của chúng.</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21531142" w14:textId="77777777" w:rsidR="001C5DA9" w:rsidRPr="00706586" w:rsidRDefault="004F75C6">
            <w:pPr>
              <w:rPr>
                <w:sz w:val="24"/>
                <w:szCs w:val="24"/>
              </w:rPr>
            </w:pPr>
            <w:r w:rsidRPr="00706586">
              <w:rPr>
                <w:sz w:val="24"/>
                <w:szCs w:val="24"/>
              </w:rPr>
              <w:t>1.1NC1a; 1.3NC1a</w:t>
            </w:r>
          </w:p>
        </w:tc>
      </w:tr>
      <w:tr w:rsidR="003458F8" w:rsidRPr="00706586" w14:paraId="7CF7D2D1" w14:textId="77777777" w:rsidTr="002E6CD2">
        <w:tc>
          <w:tcPr>
            <w:tcW w:w="15701" w:type="dxa"/>
            <w:gridSpan w:val="9"/>
            <w:tcBorders>
              <w:top w:val="single" w:sz="4" w:space="0" w:color="8A6DB0"/>
              <w:left w:val="single" w:sz="4" w:space="0" w:color="8A6DB0"/>
              <w:bottom w:val="single" w:sz="4" w:space="0" w:color="8A6DB0"/>
              <w:right w:val="single" w:sz="4" w:space="0" w:color="8A6DB0"/>
            </w:tcBorders>
            <w:shd w:val="clear" w:color="auto" w:fill="2F5597"/>
            <w:vAlign w:val="center"/>
          </w:tcPr>
          <w:p w14:paraId="7B79712D" w14:textId="77777777" w:rsidR="001C5DA9" w:rsidRPr="00706586" w:rsidRDefault="004F75C6">
            <w:pPr>
              <w:rPr>
                <w:sz w:val="24"/>
                <w:szCs w:val="24"/>
              </w:rPr>
            </w:pPr>
            <w:r w:rsidRPr="00706586">
              <w:rPr>
                <w:b/>
                <w:color w:val="FFFFFF"/>
                <w:sz w:val="24"/>
                <w:szCs w:val="24"/>
              </w:rPr>
              <w:t>Chương 4. PHẢN ỨNG OXI HÓA – KHỬ</w:t>
            </w:r>
          </w:p>
        </w:tc>
      </w:tr>
      <w:tr w:rsidR="003458F8" w:rsidRPr="00706586" w14:paraId="24B2EADC"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4A5F8559" w14:textId="77777777" w:rsidR="001C5DA9" w:rsidRPr="00706586" w:rsidRDefault="004F75C6">
            <w:pPr>
              <w:rPr>
                <w:sz w:val="24"/>
                <w:szCs w:val="24"/>
              </w:rPr>
            </w:pPr>
            <w:r w:rsidRPr="00706586">
              <w:rPr>
                <w:sz w:val="24"/>
                <w:szCs w:val="24"/>
              </w:rPr>
              <w:t>55</w:t>
            </w:r>
          </w:p>
        </w:tc>
        <w:tc>
          <w:tcPr>
            <w:tcW w:w="709" w:type="dxa"/>
            <w:tcBorders>
              <w:top w:val="single" w:sz="4" w:space="0" w:color="8A6DB0"/>
              <w:left w:val="single" w:sz="4" w:space="0" w:color="8A6DB0"/>
              <w:bottom w:val="single" w:sz="4" w:space="0" w:color="8A6DB0"/>
              <w:right w:val="single" w:sz="4" w:space="0" w:color="8A6DB0"/>
            </w:tcBorders>
            <w:vAlign w:val="center"/>
          </w:tcPr>
          <w:p w14:paraId="4D8B970D"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7F2EA0E4" w14:textId="77777777" w:rsidR="001C5DA9" w:rsidRPr="00706586" w:rsidRDefault="004F75C6">
            <w:pPr>
              <w:rPr>
                <w:sz w:val="24"/>
                <w:szCs w:val="24"/>
              </w:rPr>
            </w:pPr>
            <w:r w:rsidRPr="00706586">
              <w:rPr>
                <w:sz w:val="24"/>
                <w:szCs w:val="24"/>
              </w:rPr>
              <w:t>19</w:t>
            </w:r>
          </w:p>
        </w:tc>
        <w:tc>
          <w:tcPr>
            <w:tcW w:w="1732" w:type="dxa"/>
            <w:tcBorders>
              <w:top w:val="single" w:sz="4" w:space="0" w:color="8A6DB0"/>
              <w:left w:val="single" w:sz="4" w:space="0" w:color="8A6DB0"/>
              <w:bottom w:val="single" w:sz="4" w:space="0" w:color="8A6DB0"/>
              <w:right w:val="single" w:sz="4" w:space="0" w:color="8A6DB0"/>
            </w:tcBorders>
          </w:tcPr>
          <w:p w14:paraId="3ADF3C7F" w14:textId="77777777" w:rsidR="001C5DA9" w:rsidRPr="00706586" w:rsidRDefault="004F75C6">
            <w:pPr>
              <w:rPr>
                <w:sz w:val="24"/>
                <w:szCs w:val="24"/>
              </w:rPr>
            </w:pPr>
            <w:r w:rsidRPr="00706586">
              <w:rPr>
                <w:sz w:val="24"/>
                <w:szCs w:val="24"/>
              </w:rPr>
              <w:t>Bài 15. Phản ứng oxi hoá–khử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21209CBF"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7B29FF3C" w14:textId="77777777" w:rsidR="001C5DA9" w:rsidRPr="00706586" w:rsidRDefault="004F75C6">
            <w:pPr>
              <w:rPr>
                <w:sz w:val="24"/>
                <w:szCs w:val="24"/>
              </w:rPr>
            </w:pPr>
            <w:r w:rsidRPr="00706586">
              <w:rPr>
                <w:sz w:val="24"/>
                <w:szCs w:val="24"/>
              </w:rPr>
              <w:t>Nhận biết: Nêu được khái niệm số oxi hoá của nguyên tử các nguyên tố trong hợp chất; khái niệm về phản ứng oxi hoá–khử và ý nghĩa của phản ứng oxi hoá–khử.</w:t>
            </w:r>
          </w:p>
        </w:tc>
        <w:tc>
          <w:tcPr>
            <w:tcW w:w="1807" w:type="dxa"/>
            <w:tcBorders>
              <w:top w:val="single" w:sz="4" w:space="0" w:color="8A6DB0"/>
              <w:left w:val="single" w:sz="4" w:space="0" w:color="8A6DB0"/>
              <w:bottom w:val="single" w:sz="4" w:space="0" w:color="8A6DB0"/>
              <w:right w:val="single" w:sz="4" w:space="0" w:color="8A6DB0"/>
            </w:tcBorders>
          </w:tcPr>
          <w:p w14:paraId="15319550" w14:textId="77777777" w:rsidR="001C5DA9" w:rsidRPr="00706586" w:rsidRDefault="004F75C6">
            <w:pPr>
              <w:rPr>
                <w:sz w:val="24"/>
                <w:szCs w:val="24"/>
              </w:rPr>
            </w:pPr>
            <w:r w:rsidRPr="00706586">
              <w:rPr>
                <w:sz w:val="24"/>
                <w:szCs w:val="24"/>
              </w:rPr>
              <w:t>– Phiếu học tập.</w:t>
            </w:r>
          </w:p>
        </w:tc>
        <w:tc>
          <w:tcPr>
            <w:tcW w:w="3153" w:type="dxa"/>
            <w:tcBorders>
              <w:top w:val="single" w:sz="4" w:space="0" w:color="8A6DB0"/>
              <w:left w:val="single" w:sz="4" w:space="0" w:color="8A6DB0"/>
              <w:bottom w:val="single" w:sz="4" w:space="0" w:color="8A6DB0"/>
              <w:right w:val="single" w:sz="4" w:space="0" w:color="8A6DB0"/>
            </w:tcBorders>
          </w:tcPr>
          <w:p w14:paraId="2A39E2EC" w14:textId="77777777" w:rsidR="001C5DA9" w:rsidRPr="00706586" w:rsidRDefault="004F75C6">
            <w:pPr>
              <w:rPr>
                <w:sz w:val="24"/>
                <w:szCs w:val="24"/>
              </w:rPr>
            </w:pPr>
            <w:r w:rsidRPr="00706586">
              <w:rPr>
                <w:sz w:val="24"/>
                <w:szCs w:val="24"/>
              </w:rPr>
              <w:t>– Kĩ năng về thông tin và dữ liệu: Xử lý thông tin để xác định số oxi hóa (có thể dùng công cụ trực tuyến).</w:t>
            </w:r>
          </w:p>
        </w:tc>
        <w:tc>
          <w:tcPr>
            <w:tcW w:w="1418" w:type="dxa"/>
            <w:tcBorders>
              <w:top w:val="single" w:sz="4" w:space="0" w:color="8A6DB0"/>
              <w:left w:val="single" w:sz="4" w:space="0" w:color="8A6DB0"/>
              <w:bottom w:val="single" w:sz="4" w:space="0" w:color="8A6DB0"/>
              <w:right w:val="single" w:sz="4" w:space="0" w:color="8A6DB0"/>
            </w:tcBorders>
          </w:tcPr>
          <w:p w14:paraId="09C34ECE" w14:textId="77777777" w:rsidR="001C5DA9" w:rsidRPr="00706586" w:rsidRDefault="004F75C6">
            <w:pPr>
              <w:rPr>
                <w:sz w:val="24"/>
                <w:szCs w:val="24"/>
              </w:rPr>
            </w:pPr>
            <w:r w:rsidRPr="00706586">
              <w:rPr>
                <w:sz w:val="24"/>
                <w:szCs w:val="24"/>
              </w:rPr>
              <w:t>1.1NC1a; 1.3NC1b; 5.1NC1b</w:t>
            </w:r>
          </w:p>
        </w:tc>
      </w:tr>
      <w:tr w:rsidR="003458F8" w:rsidRPr="00706586" w14:paraId="6195930A"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7EE8D255" w14:textId="77777777" w:rsidR="001C5DA9" w:rsidRPr="00706586" w:rsidRDefault="004F75C6">
            <w:pPr>
              <w:rPr>
                <w:sz w:val="24"/>
                <w:szCs w:val="24"/>
              </w:rPr>
            </w:pPr>
            <w:r w:rsidRPr="00706586">
              <w:rPr>
                <w:sz w:val="24"/>
                <w:szCs w:val="24"/>
              </w:rPr>
              <w:t>56</w:t>
            </w:r>
          </w:p>
        </w:tc>
        <w:tc>
          <w:tcPr>
            <w:tcW w:w="709" w:type="dxa"/>
            <w:tcBorders>
              <w:top w:val="single" w:sz="4" w:space="0" w:color="8A6DB0"/>
              <w:left w:val="single" w:sz="4" w:space="0" w:color="8A6DB0"/>
              <w:bottom w:val="single" w:sz="4" w:space="0" w:color="8A6DB0"/>
              <w:right w:val="single" w:sz="4" w:space="0" w:color="8A6DB0"/>
            </w:tcBorders>
            <w:vAlign w:val="center"/>
          </w:tcPr>
          <w:p w14:paraId="44DA13F8"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7D3CEC21" w14:textId="77777777" w:rsidR="001C5DA9" w:rsidRPr="00706586" w:rsidRDefault="004F75C6">
            <w:pPr>
              <w:rPr>
                <w:sz w:val="24"/>
                <w:szCs w:val="24"/>
              </w:rPr>
            </w:pPr>
            <w:r w:rsidRPr="00706586">
              <w:rPr>
                <w:sz w:val="24"/>
                <w:szCs w:val="24"/>
              </w:rPr>
              <w:t>19</w:t>
            </w:r>
          </w:p>
        </w:tc>
        <w:tc>
          <w:tcPr>
            <w:tcW w:w="1732" w:type="dxa"/>
            <w:tcBorders>
              <w:top w:val="single" w:sz="4" w:space="0" w:color="8A6DB0"/>
              <w:left w:val="single" w:sz="4" w:space="0" w:color="8A6DB0"/>
              <w:bottom w:val="single" w:sz="4" w:space="0" w:color="8A6DB0"/>
              <w:right w:val="single" w:sz="4" w:space="0" w:color="8A6DB0"/>
            </w:tcBorders>
          </w:tcPr>
          <w:p w14:paraId="253BA26E" w14:textId="77777777" w:rsidR="001C5DA9" w:rsidRPr="00706586" w:rsidRDefault="004F75C6">
            <w:pPr>
              <w:rPr>
                <w:sz w:val="24"/>
                <w:szCs w:val="24"/>
              </w:rPr>
            </w:pPr>
            <w:r w:rsidRPr="00706586">
              <w:rPr>
                <w:sz w:val="24"/>
                <w:szCs w:val="24"/>
              </w:rPr>
              <w:t>Bài 15. Phản ứng oxi hoá–</w:t>
            </w:r>
            <w:r w:rsidRPr="00706586">
              <w:rPr>
                <w:sz w:val="24"/>
                <w:szCs w:val="24"/>
              </w:rPr>
              <w:lastRenderedPageBreak/>
              <w:t>khử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7BD313EC" w14:textId="77777777" w:rsidR="001C5DA9" w:rsidRPr="00706586" w:rsidRDefault="004F75C6">
            <w:pPr>
              <w:rPr>
                <w:sz w:val="24"/>
                <w:szCs w:val="24"/>
              </w:rPr>
            </w:pPr>
            <w:r w:rsidRPr="00706586">
              <w:rPr>
                <w:sz w:val="24"/>
                <w:szCs w:val="24"/>
              </w:rPr>
              <w:lastRenderedPageBreak/>
              <w:t>1</w:t>
            </w:r>
          </w:p>
        </w:tc>
        <w:tc>
          <w:tcPr>
            <w:tcW w:w="4598" w:type="dxa"/>
            <w:tcBorders>
              <w:top w:val="single" w:sz="4" w:space="0" w:color="8A6DB0"/>
              <w:left w:val="single" w:sz="4" w:space="0" w:color="8A6DB0"/>
              <w:bottom w:val="single" w:sz="4" w:space="0" w:color="8A6DB0"/>
              <w:right w:val="single" w:sz="4" w:space="0" w:color="8A6DB0"/>
            </w:tcBorders>
          </w:tcPr>
          <w:p w14:paraId="6BB04D40" w14:textId="77777777" w:rsidR="001C5DA9" w:rsidRPr="00706586" w:rsidRDefault="004F75C6">
            <w:pPr>
              <w:rPr>
                <w:sz w:val="24"/>
                <w:szCs w:val="24"/>
              </w:rPr>
            </w:pPr>
            <w:r w:rsidRPr="00706586">
              <w:rPr>
                <w:sz w:val="24"/>
                <w:szCs w:val="24"/>
              </w:rPr>
              <w:t xml:space="preserve">Thông hiểu: Xác định được số oxi hoá của nguyên tử các nguyên tố trong hợp chất; xác </w:t>
            </w:r>
            <w:r w:rsidRPr="00706586">
              <w:rPr>
                <w:sz w:val="24"/>
                <w:szCs w:val="24"/>
              </w:rPr>
              <w:lastRenderedPageBreak/>
              <w:t>định được phản ứng oxi hoá–khử. Vận dụng: Mô tả được một số phản ứng oxi hoá–khử quan trọng gắn liền với cuộc sống.</w:t>
            </w:r>
          </w:p>
        </w:tc>
        <w:tc>
          <w:tcPr>
            <w:tcW w:w="1807" w:type="dxa"/>
            <w:tcBorders>
              <w:top w:val="single" w:sz="4" w:space="0" w:color="8A6DB0"/>
              <w:left w:val="single" w:sz="4" w:space="0" w:color="8A6DB0"/>
              <w:bottom w:val="single" w:sz="4" w:space="0" w:color="8A6DB0"/>
              <w:right w:val="single" w:sz="4" w:space="0" w:color="8A6DB0"/>
            </w:tcBorders>
          </w:tcPr>
          <w:p w14:paraId="65908EA7" w14:textId="77777777" w:rsidR="001C5DA9" w:rsidRPr="00706586" w:rsidRDefault="004F75C6">
            <w:pPr>
              <w:rPr>
                <w:sz w:val="24"/>
                <w:szCs w:val="24"/>
              </w:rPr>
            </w:pPr>
            <w:r w:rsidRPr="00706586">
              <w:rPr>
                <w:sz w:val="24"/>
                <w:szCs w:val="24"/>
              </w:rPr>
              <w:lastRenderedPageBreak/>
              <w:t xml:space="preserve">– Phiếu học tập. – Dụng cụ: ống </w:t>
            </w:r>
            <w:r w:rsidRPr="00706586">
              <w:rPr>
                <w:sz w:val="24"/>
                <w:szCs w:val="24"/>
              </w:rPr>
              <w:lastRenderedPageBreak/>
              <w:t>nghiệm, kẹp gỗ. – Hóa chất: đinh sắt, dung dịch CuSO4, H2SO4.</w:t>
            </w:r>
          </w:p>
        </w:tc>
        <w:tc>
          <w:tcPr>
            <w:tcW w:w="3153" w:type="dxa"/>
            <w:tcBorders>
              <w:top w:val="single" w:sz="4" w:space="0" w:color="8A6DB0"/>
              <w:left w:val="single" w:sz="4" w:space="0" w:color="8A6DB0"/>
              <w:bottom w:val="single" w:sz="4" w:space="0" w:color="8A6DB0"/>
              <w:right w:val="single" w:sz="4" w:space="0" w:color="8A6DB0"/>
            </w:tcBorders>
          </w:tcPr>
          <w:p w14:paraId="75BD86FD" w14:textId="77777777" w:rsidR="001C5DA9" w:rsidRPr="00706586" w:rsidRDefault="004F75C6">
            <w:pPr>
              <w:rPr>
                <w:sz w:val="24"/>
                <w:szCs w:val="24"/>
              </w:rPr>
            </w:pPr>
            <w:r w:rsidRPr="00706586">
              <w:rPr>
                <w:sz w:val="24"/>
                <w:szCs w:val="24"/>
              </w:rPr>
              <w:lastRenderedPageBreak/>
              <w:t xml:space="preserve">– Sử dụng thiết bị kĩ thuật số: Xem video mô phỏng phản </w:t>
            </w:r>
            <w:r w:rsidRPr="00706586">
              <w:rPr>
                <w:sz w:val="24"/>
                <w:szCs w:val="24"/>
              </w:rPr>
              <w:lastRenderedPageBreak/>
              <w:t>ứng.</w:t>
            </w:r>
          </w:p>
        </w:tc>
        <w:tc>
          <w:tcPr>
            <w:tcW w:w="1418" w:type="dxa"/>
            <w:tcBorders>
              <w:top w:val="single" w:sz="4" w:space="0" w:color="8A6DB0"/>
              <w:left w:val="single" w:sz="4" w:space="0" w:color="8A6DB0"/>
              <w:bottom w:val="single" w:sz="4" w:space="0" w:color="8A6DB0"/>
              <w:right w:val="single" w:sz="4" w:space="0" w:color="8A6DB0"/>
            </w:tcBorders>
          </w:tcPr>
          <w:p w14:paraId="02F08E73" w14:textId="77777777" w:rsidR="001C5DA9" w:rsidRPr="00706586" w:rsidRDefault="004F75C6">
            <w:pPr>
              <w:rPr>
                <w:sz w:val="24"/>
                <w:szCs w:val="24"/>
              </w:rPr>
            </w:pPr>
            <w:r w:rsidRPr="00706586">
              <w:rPr>
                <w:sz w:val="24"/>
                <w:szCs w:val="24"/>
              </w:rPr>
              <w:lastRenderedPageBreak/>
              <w:t xml:space="preserve">1.1NC1a; 1.3NC1b; </w:t>
            </w:r>
            <w:r w:rsidRPr="00706586">
              <w:rPr>
                <w:sz w:val="24"/>
                <w:szCs w:val="24"/>
              </w:rPr>
              <w:lastRenderedPageBreak/>
              <w:t>5.1NC1b</w:t>
            </w:r>
          </w:p>
        </w:tc>
      </w:tr>
      <w:tr w:rsidR="003458F8" w:rsidRPr="00706586" w14:paraId="4A5B328F"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4236C87E" w14:textId="77777777" w:rsidR="001C5DA9" w:rsidRPr="00706586" w:rsidRDefault="004F75C6">
            <w:pPr>
              <w:rPr>
                <w:sz w:val="24"/>
                <w:szCs w:val="24"/>
              </w:rPr>
            </w:pPr>
            <w:r w:rsidRPr="00706586">
              <w:rPr>
                <w:sz w:val="24"/>
                <w:szCs w:val="24"/>
              </w:rPr>
              <w:lastRenderedPageBreak/>
              <w:t>57</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4AB65CCB"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5112BB7A" w14:textId="77777777" w:rsidR="001C5DA9" w:rsidRPr="00706586" w:rsidRDefault="004F75C6">
            <w:pPr>
              <w:rPr>
                <w:sz w:val="24"/>
                <w:szCs w:val="24"/>
              </w:rPr>
            </w:pPr>
            <w:r w:rsidRPr="00706586">
              <w:rPr>
                <w:sz w:val="24"/>
                <w:szCs w:val="24"/>
              </w:rPr>
              <w:t>19</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56AF0818" w14:textId="77777777" w:rsidR="001C5DA9" w:rsidRPr="00706586" w:rsidRDefault="004F75C6">
            <w:pPr>
              <w:rPr>
                <w:sz w:val="24"/>
                <w:szCs w:val="24"/>
              </w:rPr>
            </w:pPr>
            <w:r w:rsidRPr="00706586">
              <w:rPr>
                <w:sz w:val="24"/>
                <w:szCs w:val="24"/>
              </w:rPr>
              <w:t>CĐ1(Bài 4). Entropy và biến thiên năng lượng tự do Gibbs (tiết 1)</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13D65338"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20433E4C" w14:textId="77777777" w:rsidR="001C5DA9" w:rsidRPr="00706586" w:rsidRDefault="004F75C6">
            <w:pPr>
              <w:rPr>
                <w:sz w:val="24"/>
                <w:szCs w:val="24"/>
              </w:rPr>
            </w:pPr>
            <w:r w:rsidRPr="00706586">
              <w:rPr>
                <w:sz w:val="24"/>
                <w:szCs w:val="24"/>
              </w:rPr>
              <w:t>Nhận biết: Nêu được khái niệm về Entropy S (đại lượng đặc trưng cho độ mất trật tự của hệ).</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4EB9B0DE" w14:textId="77777777" w:rsidR="001C5DA9" w:rsidRPr="00706586" w:rsidRDefault="004F75C6">
            <w:pPr>
              <w:rPr>
                <w:sz w:val="24"/>
                <w:szCs w:val="24"/>
              </w:rPr>
            </w:pPr>
            <w:r w:rsidRPr="00706586">
              <w:rPr>
                <w:sz w:val="24"/>
                <w:szCs w:val="24"/>
              </w:rPr>
              <w:t>–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44C30486" w14:textId="77777777" w:rsidR="001C5DA9" w:rsidRPr="00706586" w:rsidRDefault="004F75C6">
            <w:pPr>
              <w:rPr>
                <w:sz w:val="24"/>
                <w:szCs w:val="24"/>
              </w:rPr>
            </w:pPr>
            <w:r w:rsidRPr="00706586">
              <w:rPr>
                <w:sz w:val="24"/>
                <w:szCs w:val="24"/>
              </w:rPr>
              <w:t>– Sử dụng thiết bị kĩ thuật số: Xem hình ảnh, mô phỏng về Entropy. – Kĩ năng về thông tin và dữ liệu: Xử lý dữ liệu số (ΔH°, S°, T) để tính toán ΔG°.</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08915449" w14:textId="77777777" w:rsidR="001C5DA9" w:rsidRPr="00706586" w:rsidRDefault="004F75C6">
            <w:pPr>
              <w:rPr>
                <w:sz w:val="24"/>
                <w:szCs w:val="24"/>
              </w:rPr>
            </w:pPr>
            <w:r w:rsidRPr="00706586">
              <w:rPr>
                <w:sz w:val="24"/>
                <w:szCs w:val="24"/>
              </w:rPr>
              <w:t>1.3NC1a; 1.1NC1b; 5.1NC1a</w:t>
            </w:r>
          </w:p>
        </w:tc>
      </w:tr>
      <w:tr w:rsidR="003458F8" w:rsidRPr="00706586" w14:paraId="094665B4"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27AF8113" w14:textId="77777777" w:rsidR="001C5DA9" w:rsidRPr="00706586" w:rsidRDefault="004F75C6">
            <w:pPr>
              <w:rPr>
                <w:sz w:val="24"/>
                <w:szCs w:val="24"/>
              </w:rPr>
            </w:pPr>
            <w:r w:rsidRPr="00706586">
              <w:rPr>
                <w:sz w:val="24"/>
                <w:szCs w:val="24"/>
              </w:rPr>
              <w:t>58</w:t>
            </w:r>
          </w:p>
        </w:tc>
        <w:tc>
          <w:tcPr>
            <w:tcW w:w="709" w:type="dxa"/>
            <w:tcBorders>
              <w:top w:val="single" w:sz="4" w:space="0" w:color="8A6DB0"/>
              <w:left w:val="single" w:sz="4" w:space="0" w:color="8A6DB0"/>
              <w:bottom w:val="single" w:sz="4" w:space="0" w:color="8A6DB0"/>
              <w:right w:val="single" w:sz="4" w:space="0" w:color="8A6DB0"/>
            </w:tcBorders>
            <w:vAlign w:val="center"/>
          </w:tcPr>
          <w:p w14:paraId="12F789AD"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3D69682C" w14:textId="77777777" w:rsidR="001C5DA9" w:rsidRPr="00706586" w:rsidRDefault="004F75C6">
            <w:pPr>
              <w:rPr>
                <w:sz w:val="24"/>
                <w:szCs w:val="24"/>
              </w:rPr>
            </w:pPr>
            <w:r w:rsidRPr="00706586">
              <w:rPr>
                <w:sz w:val="24"/>
                <w:szCs w:val="24"/>
              </w:rPr>
              <w:t>20</w:t>
            </w:r>
          </w:p>
        </w:tc>
        <w:tc>
          <w:tcPr>
            <w:tcW w:w="1732" w:type="dxa"/>
            <w:tcBorders>
              <w:top w:val="single" w:sz="4" w:space="0" w:color="8A6DB0"/>
              <w:left w:val="single" w:sz="4" w:space="0" w:color="8A6DB0"/>
              <w:bottom w:val="single" w:sz="4" w:space="0" w:color="8A6DB0"/>
              <w:right w:val="single" w:sz="4" w:space="0" w:color="8A6DB0"/>
            </w:tcBorders>
          </w:tcPr>
          <w:p w14:paraId="0FCE2DEA" w14:textId="77777777" w:rsidR="001C5DA9" w:rsidRPr="00706586" w:rsidRDefault="004F75C6">
            <w:pPr>
              <w:rPr>
                <w:sz w:val="24"/>
                <w:szCs w:val="24"/>
              </w:rPr>
            </w:pPr>
            <w:r w:rsidRPr="00706586">
              <w:rPr>
                <w:sz w:val="24"/>
                <w:szCs w:val="24"/>
              </w:rPr>
              <w:t>Bài 15. Phản ứng oxi hoá–khử (tiết 3)</w:t>
            </w:r>
          </w:p>
        </w:tc>
        <w:tc>
          <w:tcPr>
            <w:tcW w:w="647" w:type="dxa"/>
            <w:tcBorders>
              <w:top w:val="single" w:sz="4" w:space="0" w:color="8A6DB0"/>
              <w:left w:val="single" w:sz="4" w:space="0" w:color="8A6DB0"/>
              <w:bottom w:val="single" w:sz="4" w:space="0" w:color="8A6DB0"/>
              <w:right w:val="single" w:sz="4" w:space="0" w:color="8A6DB0"/>
            </w:tcBorders>
            <w:vAlign w:val="center"/>
          </w:tcPr>
          <w:p w14:paraId="73C419E2"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4521F5ED" w14:textId="77777777" w:rsidR="001C5DA9" w:rsidRPr="00706586" w:rsidRDefault="004F75C6">
            <w:pPr>
              <w:rPr>
                <w:sz w:val="24"/>
                <w:szCs w:val="24"/>
              </w:rPr>
            </w:pPr>
            <w:r w:rsidRPr="00706586">
              <w:rPr>
                <w:sz w:val="24"/>
                <w:szCs w:val="24"/>
              </w:rPr>
              <w:t>Vận dụng: Lập được phương trình phản ứng oxi hoá–khử bằng phương pháp thăng bằng electron.</w:t>
            </w:r>
          </w:p>
        </w:tc>
        <w:tc>
          <w:tcPr>
            <w:tcW w:w="1807" w:type="dxa"/>
            <w:tcBorders>
              <w:top w:val="single" w:sz="4" w:space="0" w:color="8A6DB0"/>
              <w:left w:val="single" w:sz="4" w:space="0" w:color="8A6DB0"/>
              <w:bottom w:val="single" w:sz="4" w:space="0" w:color="8A6DB0"/>
              <w:right w:val="single" w:sz="4" w:space="0" w:color="8A6DB0"/>
            </w:tcBorders>
          </w:tcPr>
          <w:p w14:paraId="42E464A2" w14:textId="77777777" w:rsidR="001C5DA9" w:rsidRPr="00706586" w:rsidRDefault="004F75C6">
            <w:pPr>
              <w:rPr>
                <w:sz w:val="24"/>
                <w:szCs w:val="24"/>
              </w:rPr>
            </w:pPr>
            <w:r w:rsidRPr="00706586">
              <w:rPr>
                <w:sz w:val="24"/>
                <w:szCs w:val="24"/>
              </w:rPr>
              <w:t>– Phiếu học tập, bài tập cân bằng.</w:t>
            </w:r>
          </w:p>
        </w:tc>
        <w:tc>
          <w:tcPr>
            <w:tcW w:w="3153" w:type="dxa"/>
            <w:tcBorders>
              <w:top w:val="single" w:sz="4" w:space="0" w:color="8A6DB0"/>
              <w:left w:val="single" w:sz="4" w:space="0" w:color="8A6DB0"/>
              <w:bottom w:val="single" w:sz="4" w:space="0" w:color="8A6DB0"/>
              <w:right w:val="single" w:sz="4" w:space="0" w:color="8A6DB0"/>
            </w:tcBorders>
          </w:tcPr>
          <w:p w14:paraId="4EF56508" w14:textId="77777777" w:rsidR="001C5DA9" w:rsidRPr="00706586" w:rsidRDefault="004F75C6">
            <w:pPr>
              <w:rPr>
                <w:sz w:val="24"/>
                <w:szCs w:val="24"/>
              </w:rPr>
            </w:pPr>
            <w:r w:rsidRPr="00706586">
              <w:rPr>
                <w:sz w:val="24"/>
                <w:szCs w:val="24"/>
              </w:rPr>
              <w:t>– Giải quyết vấn đề: Vận dụng kiến thức để giải thích các hiện tượng trong thực tế.</w:t>
            </w:r>
          </w:p>
        </w:tc>
        <w:tc>
          <w:tcPr>
            <w:tcW w:w="1418" w:type="dxa"/>
            <w:tcBorders>
              <w:top w:val="single" w:sz="4" w:space="0" w:color="8A6DB0"/>
              <w:left w:val="single" w:sz="4" w:space="0" w:color="8A6DB0"/>
              <w:bottom w:val="single" w:sz="4" w:space="0" w:color="8A6DB0"/>
              <w:right w:val="single" w:sz="4" w:space="0" w:color="8A6DB0"/>
            </w:tcBorders>
          </w:tcPr>
          <w:p w14:paraId="3731B701" w14:textId="77777777" w:rsidR="001C5DA9" w:rsidRPr="00706586" w:rsidRDefault="004F75C6">
            <w:pPr>
              <w:rPr>
                <w:sz w:val="24"/>
                <w:szCs w:val="24"/>
              </w:rPr>
            </w:pPr>
            <w:r w:rsidRPr="00706586">
              <w:rPr>
                <w:sz w:val="24"/>
                <w:szCs w:val="24"/>
              </w:rPr>
              <w:t>1.1NC1a; 1.3NC1b; 5.1NC1b</w:t>
            </w:r>
          </w:p>
        </w:tc>
      </w:tr>
      <w:tr w:rsidR="003458F8" w:rsidRPr="00706586" w14:paraId="7B9D6F6C"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6CB850AD" w14:textId="77777777" w:rsidR="001C5DA9" w:rsidRPr="00706586" w:rsidRDefault="004F75C6">
            <w:pPr>
              <w:rPr>
                <w:sz w:val="24"/>
                <w:szCs w:val="24"/>
              </w:rPr>
            </w:pPr>
            <w:r w:rsidRPr="00706586">
              <w:rPr>
                <w:sz w:val="24"/>
                <w:szCs w:val="24"/>
              </w:rPr>
              <w:t>59</w:t>
            </w:r>
          </w:p>
        </w:tc>
        <w:tc>
          <w:tcPr>
            <w:tcW w:w="709" w:type="dxa"/>
            <w:tcBorders>
              <w:top w:val="single" w:sz="4" w:space="0" w:color="8A6DB0"/>
              <w:left w:val="single" w:sz="4" w:space="0" w:color="8A6DB0"/>
              <w:bottom w:val="single" w:sz="4" w:space="0" w:color="8A6DB0"/>
              <w:right w:val="single" w:sz="4" w:space="0" w:color="8A6DB0"/>
            </w:tcBorders>
            <w:vAlign w:val="center"/>
          </w:tcPr>
          <w:p w14:paraId="75FBF614"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5E1C5992" w14:textId="77777777" w:rsidR="001C5DA9" w:rsidRPr="00706586" w:rsidRDefault="004F75C6">
            <w:pPr>
              <w:rPr>
                <w:sz w:val="24"/>
                <w:szCs w:val="24"/>
              </w:rPr>
            </w:pPr>
            <w:r w:rsidRPr="00706586">
              <w:rPr>
                <w:sz w:val="24"/>
                <w:szCs w:val="24"/>
              </w:rPr>
              <w:t>20</w:t>
            </w:r>
          </w:p>
        </w:tc>
        <w:tc>
          <w:tcPr>
            <w:tcW w:w="1732" w:type="dxa"/>
            <w:tcBorders>
              <w:top w:val="single" w:sz="4" w:space="0" w:color="8A6DB0"/>
              <w:left w:val="single" w:sz="4" w:space="0" w:color="8A6DB0"/>
              <w:bottom w:val="single" w:sz="4" w:space="0" w:color="8A6DB0"/>
              <w:right w:val="single" w:sz="4" w:space="0" w:color="8A6DB0"/>
            </w:tcBorders>
          </w:tcPr>
          <w:p w14:paraId="00A51D12" w14:textId="77777777" w:rsidR="001C5DA9" w:rsidRPr="00706586" w:rsidRDefault="004F75C6">
            <w:pPr>
              <w:rPr>
                <w:sz w:val="24"/>
                <w:szCs w:val="24"/>
              </w:rPr>
            </w:pPr>
            <w:r w:rsidRPr="00706586">
              <w:rPr>
                <w:sz w:val="24"/>
                <w:szCs w:val="24"/>
              </w:rPr>
              <w:t>Bài 16. Ôn tập chương 4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5958E5A6"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426EEE4B" w14:textId="77777777" w:rsidR="001C5DA9" w:rsidRPr="00706586" w:rsidRDefault="004F75C6">
            <w:pPr>
              <w:rPr>
                <w:sz w:val="24"/>
                <w:szCs w:val="24"/>
              </w:rPr>
            </w:pPr>
            <w:r w:rsidRPr="00706586">
              <w:rPr>
                <w:sz w:val="24"/>
                <w:szCs w:val="24"/>
              </w:rPr>
              <w:t>– Hệ thống hóa được kiến thức chương 4; sử dụng kiến thức đã học hoàn thành được các bài tập trong phần luyện tập của bài 16.</w:t>
            </w:r>
          </w:p>
        </w:tc>
        <w:tc>
          <w:tcPr>
            <w:tcW w:w="1807" w:type="dxa"/>
            <w:tcBorders>
              <w:top w:val="single" w:sz="4" w:space="0" w:color="8A6DB0"/>
              <w:left w:val="single" w:sz="4" w:space="0" w:color="8A6DB0"/>
              <w:bottom w:val="single" w:sz="4" w:space="0" w:color="8A6DB0"/>
              <w:right w:val="single" w:sz="4" w:space="0" w:color="8A6DB0"/>
            </w:tcBorders>
          </w:tcPr>
          <w:p w14:paraId="34B88226" w14:textId="77777777" w:rsidR="001C5DA9" w:rsidRPr="00706586" w:rsidRDefault="004F75C6">
            <w:pPr>
              <w:rPr>
                <w:sz w:val="24"/>
                <w:szCs w:val="24"/>
              </w:rPr>
            </w:pPr>
            <w:r w:rsidRPr="00706586">
              <w:rPr>
                <w:sz w:val="24"/>
                <w:szCs w:val="24"/>
              </w:rPr>
              <w:t>– Sơ đồ tư duy. – Phiếu học tập.</w:t>
            </w:r>
          </w:p>
        </w:tc>
        <w:tc>
          <w:tcPr>
            <w:tcW w:w="3153" w:type="dxa"/>
            <w:tcBorders>
              <w:top w:val="single" w:sz="4" w:space="0" w:color="8A6DB0"/>
              <w:left w:val="single" w:sz="4" w:space="0" w:color="8A6DB0"/>
              <w:bottom w:val="single" w:sz="4" w:space="0" w:color="8A6DB0"/>
              <w:right w:val="single" w:sz="4" w:space="0" w:color="8A6DB0"/>
            </w:tcBorders>
          </w:tcPr>
          <w:p w14:paraId="2565A98C" w14:textId="77777777" w:rsidR="001C5DA9" w:rsidRPr="00706586" w:rsidRDefault="004F75C6">
            <w:pPr>
              <w:rPr>
                <w:sz w:val="24"/>
                <w:szCs w:val="24"/>
              </w:rPr>
            </w:pPr>
            <w:r w:rsidRPr="00706586">
              <w:rPr>
                <w:sz w:val="24"/>
                <w:szCs w:val="24"/>
              </w:rPr>
              <w:t>– Tạo sản phẩm số: Xây dựng sơ đồ tư duy số. – Kĩ năng về thông tin và dữ 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48262D1C" w14:textId="77777777" w:rsidR="001C5DA9" w:rsidRPr="00706586" w:rsidRDefault="004F75C6">
            <w:pPr>
              <w:rPr>
                <w:sz w:val="24"/>
                <w:szCs w:val="24"/>
              </w:rPr>
            </w:pPr>
            <w:r w:rsidRPr="00706586">
              <w:rPr>
                <w:sz w:val="24"/>
                <w:szCs w:val="24"/>
              </w:rPr>
              <w:t>3.1NC1b; 1.3NC1b</w:t>
            </w:r>
          </w:p>
        </w:tc>
      </w:tr>
      <w:tr w:rsidR="003458F8" w:rsidRPr="00706586" w14:paraId="7719CBB7"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1C883C9" w14:textId="77777777" w:rsidR="001C5DA9" w:rsidRPr="00706586" w:rsidRDefault="004F75C6">
            <w:pPr>
              <w:rPr>
                <w:sz w:val="24"/>
                <w:szCs w:val="24"/>
              </w:rPr>
            </w:pPr>
            <w:r w:rsidRPr="00706586">
              <w:rPr>
                <w:sz w:val="24"/>
                <w:szCs w:val="24"/>
              </w:rPr>
              <w:t>60</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474921B"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6715F8B6" w14:textId="77777777" w:rsidR="001C5DA9" w:rsidRPr="00706586" w:rsidRDefault="004F75C6">
            <w:pPr>
              <w:rPr>
                <w:sz w:val="24"/>
                <w:szCs w:val="24"/>
              </w:rPr>
            </w:pPr>
            <w:r w:rsidRPr="00706586">
              <w:rPr>
                <w:sz w:val="24"/>
                <w:szCs w:val="24"/>
              </w:rPr>
              <w:t>20</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50F35554" w14:textId="77777777" w:rsidR="001C5DA9" w:rsidRPr="00706586" w:rsidRDefault="004F75C6">
            <w:pPr>
              <w:rPr>
                <w:sz w:val="24"/>
                <w:szCs w:val="24"/>
              </w:rPr>
            </w:pPr>
            <w:r w:rsidRPr="00706586">
              <w:rPr>
                <w:sz w:val="24"/>
                <w:szCs w:val="24"/>
              </w:rPr>
              <w:t>CĐ1(Bài 4). Entropy và biến thiên năng lượng tự do Gibbs (tiết 2)</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221D50FB"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59B88260" w14:textId="77777777" w:rsidR="001C5DA9" w:rsidRPr="00706586" w:rsidRDefault="004F75C6">
            <w:pPr>
              <w:rPr>
                <w:sz w:val="24"/>
                <w:szCs w:val="24"/>
              </w:rPr>
            </w:pPr>
            <w:r w:rsidRPr="00706586">
              <w:rPr>
                <w:sz w:val="24"/>
                <w:szCs w:val="24"/>
              </w:rPr>
              <w:t>Thông hiểu: Nêu được ý nghĩa của dấu và trị số của biến thiên năng lượng tự do Gibbs (ΔG) để dự đoán hoặc giải thích chiều hướng của một phản ứng hoá học.</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166E8ADF" w14:textId="77777777" w:rsidR="001C5DA9" w:rsidRPr="00706586" w:rsidRDefault="004F75C6">
            <w:pPr>
              <w:rPr>
                <w:sz w:val="24"/>
                <w:szCs w:val="24"/>
              </w:rPr>
            </w:pPr>
            <w:r w:rsidRPr="00706586">
              <w:rPr>
                <w:sz w:val="24"/>
                <w:szCs w:val="24"/>
              </w:rPr>
              <w:t>–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29D2595E" w14:textId="77777777" w:rsidR="001C5DA9" w:rsidRPr="00706586" w:rsidRDefault="004F75C6">
            <w:pPr>
              <w:rPr>
                <w:sz w:val="24"/>
                <w:szCs w:val="24"/>
              </w:rPr>
            </w:pPr>
            <w:r w:rsidRPr="00706586">
              <w:rPr>
                <w:sz w:val="24"/>
                <w:szCs w:val="24"/>
              </w:rPr>
              <w:t>– Kĩ năng về thông tin và dữ liệu: Xử lý dữ liệu số (ΔH°, S°, T) để tính toán ΔG°.</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05BB2226" w14:textId="77777777" w:rsidR="001C5DA9" w:rsidRPr="00706586" w:rsidRDefault="004F75C6">
            <w:pPr>
              <w:rPr>
                <w:sz w:val="24"/>
                <w:szCs w:val="24"/>
              </w:rPr>
            </w:pPr>
            <w:r w:rsidRPr="00706586">
              <w:rPr>
                <w:sz w:val="24"/>
                <w:szCs w:val="24"/>
              </w:rPr>
              <w:t>1.3NC1a; 1.1NC1b; 5.1NC1a</w:t>
            </w:r>
          </w:p>
        </w:tc>
      </w:tr>
      <w:tr w:rsidR="003458F8" w:rsidRPr="00706586" w14:paraId="5B5F919A"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33A9295C" w14:textId="77777777" w:rsidR="001C5DA9" w:rsidRPr="00706586" w:rsidRDefault="004F75C6">
            <w:pPr>
              <w:rPr>
                <w:sz w:val="24"/>
                <w:szCs w:val="24"/>
              </w:rPr>
            </w:pPr>
            <w:r w:rsidRPr="00706586">
              <w:rPr>
                <w:sz w:val="24"/>
                <w:szCs w:val="24"/>
              </w:rPr>
              <w:t>61</w:t>
            </w:r>
          </w:p>
        </w:tc>
        <w:tc>
          <w:tcPr>
            <w:tcW w:w="709" w:type="dxa"/>
            <w:tcBorders>
              <w:top w:val="single" w:sz="4" w:space="0" w:color="8A6DB0"/>
              <w:left w:val="single" w:sz="4" w:space="0" w:color="8A6DB0"/>
              <w:bottom w:val="single" w:sz="4" w:space="0" w:color="8A6DB0"/>
              <w:right w:val="single" w:sz="4" w:space="0" w:color="8A6DB0"/>
            </w:tcBorders>
            <w:vAlign w:val="center"/>
          </w:tcPr>
          <w:p w14:paraId="7BA48E40"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72F239AA" w14:textId="77777777" w:rsidR="001C5DA9" w:rsidRPr="00706586" w:rsidRDefault="004F75C6">
            <w:pPr>
              <w:rPr>
                <w:sz w:val="24"/>
                <w:szCs w:val="24"/>
              </w:rPr>
            </w:pPr>
            <w:r w:rsidRPr="00706586">
              <w:rPr>
                <w:sz w:val="24"/>
                <w:szCs w:val="24"/>
              </w:rPr>
              <w:t>21</w:t>
            </w:r>
          </w:p>
        </w:tc>
        <w:tc>
          <w:tcPr>
            <w:tcW w:w="1732" w:type="dxa"/>
            <w:tcBorders>
              <w:top w:val="single" w:sz="4" w:space="0" w:color="8A6DB0"/>
              <w:left w:val="single" w:sz="4" w:space="0" w:color="8A6DB0"/>
              <w:bottom w:val="single" w:sz="4" w:space="0" w:color="8A6DB0"/>
              <w:right w:val="single" w:sz="4" w:space="0" w:color="8A6DB0"/>
            </w:tcBorders>
          </w:tcPr>
          <w:p w14:paraId="519B17E2" w14:textId="77777777" w:rsidR="001C5DA9" w:rsidRPr="00706586" w:rsidRDefault="004F75C6">
            <w:pPr>
              <w:rPr>
                <w:sz w:val="24"/>
                <w:szCs w:val="24"/>
              </w:rPr>
            </w:pPr>
            <w:r w:rsidRPr="00706586">
              <w:rPr>
                <w:sz w:val="24"/>
                <w:szCs w:val="24"/>
              </w:rPr>
              <w:t>Bài 16. Ôn tập chương 4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45F00CF2"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252D8392" w14:textId="77777777" w:rsidR="001C5DA9" w:rsidRPr="00706586" w:rsidRDefault="004F75C6">
            <w:pPr>
              <w:rPr>
                <w:sz w:val="24"/>
                <w:szCs w:val="24"/>
              </w:rPr>
            </w:pPr>
            <w:r w:rsidRPr="00706586">
              <w:rPr>
                <w:sz w:val="24"/>
                <w:szCs w:val="24"/>
              </w:rPr>
              <w:t>– Luyện tập tổng hợp chương 4; kiểm tra thường xuyên (bổ sung).</w:t>
            </w:r>
          </w:p>
        </w:tc>
        <w:tc>
          <w:tcPr>
            <w:tcW w:w="1807" w:type="dxa"/>
            <w:tcBorders>
              <w:top w:val="single" w:sz="4" w:space="0" w:color="8A6DB0"/>
              <w:left w:val="single" w:sz="4" w:space="0" w:color="8A6DB0"/>
              <w:bottom w:val="single" w:sz="4" w:space="0" w:color="8A6DB0"/>
              <w:right w:val="single" w:sz="4" w:space="0" w:color="8A6DB0"/>
            </w:tcBorders>
          </w:tcPr>
          <w:p w14:paraId="5E1D41D8" w14:textId="77777777" w:rsidR="001C5DA9" w:rsidRPr="00706586" w:rsidRDefault="004F75C6">
            <w:pPr>
              <w:rPr>
                <w:sz w:val="24"/>
                <w:szCs w:val="24"/>
              </w:rPr>
            </w:pPr>
            <w:r w:rsidRPr="00706586">
              <w:rPr>
                <w:sz w:val="24"/>
                <w:szCs w:val="24"/>
              </w:rPr>
              <w:t>– Phiếu học tập, bài KTTX.</w:t>
            </w:r>
          </w:p>
        </w:tc>
        <w:tc>
          <w:tcPr>
            <w:tcW w:w="3153" w:type="dxa"/>
            <w:tcBorders>
              <w:top w:val="single" w:sz="4" w:space="0" w:color="8A6DB0"/>
              <w:left w:val="single" w:sz="4" w:space="0" w:color="8A6DB0"/>
              <w:bottom w:val="single" w:sz="4" w:space="0" w:color="8A6DB0"/>
              <w:right w:val="single" w:sz="4" w:space="0" w:color="8A6DB0"/>
            </w:tcBorders>
          </w:tcPr>
          <w:p w14:paraId="2373D217" w14:textId="77777777" w:rsidR="001C5DA9" w:rsidRPr="00706586" w:rsidRDefault="004F75C6">
            <w:pPr>
              <w:rPr>
                <w:sz w:val="24"/>
                <w:szCs w:val="24"/>
              </w:rPr>
            </w:pPr>
            <w:r w:rsidRPr="00706586">
              <w:rPr>
                <w:sz w:val="24"/>
                <w:szCs w:val="24"/>
              </w:rPr>
              <w:t>– Tạo sản phẩm số: Xây dựng sơ đồ tư duy số.</w:t>
            </w:r>
          </w:p>
        </w:tc>
        <w:tc>
          <w:tcPr>
            <w:tcW w:w="1418" w:type="dxa"/>
            <w:tcBorders>
              <w:top w:val="single" w:sz="4" w:space="0" w:color="8A6DB0"/>
              <w:left w:val="single" w:sz="4" w:space="0" w:color="8A6DB0"/>
              <w:bottom w:val="single" w:sz="4" w:space="0" w:color="8A6DB0"/>
              <w:right w:val="single" w:sz="4" w:space="0" w:color="8A6DB0"/>
            </w:tcBorders>
          </w:tcPr>
          <w:p w14:paraId="2D4F6EEF" w14:textId="77777777" w:rsidR="001C5DA9" w:rsidRPr="00706586" w:rsidRDefault="004F75C6">
            <w:pPr>
              <w:rPr>
                <w:sz w:val="24"/>
                <w:szCs w:val="24"/>
              </w:rPr>
            </w:pPr>
            <w:r w:rsidRPr="00706586">
              <w:rPr>
                <w:sz w:val="24"/>
                <w:szCs w:val="24"/>
              </w:rPr>
              <w:t>3.1NC1b; 1.3NC1b</w:t>
            </w:r>
          </w:p>
        </w:tc>
      </w:tr>
      <w:tr w:rsidR="003458F8" w:rsidRPr="00706586" w14:paraId="49141054" w14:textId="77777777" w:rsidTr="002E6CD2">
        <w:tc>
          <w:tcPr>
            <w:tcW w:w="15701" w:type="dxa"/>
            <w:gridSpan w:val="9"/>
            <w:tcBorders>
              <w:top w:val="single" w:sz="4" w:space="0" w:color="8A6DB0"/>
              <w:left w:val="single" w:sz="4" w:space="0" w:color="8A6DB0"/>
              <w:bottom w:val="single" w:sz="4" w:space="0" w:color="8A6DB0"/>
              <w:right w:val="single" w:sz="4" w:space="0" w:color="8A6DB0"/>
            </w:tcBorders>
            <w:shd w:val="clear" w:color="auto" w:fill="2F5597"/>
            <w:vAlign w:val="center"/>
          </w:tcPr>
          <w:p w14:paraId="7C61A56C" w14:textId="77777777" w:rsidR="001C5DA9" w:rsidRPr="00706586" w:rsidRDefault="004F75C6">
            <w:pPr>
              <w:rPr>
                <w:sz w:val="24"/>
                <w:szCs w:val="24"/>
              </w:rPr>
            </w:pPr>
            <w:r w:rsidRPr="00706586">
              <w:rPr>
                <w:b/>
                <w:color w:val="FFFFFF"/>
                <w:sz w:val="24"/>
                <w:szCs w:val="24"/>
              </w:rPr>
              <w:t>Chương 5. NĂNG LƯỢNG HÓA HỌC</w:t>
            </w:r>
          </w:p>
        </w:tc>
      </w:tr>
      <w:tr w:rsidR="003458F8" w:rsidRPr="00706586" w14:paraId="5DA7C8DC"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21C3362B" w14:textId="77777777" w:rsidR="001C5DA9" w:rsidRPr="00706586" w:rsidRDefault="004F75C6">
            <w:pPr>
              <w:rPr>
                <w:sz w:val="24"/>
                <w:szCs w:val="24"/>
              </w:rPr>
            </w:pPr>
            <w:r w:rsidRPr="00706586">
              <w:rPr>
                <w:sz w:val="24"/>
                <w:szCs w:val="24"/>
              </w:rPr>
              <w:t>62</w:t>
            </w:r>
          </w:p>
        </w:tc>
        <w:tc>
          <w:tcPr>
            <w:tcW w:w="709" w:type="dxa"/>
            <w:tcBorders>
              <w:top w:val="single" w:sz="4" w:space="0" w:color="8A6DB0"/>
              <w:left w:val="single" w:sz="4" w:space="0" w:color="8A6DB0"/>
              <w:bottom w:val="single" w:sz="4" w:space="0" w:color="8A6DB0"/>
              <w:right w:val="single" w:sz="4" w:space="0" w:color="8A6DB0"/>
            </w:tcBorders>
            <w:vAlign w:val="center"/>
          </w:tcPr>
          <w:p w14:paraId="5901C651"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34220232" w14:textId="77777777" w:rsidR="001C5DA9" w:rsidRPr="00706586" w:rsidRDefault="004F75C6">
            <w:pPr>
              <w:rPr>
                <w:sz w:val="24"/>
                <w:szCs w:val="24"/>
              </w:rPr>
            </w:pPr>
            <w:r w:rsidRPr="00706586">
              <w:rPr>
                <w:sz w:val="24"/>
                <w:szCs w:val="24"/>
              </w:rPr>
              <w:t>21</w:t>
            </w:r>
          </w:p>
        </w:tc>
        <w:tc>
          <w:tcPr>
            <w:tcW w:w="1732" w:type="dxa"/>
            <w:tcBorders>
              <w:top w:val="single" w:sz="4" w:space="0" w:color="8A6DB0"/>
              <w:left w:val="single" w:sz="4" w:space="0" w:color="8A6DB0"/>
              <w:bottom w:val="single" w:sz="4" w:space="0" w:color="8A6DB0"/>
              <w:right w:val="single" w:sz="4" w:space="0" w:color="8A6DB0"/>
            </w:tcBorders>
          </w:tcPr>
          <w:p w14:paraId="17BAF9CE" w14:textId="77777777" w:rsidR="001C5DA9" w:rsidRPr="00706586" w:rsidRDefault="004F75C6">
            <w:pPr>
              <w:rPr>
                <w:sz w:val="24"/>
                <w:szCs w:val="24"/>
              </w:rPr>
            </w:pPr>
            <w:r w:rsidRPr="00706586">
              <w:rPr>
                <w:sz w:val="24"/>
                <w:szCs w:val="24"/>
              </w:rPr>
              <w:t>Bài 17. Sự biến thiên enthalpy trong các phản ứng hoá học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7B0E0BCE"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64E7D1F9" w14:textId="77777777" w:rsidR="001C5DA9" w:rsidRPr="00706586" w:rsidRDefault="004F75C6">
            <w:pPr>
              <w:rPr>
                <w:sz w:val="24"/>
                <w:szCs w:val="24"/>
              </w:rPr>
            </w:pPr>
            <w:r w:rsidRPr="00706586">
              <w:rPr>
                <w:sz w:val="24"/>
                <w:szCs w:val="24"/>
              </w:rPr>
              <w:t>Nhận biết: Trình bày được khái niệm phản ứng toả nhiệt, thu nhiệt; điều kiện chuẩn (áp suất 1 bar và thường chọn nhiệt độ 25°C hay 298 K); enthalpy tạo thành (nhiệt tạo thành) ΔfHo298, và biến thiên enthalpy (nhiệt phản ứng) của phản ứng ΔrHo298.</w:t>
            </w:r>
          </w:p>
        </w:tc>
        <w:tc>
          <w:tcPr>
            <w:tcW w:w="1807" w:type="dxa"/>
            <w:tcBorders>
              <w:top w:val="single" w:sz="4" w:space="0" w:color="8A6DB0"/>
              <w:left w:val="single" w:sz="4" w:space="0" w:color="8A6DB0"/>
              <w:bottom w:val="single" w:sz="4" w:space="0" w:color="8A6DB0"/>
              <w:right w:val="single" w:sz="4" w:space="0" w:color="8A6DB0"/>
            </w:tcBorders>
          </w:tcPr>
          <w:p w14:paraId="2C6F2C47" w14:textId="77777777" w:rsidR="001C5DA9" w:rsidRPr="00706586" w:rsidRDefault="004F75C6">
            <w:pPr>
              <w:rPr>
                <w:sz w:val="24"/>
                <w:szCs w:val="24"/>
              </w:rPr>
            </w:pPr>
            <w:r w:rsidRPr="00706586">
              <w:rPr>
                <w:sz w:val="24"/>
                <w:szCs w:val="24"/>
              </w:rPr>
              <w:t xml:space="preserve">– Phiếu học tập. – Dụng cụ, hóa chất: cốc 250 ml, 2 ống đong 50 ml, que khuấy, giá kẹp, nhiệt kế; các </w:t>
            </w:r>
            <w:r w:rsidRPr="00706586">
              <w:rPr>
                <w:sz w:val="24"/>
                <w:szCs w:val="24"/>
              </w:rPr>
              <w:lastRenderedPageBreak/>
              <w:t>dung dịch HCl 0,5 M, NaOH 0,5 M.</w:t>
            </w:r>
          </w:p>
        </w:tc>
        <w:tc>
          <w:tcPr>
            <w:tcW w:w="3153" w:type="dxa"/>
            <w:tcBorders>
              <w:top w:val="single" w:sz="4" w:space="0" w:color="8A6DB0"/>
              <w:left w:val="single" w:sz="4" w:space="0" w:color="8A6DB0"/>
              <w:bottom w:val="single" w:sz="4" w:space="0" w:color="8A6DB0"/>
              <w:right w:val="single" w:sz="4" w:space="0" w:color="8A6DB0"/>
            </w:tcBorders>
          </w:tcPr>
          <w:p w14:paraId="40026C12" w14:textId="77777777" w:rsidR="001C5DA9" w:rsidRPr="00706586" w:rsidRDefault="004F75C6">
            <w:pPr>
              <w:rPr>
                <w:sz w:val="24"/>
                <w:szCs w:val="24"/>
              </w:rPr>
            </w:pPr>
            <w:r w:rsidRPr="00706586">
              <w:rPr>
                <w:sz w:val="24"/>
                <w:szCs w:val="24"/>
              </w:rPr>
              <w:lastRenderedPageBreak/>
              <w:t>– Kĩ năng về thông tin và dữ liệu: Ghi chép, xử lý dữ liệu nhiệt độ, áp suất từ thí nghiệm (nếu có công cụ số).</w:t>
            </w:r>
          </w:p>
        </w:tc>
        <w:tc>
          <w:tcPr>
            <w:tcW w:w="1418" w:type="dxa"/>
            <w:tcBorders>
              <w:top w:val="single" w:sz="4" w:space="0" w:color="8A6DB0"/>
              <w:left w:val="single" w:sz="4" w:space="0" w:color="8A6DB0"/>
              <w:bottom w:val="single" w:sz="4" w:space="0" w:color="8A6DB0"/>
              <w:right w:val="single" w:sz="4" w:space="0" w:color="8A6DB0"/>
            </w:tcBorders>
          </w:tcPr>
          <w:p w14:paraId="37F8C4EF" w14:textId="77777777" w:rsidR="001C5DA9" w:rsidRPr="00706586" w:rsidRDefault="004F75C6">
            <w:pPr>
              <w:rPr>
                <w:sz w:val="24"/>
                <w:szCs w:val="24"/>
              </w:rPr>
            </w:pPr>
            <w:r w:rsidRPr="00706586">
              <w:rPr>
                <w:sz w:val="24"/>
                <w:szCs w:val="24"/>
              </w:rPr>
              <w:t>1.1NC1a; 1.3NC1a</w:t>
            </w:r>
          </w:p>
        </w:tc>
      </w:tr>
      <w:tr w:rsidR="003458F8" w:rsidRPr="00706586" w14:paraId="38B139AB"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08D17711" w14:textId="77777777" w:rsidR="001C5DA9" w:rsidRPr="00706586" w:rsidRDefault="004F75C6">
            <w:pPr>
              <w:rPr>
                <w:sz w:val="24"/>
                <w:szCs w:val="24"/>
              </w:rPr>
            </w:pPr>
            <w:r w:rsidRPr="00706586">
              <w:rPr>
                <w:sz w:val="24"/>
                <w:szCs w:val="24"/>
              </w:rPr>
              <w:t>63</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6D1842A"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0EC839EB" w14:textId="77777777" w:rsidR="001C5DA9" w:rsidRPr="00706586" w:rsidRDefault="004F75C6">
            <w:pPr>
              <w:rPr>
                <w:sz w:val="24"/>
                <w:szCs w:val="24"/>
              </w:rPr>
            </w:pPr>
            <w:r w:rsidRPr="00706586">
              <w:rPr>
                <w:sz w:val="24"/>
                <w:szCs w:val="24"/>
              </w:rPr>
              <w:t>21</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3262AD1C" w14:textId="77777777" w:rsidR="001C5DA9" w:rsidRPr="00706586" w:rsidRDefault="004F75C6">
            <w:pPr>
              <w:rPr>
                <w:sz w:val="24"/>
                <w:szCs w:val="24"/>
              </w:rPr>
            </w:pPr>
            <w:r w:rsidRPr="00706586">
              <w:rPr>
                <w:sz w:val="24"/>
                <w:szCs w:val="24"/>
              </w:rPr>
              <w:t>CĐ1(Bài 4). Entropy và biến thiên năng lượng tự do Gibbs (tiết 3)</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0E97E29E"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73DD79E6" w14:textId="77777777" w:rsidR="001C5DA9" w:rsidRPr="00706586" w:rsidRDefault="004F75C6">
            <w:pPr>
              <w:rPr>
                <w:sz w:val="24"/>
                <w:szCs w:val="24"/>
              </w:rPr>
            </w:pPr>
            <w:r w:rsidRPr="00706586">
              <w:rPr>
                <w:sz w:val="24"/>
                <w:szCs w:val="24"/>
              </w:rPr>
              <w:t>Thông hiểu: Vận dụng được giá trị ΔG để dự đoán chiều hướng của phản ứng hoá học.</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129A56BB" w14:textId="77777777" w:rsidR="001C5DA9" w:rsidRPr="00706586" w:rsidRDefault="004F75C6">
            <w:pPr>
              <w:rPr>
                <w:sz w:val="24"/>
                <w:szCs w:val="24"/>
              </w:rPr>
            </w:pPr>
            <w:r w:rsidRPr="00706586">
              <w:rPr>
                <w:sz w:val="24"/>
                <w:szCs w:val="24"/>
              </w:rPr>
              <w:t>– Phiếu học tập, tư liệu, bảng số liệu ΔfHo và So.</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45FE063F" w14:textId="77777777" w:rsidR="001C5DA9" w:rsidRPr="00706586" w:rsidRDefault="004F75C6">
            <w:pPr>
              <w:rPr>
                <w:sz w:val="24"/>
                <w:szCs w:val="24"/>
              </w:rPr>
            </w:pPr>
            <w:r w:rsidRPr="00706586">
              <w:rPr>
                <w:sz w:val="24"/>
                <w:szCs w:val="24"/>
              </w:rPr>
              <w:t>– Kĩ năng về thông tin và dữ liệu: Xử lý dữ liệu số (ΔH°, S°, T) để tính toán ΔG°.</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3D426F36" w14:textId="77777777" w:rsidR="001C5DA9" w:rsidRPr="00706586" w:rsidRDefault="004F75C6">
            <w:pPr>
              <w:rPr>
                <w:sz w:val="24"/>
                <w:szCs w:val="24"/>
              </w:rPr>
            </w:pPr>
            <w:r w:rsidRPr="00706586">
              <w:rPr>
                <w:sz w:val="24"/>
                <w:szCs w:val="24"/>
              </w:rPr>
              <w:t>1.3NC1a; 1.1NC1b; 5.1NC1a</w:t>
            </w:r>
          </w:p>
        </w:tc>
      </w:tr>
      <w:tr w:rsidR="003458F8" w:rsidRPr="00706586" w14:paraId="6B55CAF3"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01FE20CE" w14:textId="77777777" w:rsidR="001C5DA9" w:rsidRPr="00706586" w:rsidRDefault="004F75C6">
            <w:pPr>
              <w:rPr>
                <w:sz w:val="24"/>
                <w:szCs w:val="24"/>
              </w:rPr>
            </w:pPr>
            <w:r w:rsidRPr="00706586">
              <w:rPr>
                <w:sz w:val="24"/>
                <w:szCs w:val="24"/>
              </w:rPr>
              <w:t>64</w:t>
            </w:r>
          </w:p>
        </w:tc>
        <w:tc>
          <w:tcPr>
            <w:tcW w:w="709" w:type="dxa"/>
            <w:tcBorders>
              <w:top w:val="single" w:sz="4" w:space="0" w:color="8A6DB0"/>
              <w:left w:val="single" w:sz="4" w:space="0" w:color="8A6DB0"/>
              <w:bottom w:val="single" w:sz="4" w:space="0" w:color="8A6DB0"/>
              <w:right w:val="single" w:sz="4" w:space="0" w:color="8A6DB0"/>
            </w:tcBorders>
            <w:vAlign w:val="center"/>
          </w:tcPr>
          <w:p w14:paraId="0D3D1D7C"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7CA0DCB0" w14:textId="77777777" w:rsidR="001C5DA9" w:rsidRPr="00706586" w:rsidRDefault="004F75C6">
            <w:pPr>
              <w:rPr>
                <w:sz w:val="24"/>
                <w:szCs w:val="24"/>
              </w:rPr>
            </w:pPr>
            <w:r w:rsidRPr="00706586">
              <w:rPr>
                <w:sz w:val="24"/>
                <w:szCs w:val="24"/>
              </w:rPr>
              <w:t>22</w:t>
            </w:r>
          </w:p>
        </w:tc>
        <w:tc>
          <w:tcPr>
            <w:tcW w:w="1732" w:type="dxa"/>
            <w:tcBorders>
              <w:top w:val="single" w:sz="4" w:space="0" w:color="8A6DB0"/>
              <w:left w:val="single" w:sz="4" w:space="0" w:color="8A6DB0"/>
              <w:bottom w:val="single" w:sz="4" w:space="0" w:color="8A6DB0"/>
              <w:right w:val="single" w:sz="4" w:space="0" w:color="8A6DB0"/>
            </w:tcBorders>
          </w:tcPr>
          <w:p w14:paraId="423F3713" w14:textId="77777777" w:rsidR="001C5DA9" w:rsidRPr="00706586" w:rsidRDefault="004F75C6">
            <w:pPr>
              <w:rPr>
                <w:sz w:val="24"/>
                <w:szCs w:val="24"/>
              </w:rPr>
            </w:pPr>
            <w:r w:rsidRPr="00706586">
              <w:rPr>
                <w:sz w:val="24"/>
                <w:szCs w:val="24"/>
              </w:rPr>
              <w:t>Bài 17. Sự biến thiên enthalpy trong các phản ứng hoá học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0E30BB3B"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7E8B8C6A" w14:textId="77777777" w:rsidR="001C5DA9" w:rsidRPr="00706586" w:rsidRDefault="004F75C6">
            <w:pPr>
              <w:rPr>
                <w:sz w:val="24"/>
                <w:szCs w:val="24"/>
              </w:rPr>
            </w:pPr>
            <w:r w:rsidRPr="00706586">
              <w:rPr>
                <w:sz w:val="24"/>
                <w:szCs w:val="24"/>
              </w:rPr>
              <w:t>Thông hiểu: Nêu được ý nghĩa của dấu và giá trị ΔrHo298.</w:t>
            </w:r>
          </w:p>
        </w:tc>
        <w:tc>
          <w:tcPr>
            <w:tcW w:w="1807" w:type="dxa"/>
            <w:tcBorders>
              <w:top w:val="single" w:sz="4" w:space="0" w:color="8A6DB0"/>
              <w:left w:val="single" w:sz="4" w:space="0" w:color="8A6DB0"/>
              <w:bottom w:val="single" w:sz="4" w:space="0" w:color="8A6DB0"/>
              <w:right w:val="single" w:sz="4" w:space="0" w:color="8A6DB0"/>
            </w:tcBorders>
          </w:tcPr>
          <w:p w14:paraId="4A96B15F" w14:textId="77777777" w:rsidR="001C5DA9" w:rsidRPr="00706586" w:rsidRDefault="004F75C6">
            <w:pPr>
              <w:rPr>
                <w:sz w:val="24"/>
                <w:szCs w:val="24"/>
              </w:rPr>
            </w:pPr>
            <w:r w:rsidRPr="00706586">
              <w:rPr>
                <w:sz w:val="24"/>
                <w:szCs w:val="24"/>
              </w:rPr>
              <w:t>– Phiếu học tập, bảng số liệu nhiệt tạo thành.</w:t>
            </w:r>
          </w:p>
        </w:tc>
        <w:tc>
          <w:tcPr>
            <w:tcW w:w="3153" w:type="dxa"/>
            <w:tcBorders>
              <w:top w:val="single" w:sz="4" w:space="0" w:color="8A6DB0"/>
              <w:left w:val="single" w:sz="4" w:space="0" w:color="8A6DB0"/>
              <w:bottom w:val="single" w:sz="4" w:space="0" w:color="8A6DB0"/>
              <w:right w:val="single" w:sz="4" w:space="0" w:color="8A6DB0"/>
            </w:tcBorders>
          </w:tcPr>
          <w:p w14:paraId="121F74E3" w14:textId="77777777" w:rsidR="001C5DA9" w:rsidRPr="00706586" w:rsidRDefault="004F75C6">
            <w:pPr>
              <w:rPr>
                <w:sz w:val="24"/>
                <w:szCs w:val="24"/>
              </w:rPr>
            </w:pPr>
            <w:r w:rsidRPr="00706586">
              <w:rPr>
                <w:sz w:val="24"/>
                <w:szCs w:val="24"/>
              </w:rPr>
              <w:t>– Kĩ năng về thông tin và dữ liệu: Ghi chép, xử lý dữ liệu nhiệt độ, áp suất từ thí nghiệm.</w:t>
            </w:r>
          </w:p>
        </w:tc>
        <w:tc>
          <w:tcPr>
            <w:tcW w:w="1418" w:type="dxa"/>
            <w:tcBorders>
              <w:top w:val="single" w:sz="4" w:space="0" w:color="8A6DB0"/>
              <w:left w:val="single" w:sz="4" w:space="0" w:color="8A6DB0"/>
              <w:bottom w:val="single" w:sz="4" w:space="0" w:color="8A6DB0"/>
              <w:right w:val="single" w:sz="4" w:space="0" w:color="8A6DB0"/>
            </w:tcBorders>
          </w:tcPr>
          <w:p w14:paraId="5BD3E71B" w14:textId="77777777" w:rsidR="001C5DA9" w:rsidRPr="00706586" w:rsidRDefault="004F75C6">
            <w:pPr>
              <w:rPr>
                <w:sz w:val="24"/>
                <w:szCs w:val="24"/>
              </w:rPr>
            </w:pPr>
            <w:r w:rsidRPr="00706586">
              <w:rPr>
                <w:sz w:val="24"/>
                <w:szCs w:val="24"/>
              </w:rPr>
              <w:t>1.1NC1a; 1.3NC1a</w:t>
            </w:r>
          </w:p>
        </w:tc>
      </w:tr>
      <w:tr w:rsidR="003458F8" w:rsidRPr="00706586" w14:paraId="71EED00C"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5557CBCE" w14:textId="77777777" w:rsidR="001C5DA9" w:rsidRPr="00706586" w:rsidRDefault="004F75C6">
            <w:pPr>
              <w:rPr>
                <w:sz w:val="24"/>
                <w:szCs w:val="24"/>
              </w:rPr>
            </w:pPr>
            <w:r w:rsidRPr="00706586">
              <w:rPr>
                <w:sz w:val="24"/>
                <w:szCs w:val="24"/>
              </w:rPr>
              <w:t>65</w:t>
            </w:r>
          </w:p>
        </w:tc>
        <w:tc>
          <w:tcPr>
            <w:tcW w:w="709" w:type="dxa"/>
            <w:tcBorders>
              <w:top w:val="single" w:sz="4" w:space="0" w:color="8A6DB0"/>
              <w:left w:val="single" w:sz="4" w:space="0" w:color="8A6DB0"/>
              <w:bottom w:val="single" w:sz="4" w:space="0" w:color="8A6DB0"/>
              <w:right w:val="single" w:sz="4" w:space="0" w:color="8A6DB0"/>
            </w:tcBorders>
            <w:vAlign w:val="center"/>
          </w:tcPr>
          <w:p w14:paraId="24327DAC"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400BEF2C" w14:textId="77777777" w:rsidR="001C5DA9" w:rsidRPr="00706586" w:rsidRDefault="004F75C6">
            <w:pPr>
              <w:rPr>
                <w:sz w:val="24"/>
                <w:szCs w:val="24"/>
              </w:rPr>
            </w:pPr>
            <w:r w:rsidRPr="00706586">
              <w:rPr>
                <w:sz w:val="24"/>
                <w:szCs w:val="24"/>
              </w:rPr>
              <w:t>22</w:t>
            </w:r>
          </w:p>
        </w:tc>
        <w:tc>
          <w:tcPr>
            <w:tcW w:w="1732" w:type="dxa"/>
            <w:tcBorders>
              <w:top w:val="single" w:sz="4" w:space="0" w:color="8A6DB0"/>
              <w:left w:val="single" w:sz="4" w:space="0" w:color="8A6DB0"/>
              <w:bottom w:val="single" w:sz="4" w:space="0" w:color="8A6DB0"/>
              <w:right w:val="single" w:sz="4" w:space="0" w:color="8A6DB0"/>
            </w:tcBorders>
          </w:tcPr>
          <w:p w14:paraId="24E353F6" w14:textId="77777777" w:rsidR="001C5DA9" w:rsidRPr="00706586" w:rsidRDefault="004F75C6">
            <w:pPr>
              <w:rPr>
                <w:sz w:val="24"/>
                <w:szCs w:val="24"/>
              </w:rPr>
            </w:pPr>
            <w:r w:rsidRPr="00706586">
              <w:rPr>
                <w:sz w:val="24"/>
                <w:szCs w:val="24"/>
              </w:rPr>
              <w:t>Bài 17. Sự biến thiên enthalpy trong các phản ứng hoá học (tiết 3)</w:t>
            </w:r>
          </w:p>
        </w:tc>
        <w:tc>
          <w:tcPr>
            <w:tcW w:w="647" w:type="dxa"/>
            <w:tcBorders>
              <w:top w:val="single" w:sz="4" w:space="0" w:color="8A6DB0"/>
              <w:left w:val="single" w:sz="4" w:space="0" w:color="8A6DB0"/>
              <w:bottom w:val="single" w:sz="4" w:space="0" w:color="8A6DB0"/>
              <w:right w:val="single" w:sz="4" w:space="0" w:color="8A6DB0"/>
            </w:tcBorders>
            <w:vAlign w:val="center"/>
          </w:tcPr>
          <w:p w14:paraId="4018CA33"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1211EB75" w14:textId="77777777" w:rsidR="001C5DA9" w:rsidRPr="00706586" w:rsidRDefault="004F75C6">
            <w:pPr>
              <w:rPr>
                <w:sz w:val="24"/>
                <w:szCs w:val="24"/>
              </w:rPr>
            </w:pPr>
            <w:r w:rsidRPr="00706586">
              <w:rPr>
                <w:sz w:val="24"/>
                <w:szCs w:val="24"/>
              </w:rPr>
              <w:t>Vận dụng: Tính được ΔrHo298 của một phản ứng dựa vào bảng số liệu năng lượng liên kết cho sẵn, vận dụng công thức ΔrH0298 = ΣEb(cđ) – ΣEb(sp).</w:t>
            </w:r>
          </w:p>
        </w:tc>
        <w:tc>
          <w:tcPr>
            <w:tcW w:w="1807" w:type="dxa"/>
            <w:tcBorders>
              <w:top w:val="single" w:sz="4" w:space="0" w:color="8A6DB0"/>
              <w:left w:val="single" w:sz="4" w:space="0" w:color="8A6DB0"/>
              <w:bottom w:val="single" w:sz="4" w:space="0" w:color="8A6DB0"/>
              <w:right w:val="single" w:sz="4" w:space="0" w:color="8A6DB0"/>
            </w:tcBorders>
          </w:tcPr>
          <w:p w14:paraId="5482B4AE" w14:textId="77777777" w:rsidR="001C5DA9" w:rsidRPr="00706586" w:rsidRDefault="004F75C6">
            <w:pPr>
              <w:rPr>
                <w:sz w:val="24"/>
                <w:szCs w:val="24"/>
              </w:rPr>
            </w:pPr>
            <w:r w:rsidRPr="00706586">
              <w:rPr>
                <w:sz w:val="24"/>
                <w:szCs w:val="24"/>
              </w:rPr>
              <w:t>– Phiếu học tập, bảng số liệu năng lượng liên kết.</w:t>
            </w:r>
          </w:p>
        </w:tc>
        <w:tc>
          <w:tcPr>
            <w:tcW w:w="3153" w:type="dxa"/>
            <w:tcBorders>
              <w:top w:val="single" w:sz="4" w:space="0" w:color="8A6DB0"/>
              <w:left w:val="single" w:sz="4" w:space="0" w:color="8A6DB0"/>
              <w:bottom w:val="single" w:sz="4" w:space="0" w:color="8A6DB0"/>
              <w:right w:val="single" w:sz="4" w:space="0" w:color="8A6DB0"/>
            </w:tcBorders>
          </w:tcPr>
          <w:p w14:paraId="355A547F" w14:textId="77777777" w:rsidR="001C5DA9" w:rsidRPr="00706586" w:rsidRDefault="004F75C6">
            <w:pPr>
              <w:rPr>
                <w:sz w:val="24"/>
                <w:szCs w:val="24"/>
              </w:rPr>
            </w:pPr>
            <w:r w:rsidRPr="00706586">
              <w:rPr>
                <w:sz w:val="24"/>
                <w:szCs w:val="24"/>
              </w:rPr>
              <w:t>– Kĩ năng về thông tin và dữ liệu: Ghi chép, xử lý dữ liệu nhiệt độ, áp suất từ thí nghiệm.</w:t>
            </w:r>
          </w:p>
        </w:tc>
        <w:tc>
          <w:tcPr>
            <w:tcW w:w="1418" w:type="dxa"/>
            <w:tcBorders>
              <w:top w:val="single" w:sz="4" w:space="0" w:color="8A6DB0"/>
              <w:left w:val="single" w:sz="4" w:space="0" w:color="8A6DB0"/>
              <w:bottom w:val="single" w:sz="4" w:space="0" w:color="8A6DB0"/>
              <w:right w:val="single" w:sz="4" w:space="0" w:color="8A6DB0"/>
            </w:tcBorders>
          </w:tcPr>
          <w:p w14:paraId="65686B72" w14:textId="77777777" w:rsidR="001C5DA9" w:rsidRPr="00706586" w:rsidRDefault="004F75C6">
            <w:pPr>
              <w:rPr>
                <w:sz w:val="24"/>
                <w:szCs w:val="24"/>
              </w:rPr>
            </w:pPr>
            <w:r w:rsidRPr="00706586">
              <w:rPr>
                <w:sz w:val="24"/>
                <w:szCs w:val="24"/>
              </w:rPr>
              <w:t>1.1NC1a; 1.3NC1a</w:t>
            </w:r>
          </w:p>
        </w:tc>
      </w:tr>
      <w:tr w:rsidR="003458F8" w:rsidRPr="00706586" w14:paraId="6C5BECF9"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71B0622E" w14:textId="77777777" w:rsidR="001C5DA9" w:rsidRPr="00706586" w:rsidRDefault="004F75C6">
            <w:pPr>
              <w:rPr>
                <w:sz w:val="24"/>
                <w:szCs w:val="24"/>
              </w:rPr>
            </w:pPr>
            <w:r w:rsidRPr="00706586">
              <w:rPr>
                <w:sz w:val="24"/>
                <w:szCs w:val="24"/>
              </w:rPr>
              <w:t>66</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16B36870"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7BBA4F8D" w14:textId="77777777" w:rsidR="001C5DA9" w:rsidRPr="00706586" w:rsidRDefault="004F75C6">
            <w:pPr>
              <w:rPr>
                <w:sz w:val="24"/>
                <w:szCs w:val="24"/>
              </w:rPr>
            </w:pPr>
            <w:r w:rsidRPr="00706586">
              <w:rPr>
                <w:sz w:val="24"/>
                <w:szCs w:val="24"/>
              </w:rPr>
              <w:t>22</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358ABD46" w14:textId="77777777" w:rsidR="001C5DA9" w:rsidRPr="00706586" w:rsidRDefault="004F75C6">
            <w:pPr>
              <w:rPr>
                <w:sz w:val="24"/>
                <w:szCs w:val="24"/>
              </w:rPr>
            </w:pPr>
            <w:r w:rsidRPr="00706586">
              <w:rPr>
                <w:sz w:val="24"/>
                <w:szCs w:val="24"/>
              </w:rPr>
              <w:t>CĐ1(Bài4). Entropy và biến thiên năng lượng tự do Gibbs (tiết 4)</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268BF362"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6204BEFB" w14:textId="77777777" w:rsidR="001C5DA9" w:rsidRPr="00706586" w:rsidRDefault="004F75C6">
            <w:pPr>
              <w:rPr>
                <w:sz w:val="24"/>
                <w:szCs w:val="24"/>
              </w:rPr>
            </w:pPr>
            <w:r w:rsidRPr="00706586">
              <w:rPr>
                <w:sz w:val="24"/>
                <w:szCs w:val="24"/>
              </w:rPr>
              <w:t>Vận dụng: Tính được ΔrGo theo công thức ΔrGo = ΔrHo – T·ΔrSo từ bảng cho sẵn các giá trị ΔfHo và So của các chất.</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6B1F8EDA" w14:textId="77777777" w:rsidR="001C5DA9" w:rsidRPr="00706586" w:rsidRDefault="004F75C6">
            <w:pPr>
              <w:rPr>
                <w:sz w:val="24"/>
                <w:szCs w:val="24"/>
              </w:rPr>
            </w:pPr>
            <w:r w:rsidRPr="00706586">
              <w:rPr>
                <w:sz w:val="24"/>
                <w:szCs w:val="24"/>
              </w:rPr>
              <w:t>– Phiếu học tập, bảng cho sẵn giá trị ΔfHo và So.</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34B84213" w14:textId="77777777" w:rsidR="001C5DA9" w:rsidRPr="00706586" w:rsidRDefault="004F75C6">
            <w:pPr>
              <w:rPr>
                <w:sz w:val="24"/>
                <w:szCs w:val="24"/>
              </w:rPr>
            </w:pPr>
            <w:r w:rsidRPr="00706586">
              <w:rPr>
                <w:sz w:val="24"/>
                <w:szCs w:val="24"/>
              </w:rPr>
              <w:t>– Kĩ năng về thông tin và dữ liệu: Xử lý dữ liệu số (ΔH°, S°, T) để tính toán ΔG°.</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1BCB9691" w14:textId="77777777" w:rsidR="001C5DA9" w:rsidRPr="00706586" w:rsidRDefault="004F75C6">
            <w:pPr>
              <w:rPr>
                <w:sz w:val="24"/>
                <w:szCs w:val="24"/>
              </w:rPr>
            </w:pPr>
            <w:r w:rsidRPr="00706586">
              <w:rPr>
                <w:sz w:val="24"/>
                <w:szCs w:val="24"/>
              </w:rPr>
              <w:t>1.3NC1a; 1.1NC1b; 5.1NC1a</w:t>
            </w:r>
          </w:p>
        </w:tc>
      </w:tr>
      <w:tr w:rsidR="003458F8" w:rsidRPr="00706586" w14:paraId="6F3CC4A4"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1D9F046B" w14:textId="77777777" w:rsidR="001C5DA9" w:rsidRPr="00706586" w:rsidRDefault="004F75C6">
            <w:pPr>
              <w:rPr>
                <w:sz w:val="24"/>
                <w:szCs w:val="24"/>
              </w:rPr>
            </w:pPr>
            <w:r w:rsidRPr="00706586">
              <w:rPr>
                <w:sz w:val="24"/>
                <w:szCs w:val="24"/>
              </w:rPr>
              <w:t>67</w:t>
            </w:r>
          </w:p>
        </w:tc>
        <w:tc>
          <w:tcPr>
            <w:tcW w:w="709" w:type="dxa"/>
            <w:tcBorders>
              <w:top w:val="single" w:sz="4" w:space="0" w:color="8A6DB0"/>
              <w:left w:val="single" w:sz="4" w:space="0" w:color="8A6DB0"/>
              <w:bottom w:val="single" w:sz="4" w:space="0" w:color="8A6DB0"/>
              <w:right w:val="single" w:sz="4" w:space="0" w:color="8A6DB0"/>
            </w:tcBorders>
            <w:vAlign w:val="center"/>
          </w:tcPr>
          <w:p w14:paraId="78794F5D"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60E6A276" w14:textId="77777777" w:rsidR="001C5DA9" w:rsidRPr="00706586" w:rsidRDefault="004F75C6">
            <w:pPr>
              <w:rPr>
                <w:sz w:val="24"/>
                <w:szCs w:val="24"/>
              </w:rPr>
            </w:pPr>
            <w:r w:rsidRPr="00706586">
              <w:rPr>
                <w:sz w:val="24"/>
                <w:szCs w:val="24"/>
              </w:rPr>
              <w:t>23</w:t>
            </w:r>
          </w:p>
        </w:tc>
        <w:tc>
          <w:tcPr>
            <w:tcW w:w="1732" w:type="dxa"/>
            <w:tcBorders>
              <w:top w:val="single" w:sz="4" w:space="0" w:color="8A6DB0"/>
              <w:left w:val="single" w:sz="4" w:space="0" w:color="8A6DB0"/>
              <w:bottom w:val="single" w:sz="4" w:space="0" w:color="8A6DB0"/>
              <w:right w:val="single" w:sz="4" w:space="0" w:color="8A6DB0"/>
            </w:tcBorders>
          </w:tcPr>
          <w:p w14:paraId="0AF3767E" w14:textId="77777777" w:rsidR="001C5DA9" w:rsidRPr="00706586" w:rsidRDefault="004F75C6">
            <w:pPr>
              <w:rPr>
                <w:sz w:val="24"/>
                <w:szCs w:val="24"/>
              </w:rPr>
            </w:pPr>
            <w:r w:rsidRPr="00706586">
              <w:rPr>
                <w:sz w:val="24"/>
                <w:szCs w:val="24"/>
              </w:rPr>
              <w:t>Bài 17. Sự biến thiên enthalpy trong các phản ứng hoá học (tiết 4)</w:t>
            </w:r>
          </w:p>
        </w:tc>
        <w:tc>
          <w:tcPr>
            <w:tcW w:w="647" w:type="dxa"/>
            <w:tcBorders>
              <w:top w:val="single" w:sz="4" w:space="0" w:color="8A6DB0"/>
              <w:left w:val="single" w:sz="4" w:space="0" w:color="8A6DB0"/>
              <w:bottom w:val="single" w:sz="4" w:space="0" w:color="8A6DB0"/>
              <w:right w:val="single" w:sz="4" w:space="0" w:color="8A6DB0"/>
            </w:tcBorders>
            <w:vAlign w:val="center"/>
          </w:tcPr>
          <w:p w14:paraId="39156949"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0574E120" w14:textId="77777777" w:rsidR="001C5DA9" w:rsidRPr="00706586" w:rsidRDefault="004F75C6">
            <w:pPr>
              <w:rPr>
                <w:sz w:val="24"/>
                <w:szCs w:val="24"/>
              </w:rPr>
            </w:pPr>
            <w:r w:rsidRPr="00706586">
              <w:rPr>
                <w:sz w:val="24"/>
                <w:szCs w:val="24"/>
              </w:rPr>
              <w:t>Vận dụng: Tính được ΔrHo298 của một phản ứng dựa vào nhiệt tạo thành cho sẵn, vận dụng công thức ΔrH0298 = ΣΔfH0298(sp) – ΣΔfH0298(cđ); thí nghiệm nhiệt trung hòa (nếu có điều kiện).</w:t>
            </w:r>
          </w:p>
        </w:tc>
        <w:tc>
          <w:tcPr>
            <w:tcW w:w="1807" w:type="dxa"/>
            <w:tcBorders>
              <w:top w:val="single" w:sz="4" w:space="0" w:color="8A6DB0"/>
              <w:left w:val="single" w:sz="4" w:space="0" w:color="8A6DB0"/>
              <w:bottom w:val="single" w:sz="4" w:space="0" w:color="8A6DB0"/>
              <w:right w:val="single" w:sz="4" w:space="0" w:color="8A6DB0"/>
            </w:tcBorders>
          </w:tcPr>
          <w:p w14:paraId="6FED46AA" w14:textId="77777777" w:rsidR="001C5DA9" w:rsidRPr="00706586" w:rsidRDefault="004F75C6">
            <w:pPr>
              <w:rPr>
                <w:sz w:val="24"/>
                <w:szCs w:val="24"/>
              </w:rPr>
            </w:pPr>
            <w:r w:rsidRPr="00706586">
              <w:rPr>
                <w:sz w:val="24"/>
                <w:szCs w:val="24"/>
              </w:rPr>
              <w:t>– Phiếu học tập, bảng số liệu nhiệt tạo thành. – Dụng cụ, hóa chất: cốc 250 ml, 2 ống đong 50 ml, que khuấy, nhiệt kế; dung dịch HCl 0,5 M, NaOH 0,5 M.</w:t>
            </w:r>
          </w:p>
        </w:tc>
        <w:tc>
          <w:tcPr>
            <w:tcW w:w="3153" w:type="dxa"/>
            <w:tcBorders>
              <w:top w:val="single" w:sz="4" w:space="0" w:color="8A6DB0"/>
              <w:left w:val="single" w:sz="4" w:space="0" w:color="8A6DB0"/>
              <w:bottom w:val="single" w:sz="4" w:space="0" w:color="8A6DB0"/>
              <w:right w:val="single" w:sz="4" w:space="0" w:color="8A6DB0"/>
            </w:tcBorders>
          </w:tcPr>
          <w:p w14:paraId="7CBCD0E1" w14:textId="77777777" w:rsidR="001C5DA9" w:rsidRPr="00706586" w:rsidRDefault="004F75C6">
            <w:pPr>
              <w:rPr>
                <w:sz w:val="24"/>
                <w:szCs w:val="24"/>
              </w:rPr>
            </w:pPr>
            <w:r w:rsidRPr="00706586">
              <w:rPr>
                <w:sz w:val="24"/>
                <w:szCs w:val="24"/>
              </w:rPr>
              <w:t>– Sử dụng thiết bị kĩ thuật số: Ghi lại dữ liệu thí nghiệm bằng thiết bị số.</w:t>
            </w:r>
          </w:p>
        </w:tc>
        <w:tc>
          <w:tcPr>
            <w:tcW w:w="1418" w:type="dxa"/>
            <w:tcBorders>
              <w:top w:val="single" w:sz="4" w:space="0" w:color="8A6DB0"/>
              <w:left w:val="single" w:sz="4" w:space="0" w:color="8A6DB0"/>
              <w:bottom w:val="single" w:sz="4" w:space="0" w:color="8A6DB0"/>
              <w:right w:val="single" w:sz="4" w:space="0" w:color="8A6DB0"/>
            </w:tcBorders>
          </w:tcPr>
          <w:p w14:paraId="72A641F2" w14:textId="77777777" w:rsidR="001C5DA9" w:rsidRPr="00706586" w:rsidRDefault="004F75C6">
            <w:pPr>
              <w:rPr>
                <w:sz w:val="24"/>
                <w:szCs w:val="24"/>
              </w:rPr>
            </w:pPr>
            <w:r w:rsidRPr="00706586">
              <w:rPr>
                <w:sz w:val="24"/>
                <w:szCs w:val="24"/>
              </w:rPr>
              <w:t>1.1NC1a; 1.3NC1a</w:t>
            </w:r>
          </w:p>
        </w:tc>
      </w:tr>
      <w:tr w:rsidR="003458F8" w:rsidRPr="00706586" w14:paraId="64480E42"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0950BECB" w14:textId="77777777" w:rsidR="001C5DA9" w:rsidRPr="00706586" w:rsidRDefault="004F75C6">
            <w:pPr>
              <w:rPr>
                <w:sz w:val="24"/>
                <w:szCs w:val="24"/>
              </w:rPr>
            </w:pPr>
            <w:r w:rsidRPr="00706586">
              <w:rPr>
                <w:sz w:val="24"/>
                <w:szCs w:val="24"/>
              </w:rPr>
              <w:lastRenderedPageBreak/>
              <w:t>68</w:t>
            </w:r>
          </w:p>
        </w:tc>
        <w:tc>
          <w:tcPr>
            <w:tcW w:w="709" w:type="dxa"/>
            <w:tcBorders>
              <w:top w:val="single" w:sz="4" w:space="0" w:color="8A6DB0"/>
              <w:left w:val="single" w:sz="4" w:space="0" w:color="8A6DB0"/>
              <w:bottom w:val="single" w:sz="4" w:space="0" w:color="8A6DB0"/>
              <w:right w:val="single" w:sz="4" w:space="0" w:color="8A6DB0"/>
            </w:tcBorders>
            <w:vAlign w:val="center"/>
          </w:tcPr>
          <w:p w14:paraId="79B424EB"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0EF94DE6" w14:textId="77777777" w:rsidR="001C5DA9" w:rsidRPr="00706586" w:rsidRDefault="004F75C6">
            <w:pPr>
              <w:rPr>
                <w:sz w:val="24"/>
                <w:szCs w:val="24"/>
              </w:rPr>
            </w:pPr>
            <w:r w:rsidRPr="00706586">
              <w:rPr>
                <w:sz w:val="24"/>
                <w:szCs w:val="24"/>
              </w:rPr>
              <w:t>23</w:t>
            </w:r>
          </w:p>
        </w:tc>
        <w:tc>
          <w:tcPr>
            <w:tcW w:w="1732" w:type="dxa"/>
            <w:tcBorders>
              <w:top w:val="single" w:sz="4" w:space="0" w:color="8A6DB0"/>
              <w:left w:val="single" w:sz="4" w:space="0" w:color="8A6DB0"/>
              <w:bottom w:val="single" w:sz="4" w:space="0" w:color="8A6DB0"/>
              <w:right w:val="single" w:sz="4" w:space="0" w:color="8A6DB0"/>
            </w:tcBorders>
          </w:tcPr>
          <w:p w14:paraId="0D2E3438" w14:textId="77777777" w:rsidR="001C5DA9" w:rsidRPr="00706586" w:rsidRDefault="004F75C6">
            <w:pPr>
              <w:rPr>
                <w:sz w:val="24"/>
                <w:szCs w:val="24"/>
              </w:rPr>
            </w:pPr>
            <w:r w:rsidRPr="00706586">
              <w:rPr>
                <w:sz w:val="24"/>
                <w:szCs w:val="24"/>
              </w:rPr>
              <w:t>Bài 18. Ôn tập chương 5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4095FCA5"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550A178A" w14:textId="77777777" w:rsidR="001C5DA9" w:rsidRPr="00706586" w:rsidRDefault="004F75C6">
            <w:pPr>
              <w:rPr>
                <w:sz w:val="24"/>
                <w:szCs w:val="24"/>
              </w:rPr>
            </w:pPr>
            <w:r w:rsidRPr="00706586">
              <w:rPr>
                <w:sz w:val="24"/>
                <w:szCs w:val="24"/>
              </w:rPr>
              <w:t>– Hệ thống hóa được kiến thức chương 5; sử dụng kiến thức đã học hoàn thành được các bài tập trong phần luyện tập của bài 18.</w:t>
            </w:r>
          </w:p>
        </w:tc>
        <w:tc>
          <w:tcPr>
            <w:tcW w:w="1807" w:type="dxa"/>
            <w:tcBorders>
              <w:top w:val="single" w:sz="4" w:space="0" w:color="8A6DB0"/>
              <w:left w:val="single" w:sz="4" w:space="0" w:color="8A6DB0"/>
              <w:bottom w:val="single" w:sz="4" w:space="0" w:color="8A6DB0"/>
              <w:right w:val="single" w:sz="4" w:space="0" w:color="8A6DB0"/>
            </w:tcBorders>
          </w:tcPr>
          <w:p w14:paraId="7F35DB8D" w14:textId="77777777" w:rsidR="001C5DA9" w:rsidRPr="00706586" w:rsidRDefault="004F75C6">
            <w:pPr>
              <w:rPr>
                <w:sz w:val="24"/>
                <w:szCs w:val="24"/>
              </w:rPr>
            </w:pPr>
            <w:r w:rsidRPr="00706586">
              <w:rPr>
                <w:sz w:val="24"/>
                <w:szCs w:val="24"/>
              </w:rPr>
              <w:t>– Bài KTTX số 1. – Sơ đồ tư duy. – Phiếu học tập.</w:t>
            </w:r>
          </w:p>
        </w:tc>
        <w:tc>
          <w:tcPr>
            <w:tcW w:w="3153" w:type="dxa"/>
            <w:tcBorders>
              <w:top w:val="single" w:sz="4" w:space="0" w:color="8A6DB0"/>
              <w:left w:val="single" w:sz="4" w:space="0" w:color="8A6DB0"/>
              <w:bottom w:val="single" w:sz="4" w:space="0" w:color="8A6DB0"/>
              <w:right w:val="single" w:sz="4" w:space="0" w:color="8A6DB0"/>
            </w:tcBorders>
          </w:tcPr>
          <w:p w14:paraId="5034A8EE" w14:textId="77777777" w:rsidR="001C5DA9" w:rsidRPr="00706586" w:rsidRDefault="004F75C6">
            <w:pPr>
              <w:rPr>
                <w:sz w:val="24"/>
                <w:szCs w:val="24"/>
              </w:rPr>
            </w:pPr>
            <w:r w:rsidRPr="00706586">
              <w:rPr>
                <w:sz w:val="24"/>
                <w:szCs w:val="24"/>
              </w:rPr>
              <w:t>– Tạo sản phẩm số: Xây dựng sơ đồ tư duy số. – Kĩ năng về thông tin và dữ 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0F41A448" w14:textId="77777777" w:rsidR="001C5DA9" w:rsidRPr="00706586" w:rsidRDefault="004F75C6">
            <w:pPr>
              <w:rPr>
                <w:sz w:val="24"/>
                <w:szCs w:val="24"/>
              </w:rPr>
            </w:pPr>
            <w:r w:rsidRPr="00706586">
              <w:rPr>
                <w:sz w:val="24"/>
                <w:szCs w:val="24"/>
              </w:rPr>
              <w:t>3.1NC1b; 1.3NC1a</w:t>
            </w:r>
          </w:p>
        </w:tc>
      </w:tr>
      <w:tr w:rsidR="003458F8" w:rsidRPr="00706586" w14:paraId="4918A701"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3B57EB58" w14:textId="77777777" w:rsidR="001C5DA9" w:rsidRPr="00706586" w:rsidRDefault="004F75C6">
            <w:pPr>
              <w:rPr>
                <w:sz w:val="24"/>
                <w:szCs w:val="24"/>
              </w:rPr>
            </w:pPr>
            <w:r w:rsidRPr="00706586">
              <w:rPr>
                <w:sz w:val="24"/>
                <w:szCs w:val="24"/>
              </w:rPr>
              <w:t>69</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36EC61FD"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25780AA4" w14:textId="77777777" w:rsidR="001C5DA9" w:rsidRPr="00706586" w:rsidRDefault="004F75C6">
            <w:pPr>
              <w:rPr>
                <w:sz w:val="24"/>
                <w:szCs w:val="24"/>
              </w:rPr>
            </w:pPr>
            <w:r w:rsidRPr="00706586">
              <w:rPr>
                <w:sz w:val="24"/>
                <w:szCs w:val="24"/>
              </w:rPr>
              <w:t>23</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093D065B" w14:textId="77777777" w:rsidR="001C5DA9" w:rsidRPr="00706586" w:rsidRDefault="004F75C6">
            <w:pPr>
              <w:rPr>
                <w:sz w:val="24"/>
                <w:szCs w:val="24"/>
              </w:rPr>
            </w:pPr>
            <w:r w:rsidRPr="00706586">
              <w:rPr>
                <w:sz w:val="24"/>
                <w:szCs w:val="24"/>
              </w:rPr>
              <w:t>CĐ1(Bài 4). Entropy và biến thiên năng lượng tự do Gibbs (tiết 5)</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05297D32"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23B49A1E" w14:textId="77777777" w:rsidR="001C5DA9" w:rsidRPr="00706586" w:rsidRDefault="004F75C6">
            <w:pPr>
              <w:rPr>
                <w:sz w:val="24"/>
                <w:szCs w:val="24"/>
              </w:rPr>
            </w:pPr>
            <w:r w:rsidRPr="00706586">
              <w:rPr>
                <w:sz w:val="24"/>
                <w:szCs w:val="24"/>
              </w:rPr>
              <w:t>Vận dụng: Dự đoán chiều hướng của một số phản ứng hoá học dựa vào biến thiên năng lượng tự do.</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62893827" w14:textId="77777777" w:rsidR="001C5DA9" w:rsidRPr="00706586" w:rsidRDefault="004F75C6">
            <w:pPr>
              <w:rPr>
                <w:sz w:val="24"/>
                <w:szCs w:val="24"/>
              </w:rPr>
            </w:pPr>
            <w:r w:rsidRPr="00706586">
              <w:rPr>
                <w:sz w:val="24"/>
                <w:szCs w:val="24"/>
              </w:rPr>
              <w:t>– Phiếu học tập, bảng số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453C2668" w14:textId="77777777" w:rsidR="001C5DA9" w:rsidRPr="00706586" w:rsidRDefault="004F75C6">
            <w:pPr>
              <w:rPr>
                <w:sz w:val="24"/>
                <w:szCs w:val="24"/>
              </w:rPr>
            </w:pPr>
            <w:r w:rsidRPr="00706586">
              <w:rPr>
                <w:sz w:val="24"/>
                <w:szCs w:val="24"/>
              </w:rPr>
              <w:t>– Giải quyết vấn đề: Vận dụng công thức để dự đoán chiều hướng phản ứng.</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2F9A2F63" w14:textId="77777777" w:rsidR="001C5DA9" w:rsidRPr="00706586" w:rsidRDefault="004F75C6">
            <w:pPr>
              <w:rPr>
                <w:sz w:val="24"/>
                <w:szCs w:val="24"/>
              </w:rPr>
            </w:pPr>
            <w:r w:rsidRPr="00706586">
              <w:rPr>
                <w:sz w:val="24"/>
                <w:szCs w:val="24"/>
              </w:rPr>
              <w:t>1.3NC1a; 1.1NC1b; 5.1NC1a</w:t>
            </w:r>
          </w:p>
        </w:tc>
      </w:tr>
      <w:tr w:rsidR="003458F8" w:rsidRPr="00706586" w14:paraId="340BBA7C"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51CBBA7D" w14:textId="77777777" w:rsidR="001C5DA9" w:rsidRPr="00706586" w:rsidRDefault="004F75C6">
            <w:pPr>
              <w:rPr>
                <w:sz w:val="24"/>
                <w:szCs w:val="24"/>
              </w:rPr>
            </w:pPr>
            <w:r w:rsidRPr="00706586">
              <w:rPr>
                <w:sz w:val="24"/>
                <w:szCs w:val="24"/>
              </w:rPr>
              <w:t>70</w:t>
            </w:r>
          </w:p>
        </w:tc>
        <w:tc>
          <w:tcPr>
            <w:tcW w:w="709" w:type="dxa"/>
            <w:tcBorders>
              <w:top w:val="single" w:sz="4" w:space="0" w:color="8A6DB0"/>
              <w:left w:val="single" w:sz="4" w:space="0" w:color="8A6DB0"/>
              <w:bottom w:val="single" w:sz="4" w:space="0" w:color="8A6DB0"/>
              <w:right w:val="single" w:sz="4" w:space="0" w:color="8A6DB0"/>
            </w:tcBorders>
            <w:vAlign w:val="center"/>
          </w:tcPr>
          <w:p w14:paraId="0FBE212F"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0C0BBE67" w14:textId="77777777" w:rsidR="001C5DA9" w:rsidRPr="00706586" w:rsidRDefault="004F75C6">
            <w:pPr>
              <w:rPr>
                <w:sz w:val="24"/>
                <w:szCs w:val="24"/>
              </w:rPr>
            </w:pPr>
            <w:r w:rsidRPr="00706586">
              <w:rPr>
                <w:sz w:val="24"/>
                <w:szCs w:val="24"/>
              </w:rPr>
              <w:t>24</w:t>
            </w:r>
          </w:p>
        </w:tc>
        <w:tc>
          <w:tcPr>
            <w:tcW w:w="1732" w:type="dxa"/>
            <w:tcBorders>
              <w:top w:val="single" w:sz="4" w:space="0" w:color="8A6DB0"/>
              <w:left w:val="single" w:sz="4" w:space="0" w:color="8A6DB0"/>
              <w:bottom w:val="single" w:sz="4" w:space="0" w:color="8A6DB0"/>
              <w:right w:val="single" w:sz="4" w:space="0" w:color="8A6DB0"/>
            </w:tcBorders>
          </w:tcPr>
          <w:p w14:paraId="39941CFB" w14:textId="77777777" w:rsidR="001C5DA9" w:rsidRPr="00706586" w:rsidRDefault="004F75C6">
            <w:pPr>
              <w:rPr>
                <w:sz w:val="24"/>
                <w:szCs w:val="24"/>
              </w:rPr>
            </w:pPr>
            <w:r w:rsidRPr="00706586">
              <w:rPr>
                <w:sz w:val="24"/>
                <w:szCs w:val="24"/>
              </w:rPr>
              <w:t>Bài 18. Ôn tập chương 5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02289F6E"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6B78F50F" w14:textId="77777777" w:rsidR="001C5DA9" w:rsidRPr="00706586" w:rsidRDefault="004F75C6">
            <w:pPr>
              <w:rPr>
                <w:sz w:val="24"/>
                <w:szCs w:val="24"/>
              </w:rPr>
            </w:pPr>
            <w:r w:rsidRPr="00706586">
              <w:rPr>
                <w:sz w:val="24"/>
                <w:szCs w:val="24"/>
              </w:rPr>
              <w:t>– Luyện tập tổng hợp chương 5; kiểm tra thường xuyên.</w:t>
            </w:r>
          </w:p>
        </w:tc>
        <w:tc>
          <w:tcPr>
            <w:tcW w:w="1807" w:type="dxa"/>
            <w:tcBorders>
              <w:top w:val="single" w:sz="4" w:space="0" w:color="8A6DB0"/>
              <w:left w:val="single" w:sz="4" w:space="0" w:color="8A6DB0"/>
              <w:bottom w:val="single" w:sz="4" w:space="0" w:color="8A6DB0"/>
              <w:right w:val="single" w:sz="4" w:space="0" w:color="8A6DB0"/>
            </w:tcBorders>
          </w:tcPr>
          <w:p w14:paraId="1A5E1FD7" w14:textId="77777777" w:rsidR="001C5DA9" w:rsidRPr="00706586" w:rsidRDefault="004F75C6">
            <w:pPr>
              <w:rPr>
                <w:sz w:val="24"/>
                <w:szCs w:val="24"/>
              </w:rPr>
            </w:pPr>
            <w:r w:rsidRPr="00706586">
              <w:rPr>
                <w:sz w:val="24"/>
                <w:szCs w:val="24"/>
              </w:rPr>
              <w:t>– Phiếu học tập, bài KTTX.</w:t>
            </w:r>
          </w:p>
        </w:tc>
        <w:tc>
          <w:tcPr>
            <w:tcW w:w="3153" w:type="dxa"/>
            <w:tcBorders>
              <w:top w:val="single" w:sz="4" w:space="0" w:color="8A6DB0"/>
              <w:left w:val="single" w:sz="4" w:space="0" w:color="8A6DB0"/>
              <w:bottom w:val="single" w:sz="4" w:space="0" w:color="8A6DB0"/>
              <w:right w:val="single" w:sz="4" w:space="0" w:color="8A6DB0"/>
            </w:tcBorders>
          </w:tcPr>
          <w:p w14:paraId="27F827FD" w14:textId="77777777" w:rsidR="001C5DA9" w:rsidRPr="00706586" w:rsidRDefault="004F75C6">
            <w:pPr>
              <w:rPr>
                <w:sz w:val="24"/>
                <w:szCs w:val="24"/>
              </w:rPr>
            </w:pPr>
            <w:r w:rsidRPr="00706586">
              <w:rPr>
                <w:sz w:val="24"/>
                <w:szCs w:val="24"/>
              </w:rPr>
              <w:t>– Kĩ năng về thông tin và dữ 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7622E72E" w14:textId="77777777" w:rsidR="001C5DA9" w:rsidRPr="00706586" w:rsidRDefault="004F75C6">
            <w:pPr>
              <w:rPr>
                <w:sz w:val="24"/>
                <w:szCs w:val="24"/>
              </w:rPr>
            </w:pPr>
            <w:r w:rsidRPr="00706586">
              <w:rPr>
                <w:sz w:val="24"/>
                <w:szCs w:val="24"/>
              </w:rPr>
              <w:t>3.1NC1b; 1.3NC1a</w:t>
            </w:r>
          </w:p>
        </w:tc>
      </w:tr>
      <w:tr w:rsidR="003458F8" w:rsidRPr="00706586" w14:paraId="6A8920BD" w14:textId="77777777" w:rsidTr="002E6CD2">
        <w:tc>
          <w:tcPr>
            <w:tcW w:w="15701" w:type="dxa"/>
            <w:gridSpan w:val="9"/>
            <w:tcBorders>
              <w:top w:val="single" w:sz="4" w:space="0" w:color="8A6DB0"/>
              <w:left w:val="single" w:sz="4" w:space="0" w:color="8A6DB0"/>
              <w:bottom w:val="single" w:sz="4" w:space="0" w:color="8A6DB0"/>
              <w:right w:val="single" w:sz="4" w:space="0" w:color="8A6DB0"/>
            </w:tcBorders>
            <w:shd w:val="clear" w:color="auto" w:fill="2F5597"/>
            <w:vAlign w:val="center"/>
          </w:tcPr>
          <w:p w14:paraId="40FDFABE" w14:textId="77777777" w:rsidR="001C5DA9" w:rsidRPr="00706586" w:rsidRDefault="004F75C6">
            <w:pPr>
              <w:rPr>
                <w:sz w:val="24"/>
                <w:szCs w:val="24"/>
              </w:rPr>
            </w:pPr>
            <w:r w:rsidRPr="00706586">
              <w:rPr>
                <w:b/>
                <w:color w:val="FFFFFF"/>
                <w:sz w:val="24"/>
                <w:szCs w:val="24"/>
              </w:rPr>
              <w:t>Chương 6. TỐC ĐỘ PHẢN ỨNG HÓA HỌC</w:t>
            </w:r>
          </w:p>
        </w:tc>
      </w:tr>
      <w:tr w:rsidR="003458F8" w:rsidRPr="00706586" w14:paraId="2F111138"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29B9EB12" w14:textId="77777777" w:rsidR="001C5DA9" w:rsidRPr="00706586" w:rsidRDefault="004F75C6">
            <w:pPr>
              <w:rPr>
                <w:sz w:val="24"/>
                <w:szCs w:val="24"/>
              </w:rPr>
            </w:pPr>
            <w:r w:rsidRPr="00706586">
              <w:rPr>
                <w:sz w:val="24"/>
                <w:szCs w:val="24"/>
              </w:rPr>
              <w:t>71</w:t>
            </w:r>
          </w:p>
        </w:tc>
        <w:tc>
          <w:tcPr>
            <w:tcW w:w="709" w:type="dxa"/>
            <w:tcBorders>
              <w:top w:val="single" w:sz="4" w:space="0" w:color="8A6DB0"/>
              <w:left w:val="single" w:sz="4" w:space="0" w:color="8A6DB0"/>
              <w:bottom w:val="single" w:sz="4" w:space="0" w:color="8A6DB0"/>
              <w:right w:val="single" w:sz="4" w:space="0" w:color="8A6DB0"/>
            </w:tcBorders>
            <w:vAlign w:val="center"/>
          </w:tcPr>
          <w:p w14:paraId="5C7BE768"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186960C4" w14:textId="77777777" w:rsidR="001C5DA9" w:rsidRPr="00706586" w:rsidRDefault="004F75C6">
            <w:pPr>
              <w:rPr>
                <w:sz w:val="24"/>
                <w:szCs w:val="24"/>
              </w:rPr>
            </w:pPr>
            <w:r w:rsidRPr="00706586">
              <w:rPr>
                <w:sz w:val="24"/>
                <w:szCs w:val="24"/>
              </w:rPr>
              <w:t>24</w:t>
            </w:r>
          </w:p>
        </w:tc>
        <w:tc>
          <w:tcPr>
            <w:tcW w:w="1732" w:type="dxa"/>
            <w:tcBorders>
              <w:top w:val="single" w:sz="4" w:space="0" w:color="8A6DB0"/>
              <w:left w:val="single" w:sz="4" w:space="0" w:color="8A6DB0"/>
              <w:bottom w:val="single" w:sz="4" w:space="0" w:color="8A6DB0"/>
              <w:right w:val="single" w:sz="4" w:space="0" w:color="8A6DB0"/>
            </w:tcBorders>
          </w:tcPr>
          <w:p w14:paraId="1DB20CD5" w14:textId="77777777" w:rsidR="001C5DA9" w:rsidRPr="00706586" w:rsidRDefault="004F75C6">
            <w:pPr>
              <w:rPr>
                <w:sz w:val="24"/>
                <w:szCs w:val="24"/>
              </w:rPr>
            </w:pPr>
            <w:r w:rsidRPr="00706586">
              <w:rPr>
                <w:sz w:val="24"/>
                <w:szCs w:val="24"/>
              </w:rPr>
              <w:t>Bài 19. Tốc độ phản ứng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52A301BF"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5286E955" w14:textId="77777777" w:rsidR="001C5DA9" w:rsidRPr="00706586" w:rsidRDefault="004F75C6">
            <w:pPr>
              <w:rPr>
                <w:sz w:val="24"/>
                <w:szCs w:val="24"/>
              </w:rPr>
            </w:pPr>
            <w:r w:rsidRPr="00706586">
              <w:rPr>
                <w:sz w:val="24"/>
                <w:szCs w:val="24"/>
              </w:rPr>
              <w:t>Nhận biết: Trình bày được khái niệm tốc độ phản ứng hoá học và cách tính tốc độ trung bình của phản ứng.</w:t>
            </w:r>
          </w:p>
        </w:tc>
        <w:tc>
          <w:tcPr>
            <w:tcW w:w="1807" w:type="dxa"/>
            <w:tcBorders>
              <w:top w:val="single" w:sz="4" w:space="0" w:color="8A6DB0"/>
              <w:left w:val="single" w:sz="4" w:space="0" w:color="8A6DB0"/>
              <w:bottom w:val="single" w:sz="4" w:space="0" w:color="8A6DB0"/>
              <w:right w:val="single" w:sz="4" w:space="0" w:color="8A6DB0"/>
            </w:tcBorders>
          </w:tcPr>
          <w:p w14:paraId="1CB23FC4" w14:textId="77777777" w:rsidR="001C5DA9" w:rsidRPr="00706586" w:rsidRDefault="004F75C6">
            <w:pPr>
              <w:rPr>
                <w:sz w:val="24"/>
                <w:szCs w:val="24"/>
              </w:rPr>
            </w:pPr>
            <w:r w:rsidRPr="00706586">
              <w:rPr>
                <w:sz w:val="24"/>
                <w:szCs w:val="24"/>
              </w:rPr>
              <w:t>– Phiếu học tập. – Hình ảnh các phản ứng hóa học xảy ra nhanh và chậm.</w:t>
            </w:r>
          </w:p>
        </w:tc>
        <w:tc>
          <w:tcPr>
            <w:tcW w:w="3153" w:type="dxa"/>
            <w:tcBorders>
              <w:top w:val="single" w:sz="4" w:space="0" w:color="8A6DB0"/>
              <w:left w:val="single" w:sz="4" w:space="0" w:color="8A6DB0"/>
              <w:bottom w:val="single" w:sz="4" w:space="0" w:color="8A6DB0"/>
              <w:right w:val="single" w:sz="4" w:space="0" w:color="8A6DB0"/>
            </w:tcBorders>
          </w:tcPr>
          <w:p w14:paraId="7D450C87" w14:textId="77777777" w:rsidR="001C5DA9" w:rsidRPr="00706586" w:rsidRDefault="004F75C6">
            <w:pPr>
              <w:rPr>
                <w:sz w:val="24"/>
                <w:szCs w:val="24"/>
              </w:rPr>
            </w:pPr>
            <w:r w:rsidRPr="00706586">
              <w:rPr>
                <w:sz w:val="24"/>
                <w:szCs w:val="24"/>
              </w:rPr>
              <w:t>– Kĩ năng về thông tin và dữ liệu: Ghi chép, phân tích dữ liệu thực nghiệm số.</w:t>
            </w:r>
          </w:p>
        </w:tc>
        <w:tc>
          <w:tcPr>
            <w:tcW w:w="1418" w:type="dxa"/>
            <w:tcBorders>
              <w:top w:val="single" w:sz="4" w:space="0" w:color="8A6DB0"/>
              <w:left w:val="single" w:sz="4" w:space="0" w:color="8A6DB0"/>
              <w:bottom w:val="single" w:sz="4" w:space="0" w:color="8A6DB0"/>
              <w:right w:val="single" w:sz="4" w:space="0" w:color="8A6DB0"/>
            </w:tcBorders>
          </w:tcPr>
          <w:p w14:paraId="5CFE9E70" w14:textId="77777777" w:rsidR="001C5DA9" w:rsidRPr="00706586" w:rsidRDefault="004F75C6">
            <w:pPr>
              <w:rPr>
                <w:sz w:val="24"/>
                <w:szCs w:val="24"/>
              </w:rPr>
            </w:pPr>
            <w:r w:rsidRPr="00706586">
              <w:rPr>
                <w:sz w:val="24"/>
                <w:szCs w:val="24"/>
              </w:rPr>
              <w:t>1.1NC1a; 1.3NC1a; 5.1NC1b</w:t>
            </w:r>
          </w:p>
        </w:tc>
      </w:tr>
      <w:tr w:rsidR="003458F8" w:rsidRPr="00706586" w14:paraId="2A2443EC"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3CCE65B7" w14:textId="77777777" w:rsidR="001C5DA9" w:rsidRPr="00706586" w:rsidRDefault="004F75C6">
            <w:pPr>
              <w:rPr>
                <w:sz w:val="24"/>
                <w:szCs w:val="24"/>
              </w:rPr>
            </w:pPr>
            <w:r w:rsidRPr="00706586">
              <w:rPr>
                <w:sz w:val="24"/>
                <w:szCs w:val="24"/>
              </w:rPr>
              <w:t>72</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5520E530"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6A0535C1" w14:textId="77777777" w:rsidR="001C5DA9" w:rsidRPr="00706586" w:rsidRDefault="004F75C6">
            <w:pPr>
              <w:rPr>
                <w:sz w:val="24"/>
                <w:szCs w:val="24"/>
              </w:rPr>
            </w:pPr>
            <w:r w:rsidRPr="00706586">
              <w:rPr>
                <w:sz w:val="24"/>
                <w:szCs w:val="24"/>
              </w:rPr>
              <w:t>24</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64EC2CB7" w14:textId="77777777" w:rsidR="001C5DA9" w:rsidRPr="00706586" w:rsidRDefault="004F75C6">
            <w:pPr>
              <w:rPr>
                <w:sz w:val="24"/>
                <w:szCs w:val="24"/>
              </w:rPr>
            </w:pPr>
            <w:r w:rsidRPr="00706586">
              <w:rPr>
                <w:sz w:val="24"/>
                <w:szCs w:val="24"/>
              </w:rPr>
              <w:t>CĐ1(Bài 4). Entropy và biến thiên năng lượng tự do Gibbs (tiết 6)-KT chuyên đề</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537C4F22"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62F49F58" w14:textId="77777777" w:rsidR="001C5DA9" w:rsidRPr="00706586" w:rsidRDefault="004F75C6">
            <w:pPr>
              <w:rPr>
                <w:sz w:val="24"/>
                <w:szCs w:val="24"/>
              </w:rPr>
            </w:pPr>
            <w:r w:rsidRPr="00706586">
              <w:rPr>
                <w:sz w:val="24"/>
                <w:szCs w:val="24"/>
              </w:rPr>
              <w:t>Vận dụng: Luyện tập tổng hợp; ôn tập, kiểm tra chuyên đề.</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5D91E48F" w14:textId="77777777" w:rsidR="001C5DA9" w:rsidRPr="00706586" w:rsidRDefault="004F75C6">
            <w:pPr>
              <w:rPr>
                <w:sz w:val="24"/>
                <w:szCs w:val="24"/>
              </w:rPr>
            </w:pPr>
            <w:r w:rsidRPr="00706586">
              <w:rPr>
                <w:sz w:val="24"/>
                <w:szCs w:val="24"/>
              </w:rPr>
              <w:t>– Phiếu học tập, bài kiểm tra chuyên đề.</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40FA29E0" w14:textId="77777777" w:rsidR="001C5DA9" w:rsidRPr="00706586" w:rsidRDefault="004F75C6">
            <w:pPr>
              <w:rPr>
                <w:sz w:val="24"/>
                <w:szCs w:val="24"/>
              </w:rPr>
            </w:pPr>
            <w:r w:rsidRPr="00706586">
              <w:rPr>
                <w:sz w:val="24"/>
                <w:szCs w:val="24"/>
              </w:rPr>
              <w:t>– Giải quyết vấn đề: Vận dụng công thức để dự đoán chiều hướng phản ứng.</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58254DBE" w14:textId="77777777" w:rsidR="001C5DA9" w:rsidRPr="00706586" w:rsidRDefault="004F75C6">
            <w:pPr>
              <w:rPr>
                <w:sz w:val="24"/>
                <w:szCs w:val="24"/>
              </w:rPr>
            </w:pPr>
            <w:r w:rsidRPr="00706586">
              <w:rPr>
                <w:sz w:val="24"/>
                <w:szCs w:val="24"/>
              </w:rPr>
              <w:t>1.3NC1a; 1.1NC1b; 5.1NC1a</w:t>
            </w:r>
          </w:p>
        </w:tc>
      </w:tr>
      <w:tr w:rsidR="003458F8" w:rsidRPr="00706586" w14:paraId="5AA7D523"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4C4E7CAA" w14:textId="77777777" w:rsidR="001C5DA9" w:rsidRPr="00706586" w:rsidRDefault="004F75C6">
            <w:pPr>
              <w:rPr>
                <w:sz w:val="24"/>
                <w:szCs w:val="24"/>
              </w:rPr>
            </w:pPr>
            <w:r w:rsidRPr="00706586">
              <w:rPr>
                <w:sz w:val="24"/>
                <w:szCs w:val="24"/>
              </w:rPr>
              <w:t>73</w:t>
            </w:r>
          </w:p>
        </w:tc>
        <w:tc>
          <w:tcPr>
            <w:tcW w:w="709" w:type="dxa"/>
            <w:tcBorders>
              <w:top w:val="single" w:sz="4" w:space="0" w:color="8A6DB0"/>
              <w:left w:val="single" w:sz="4" w:space="0" w:color="8A6DB0"/>
              <w:bottom w:val="single" w:sz="4" w:space="0" w:color="8A6DB0"/>
              <w:right w:val="single" w:sz="4" w:space="0" w:color="8A6DB0"/>
            </w:tcBorders>
            <w:vAlign w:val="center"/>
          </w:tcPr>
          <w:p w14:paraId="7A116DFB"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09B5296D" w14:textId="77777777" w:rsidR="001C5DA9" w:rsidRPr="00706586" w:rsidRDefault="004F75C6">
            <w:pPr>
              <w:rPr>
                <w:sz w:val="24"/>
                <w:szCs w:val="24"/>
              </w:rPr>
            </w:pPr>
            <w:r w:rsidRPr="00706586">
              <w:rPr>
                <w:sz w:val="24"/>
                <w:szCs w:val="24"/>
              </w:rPr>
              <w:t>25</w:t>
            </w:r>
          </w:p>
        </w:tc>
        <w:tc>
          <w:tcPr>
            <w:tcW w:w="1732" w:type="dxa"/>
            <w:tcBorders>
              <w:top w:val="single" w:sz="4" w:space="0" w:color="8A6DB0"/>
              <w:left w:val="single" w:sz="4" w:space="0" w:color="8A6DB0"/>
              <w:bottom w:val="single" w:sz="4" w:space="0" w:color="8A6DB0"/>
              <w:right w:val="single" w:sz="4" w:space="0" w:color="8A6DB0"/>
            </w:tcBorders>
          </w:tcPr>
          <w:p w14:paraId="0602FC2A" w14:textId="77777777" w:rsidR="001C5DA9" w:rsidRPr="00706586" w:rsidRDefault="004F75C6">
            <w:pPr>
              <w:rPr>
                <w:sz w:val="24"/>
                <w:szCs w:val="24"/>
              </w:rPr>
            </w:pPr>
            <w:r w:rsidRPr="00706586">
              <w:rPr>
                <w:sz w:val="24"/>
                <w:szCs w:val="24"/>
              </w:rPr>
              <w:t>Bài 19. Tốc độ phản ứng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3B908843"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32C8443D" w14:textId="77777777" w:rsidR="001C5DA9" w:rsidRPr="00706586" w:rsidRDefault="004F75C6">
            <w:pPr>
              <w:rPr>
                <w:sz w:val="24"/>
                <w:szCs w:val="24"/>
              </w:rPr>
            </w:pPr>
            <w:r w:rsidRPr="00706586">
              <w:rPr>
                <w:sz w:val="24"/>
                <w:szCs w:val="24"/>
              </w:rPr>
              <w:t>Thông hiểu: Nêu được ý nghĩa của hệ số nhiệt độ Van’t Hoff (γ); viết được biểu thức tốc độ phản ứng theo hằng số tốc độ phản ứng và nồng độ (định luật tác dụng khối lượng). Vận dụng: Thực hiện được một số thí nghiệm nghiên cứu các yếu tố ảnh hưởng tới tốc độ phản ứng (nồng độ, nhiệt độ, áp suất, diện tích bề mặt, chất xúc tác).</w:t>
            </w:r>
          </w:p>
        </w:tc>
        <w:tc>
          <w:tcPr>
            <w:tcW w:w="1807" w:type="dxa"/>
            <w:tcBorders>
              <w:top w:val="single" w:sz="4" w:space="0" w:color="8A6DB0"/>
              <w:left w:val="single" w:sz="4" w:space="0" w:color="8A6DB0"/>
              <w:bottom w:val="single" w:sz="4" w:space="0" w:color="8A6DB0"/>
              <w:right w:val="single" w:sz="4" w:space="0" w:color="8A6DB0"/>
            </w:tcBorders>
          </w:tcPr>
          <w:p w14:paraId="47EEA017" w14:textId="77777777" w:rsidR="001C5DA9" w:rsidRPr="00706586" w:rsidRDefault="004F75C6">
            <w:pPr>
              <w:rPr>
                <w:sz w:val="24"/>
                <w:szCs w:val="24"/>
              </w:rPr>
            </w:pPr>
            <w:r w:rsidRPr="00706586">
              <w:rPr>
                <w:sz w:val="24"/>
                <w:szCs w:val="24"/>
              </w:rPr>
              <w:t>– Hình ảnh, mô hình, video liên quan đến ảnh hưởng của các yếu tố nồng độ, nhiệt độ, áp suất, diện tích bề mặt, chất xúc tác đến tốc độ phản ứng.</w:t>
            </w:r>
          </w:p>
        </w:tc>
        <w:tc>
          <w:tcPr>
            <w:tcW w:w="3153" w:type="dxa"/>
            <w:tcBorders>
              <w:top w:val="single" w:sz="4" w:space="0" w:color="8A6DB0"/>
              <w:left w:val="single" w:sz="4" w:space="0" w:color="8A6DB0"/>
              <w:bottom w:val="single" w:sz="4" w:space="0" w:color="8A6DB0"/>
              <w:right w:val="single" w:sz="4" w:space="0" w:color="8A6DB0"/>
            </w:tcBorders>
          </w:tcPr>
          <w:p w14:paraId="28807A95" w14:textId="77777777" w:rsidR="001C5DA9" w:rsidRPr="00706586" w:rsidRDefault="004F75C6">
            <w:pPr>
              <w:rPr>
                <w:sz w:val="24"/>
                <w:szCs w:val="24"/>
              </w:rPr>
            </w:pPr>
            <w:r w:rsidRPr="00706586">
              <w:rPr>
                <w:sz w:val="24"/>
                <w:szCs w:val="24"/>
              </w:rPr>
              <w:t>– Sử dụng thiết bị kĩ thuật số: Xem video thí nghiệm, sử dụng cảm biến để thu thập dữ liệu (nếu có).</w:t>
            </w:r>
          </w:p>
        </w:tc>
        <w:tc>
          <w:tcPr>
            <w:tcW w:w="1418" w:type="dxa"/>
            <w:tcBorders>
              <w:top w:val="single" w:sz="4" w:space="0" w:color="8A6DB0"/>
              <w:left w:val="single" w:sz="4" w:space="0" w:color="8A6DB0"/>
              <w:bottom w:val="single" w:sz="4" w:space="0" w:color="8A6DB0"/>
              <w:right w:val="single" w:sz="4" w:space="0" w:color="8A6DB0"/>
            </w:tcBorders>
          </w:tcPr>
          <w:p w14:paraId="63EB7301" w14:textId="77777777" w:rsidR="001C5DA9" w:rsidRPr="00706586" w:rsidRDefault="004F75C6">
            <w:pPr>
              <w:rPr>
                <w:sz w:val="24"/>
                <w:szCs w:val="24"/>
              </w:rPr>
            </w:pPr>
            <w:r w:rsidRPr="00706586">
              <w:rPr>
                <w:sz w:val="24"/>
                <w:szCs w:val="24"/>
              </w:rPr>
              <w:t>1.1NC1a; 1.3NC1a; 5.1NC1b</w:t>
            </w:r>
          </w:p>
        </w:tc>
      </w:tr>
      <w:tr w:rsidR="003458F8" w:rsidRPr="00706586" w14:paraId="06C8B33C"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73A88F81" w14:textId="77777777" w:rsidR="001C5DA9" w:rsidRPr="00706586" w:rsidRDefault="004F75C6">
            <w:pPr>
              <w:rPr>
                <w:sz w:val="24"/>
                <w:szCs w:val="24"/>
              </w:rPr>
            </w:pPr>
            <w:r w:rsidRPr="00706586">
              <w:rPr>
                <w:sz w:val="24"/>
                <w:szCs w:val="24"/>
              </w:rPr>
              <w:lastRenderedPageBreak/>
              <w:t>74</w:t>
            </w:r>
          </w:p>
        </w:tc>
        <w:tc>
          <w:tcPr>
            <w:tcW w:w="709" w:type="dxa"/>
            <w:tcBorders>
              <w:top w:val="single" w:sz="4" w:space="0" w:color="8A6DB0"/>
              <w:left w:val="single" w:sz="4" w:space="0" w:color="8A6DB0"/>
              <w:bottom w:val="single" w:sz="4" w:space="0" w:color="8A6DB0"/>
              <w:right w:val="single" w:sz="4" w:space="0" w:color="8A6DB0"/>
            </w:tcBorders>
            <w:vAlign w:val="center"/>
          </w:tcPr>
          <w:p w14:paraId="2496485E"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34630568" w14:textId="77777777" w:rsidR="001C5DA9" w:rsidRPr="00706586" w:rsidRDefault="004F75C6">
            <w:pPr>
              <w:rPr>
                <w:sz w:val="24"/>
                <w:szCs w:val="24"/>
              </w:rPr>
            </w:pPr>
            <w:r w:rsidRPr="00706586">
              <w:rPr>
                <w:sz w:val="24"/>
                <w:szCs w:val="24"/>
              </w:rPr>
              <w:t>25</w:t>
            </w:r>
          </w:p>
        </w:tc>
        <w:tc>
          <w:tcPr>
            <w:tcW w:w="1732" w:type="dxa"/>
            <w:tcBorders>
              <w:top w:val="single" w:sz="4" w:space="0" w:color="8A6DB0"/>
              <w:left w:val="single" w:sz="4" w:space="0" w:color="8A6DB0"/>
              <w:bottom w:val="single" w:sz="4" w:space="0" w:color="8A6DB0"/>
              <w:right w:val="single" w:sz="4" w:space="0" w:color="8A6DB0"/>
            </w:tcBorders>
          </w:tcPr>
          <w:p w14:paraId="55D336A7" w14:textId="77777777" w:rsidR="001C5DA9" w:rsidRPr="00706586" w:rsidRDefault="004F75C6">
            <w:pPr>
              <w:rPr>
                <w:sz w:val="24"/>
                <w:szCs w:val="24"/>
              </w:rPr>
            </w:pPr>
            <w:r w:rsidRPr="00706586">
              <w:rPr>
                <w:sz w:val="24"/>
                <w:szCs w:val="24"/>
              </w:rPr>
              <w:t>Bài 19. Tốc độ phản ứng (tiết 3)</w:t>
            </w:r>
          </w:p>
        </w:tc>
        <w:tc>
          <w:tcPr>
            <w:tcW w:w="647" w:type="dxa"/>
            <w:tcBorders>
              <w:top w:val="single" w:sz="4" w:space="0" w:color="8A6DB0"/>
              <w:left w:val="single" w:sz="4" w:space="0" w:color="8A6DB0"/>
              <w:bottom w:val="single" w:sz="4" w:space="0" w:color="8A6DB0"/>
              <w:right w:val="single" w:sz="4" w:space="0" w:color="8A6DB0"/>
            </w:tcBorders>
            <w:vAlign w:val="center"/>
          </w:tcPr>
          <w:p w14:paraId="22E496A3"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3673A942" w14:textId="77777777" w:rsidR="001C5DA9" w:rsidRPr="00706586" w:rsidRDefault="004F75C6">
            <w:pPr>
              <w:rPr>
                <w:sz w:val="24"/>
                <w:szCs w:val="24"/>
              </w:rPr>
            </w:pPr>
            <w:r w:rsidRPr="00706586">
              <w:rPr>
                <w:sz w:val="24"/>
                <w:szCs w:val="24"/>
              </w:rPr>
              <w:t>Vận dụng: Giải thích được các yếu tố ảnh hưởng tới tốc độ phản ứng như: nồng độ, nhiệt độ, áp suất, diện tích bề mặt, chất xúc tác; vận dụng được kiến thức tốc độ phản ứng hoá học vào việc giải thích một số vấn đề trong cuộc sống và sản xuất.</w:t>
            </w:r>
          </w:p>
        </w:tc>
        <w:tc>
          <w:tcPr>
            <w:tcW w:w="1807" w:type="dxa"/>
            <w:tcBorders>
              <w:top w:val="single" w:sz="4" w:space="0" w:color="8A6DB0"/>
              <w:left w:val="single" w:sz="4" w:space="0" w:color="8A6DB0"/>
              <w:bottom w:val="single" w:sz="4" w:space="0" w:color="8A6DB0"/>
              <w:right w:val="single" w:sz="4" w:space="0" w:color="8A6DB0"/>
            </w:tcBorders>
          </w:tcPr>
          <w:p w14:paraId="0E310BBE" w14:textId="77777777" w:rsidR="001C5DA9" w:rsidRPr="00706586" w:rsidRDefault="004F75C6">
            <w:pPr>
              <w:rPr>
                <w:sz w:val="24"/>
                <w:szCs w:val="24"/>
              </w:rPr>
            </w:pPr>
            <w:r w:rsidRPr="00706586">
              <w:rPr>
                <w:sz w:val="24"/>
                <w:szCs w:val="24"/>
              </w:rPr>
              <w:t>– Phiếu học tập, hình ảnh, video liên quan.</w:t>
            </w:r>
          </w:p>
        </w:tc>
        <w:tc>
          <w:tcPr>
            <w:tcW w:w="3153" w:type="dxa"/>
            <w:tcBorders>
              <w:top w:val="single" w:sz="4" w:space="0" w:color="8A6DB0"/>
              <w:left w:val="single" w:sz="4" w:space="0" w:color="8A6DB0"/>
              <w:bottom w:val="single" w:sz="4" w:space="0" w:color="8A6DB0"/>
              <w:right w:val="single" w:sz="4" w:space="0" w:color="8A6DB0"/>
            </w:tcBorders>
          </w:tcPr>
          <w:p w14:paraId="0A9C256F" w14:textId="77777777" w:rsidR="001C5DA9" w:rsidRPr="00706586" w:rsidRDefault="004F75C6">
            <w:pPr>
              <w:rPr>
                <w:sz w:val="24"/>
                <w:szCs w:val="24"/>
              </w:rPr>
            </w:pPr>
            <w:r w:rsidRPr="00706586">
              <w:rPr>
                <w:sz w:val="24"/>
                <w:szCs w:val="24"/>
              </w:rPr>
              <w:t>– Giải quyết vấn đề: Sử dụng công nghệ để phân tích ảnh hưởng của các yếu tố đến tốc độ phản ứng.</w:t>
            </w:r>
          </w:p>
        </w:tc>
        <w:tc>
          <w:tcPr>
            <w:tcW w:w="1418" w:type="dxa"/>
            <w:tcBorders>
              <w:top w:val="single" w:sz="4" w:space="0" w:color="8A6DB0"/>
              <w:left w:val="single" w:sz="4" w:space="0" w:color="8A6DB0"/>
              <w:bottom w:val="single" w:sz="4" w:space="0" w:color="8A6DB0"/>
              <w:right w:val="single" w:sz="4" w:space="0" w:color="8A6DB0"/>
            </w:tcBorders>
          </w:tcPr>
          <w:p w14:paraId="2354C9A6" w14:textId="77777777" w:rsidR="001C5DA9" w:rsidRPr="00706586" w:rsidRDefault="004F75C6">
            <w:pPr>
              <w:rPr>
                <w:sz w:val="24"/>
                <w:szCs w:val="24"/>
              </w:rPr>
            </w:pPr>
            <w:r w:rsidRPr="00706586">
              <w:rPr>
                <w:sz w:val="24"/>
                <w:szCs w:val="24"/>
              </w:rPr>
              <w:t>1.1NC1a; 1.3NC1a; 5.1NC1b</w:t>
            </w:r>
          </w:p>
        </w:tc>
      </w:tr>
      <w:tr w:rsidR="003458F8" w:rsidRPr="00706586" w14:paraId="4A7D8809"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5C90B4AD" w14:textId="77777777" w:rsidR="001C5DA9" w:rsidRPr="00706586" w:rsidRDefault="004F75C6">
            <w:pPr>
              <w:rPr>
                <w:sz w:val="24"/>
                <w:szCs w:val="24"/>
              </w:rPr>
            </w:pPr>
            <w:r w:rsidRPr="00706586">
              <w:rPr>
                <w:sz w:val="24"/>
                <w:szCs w:val="24"/>
              </w:rPr>
              <w:t>75</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36702D4F"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08870F16" w14:textId="77777777" w:rsidR="001C5DA9" w:rsidRPr="00706586" w:rsidRDefault="004F75C6">
            <w:pPr>
              <w:rPr>
                <w:sz w:val="24"/>
                <w:szCs w:val="24"/>
              </w:rPr>
            </w:pPr>
            <w:r w:rsidRPr="00706586">
              <w:rPr>
                <w:sz w:val="24"/>
                <w:szCs w:val="24"/>
              </w:rPr>
              <w:t>25</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405A7B3C" w14:textId="77777777" w:rsidR="001C5DA9" w:rsidRPr="00706586" w:rsidRDefault="004F75C6">
            <w:pPr>
              <w:rPr>
                <w:sz w:val="24"/>
                <w:szCs w:val="24"/>
              </w:rPr>
            </w:pPr>
            <w:r w:rsidRPr="00706586">
              <w:rPr>
                <w:sz w:val="24"/>
                <w:szCs w:val="24"/>
              </w:rPr>
              <w:t>CĐ1(Bài 3). Năng lượng hoạt hóa của phản ứng hóa học (tiết 1)</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A368822"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49116A4D" w14:textId="77777777" w:rsidR="001C5DA9" w:rsidRPr="00706586" w:rsidRDefault="004F75C6">
            <w:pPr>
              <w:rPr>
                <w:sz w:val="24"/>
                <w:szCs w:val="24"/>
              </w:rPr>
            </w:pPr>
            <w:r w:rsidRPr="00706586">
              <w:rPr>
                <w:sz w:val="24"/>
                <w:szCs w:val="24"/>
              </w:rPr>
              <w:t>Nhận biết: Trình bày được khái niệm năng lượng hoạt hoá (theo khía cạnh ảnh hưởng đến tốc độ phản ứng).</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3C27DFAB" w14:textId="77777777" w:rsidR="001C5DA9" w:rsidRPr="00706586" w:rsidRDefault="004F75C6">
            <w:pPr>
              <w:rPr>
                <w:sz w:val="24"/>
                <w:szCs w:val="24"/>
              </w:rPr>
            </w:pPr>
            <w:r w:rsidRPr="00706586">
              <w:rPr>
                <w:sz w:val="24"/>
                <w:szCs w:val="24"/>
              </w:rPr>
              <w:t>–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60BC78D6" w14:textId="77777777" w:rsidR="001C5DA9" w:rsidRPr="00706586" w:rsidRDefault="004F75C6">
            <w:pPr>
              <w:rPr>
                <w:sz w:val="24"/>
                <w:szCs w:val="24"/>
              </w:rPr>
            </w:pPr>
            <w:r w:rsidRPr="00706586">
              <w:rPr>
                <w:sz w:val="24"/>
                <w:szCs w:val="24"/>
              </w:rPr>
              <w:t>– Sử dụng thiết bị kĩ thuật số: Xem hình ảnh, mô phỏng về năng lượng hoạt hóa. – Kĩ năng về thông tin và dữ liệu: Phân tích dữ liệu từ đồ thị, phương trình Arrhenius.</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3974A227" w14:textId="77777777" w:rsidR="001C5DA9" w:rsidRPr="00706586" w:rsidRDefault="004F75C6">
            <w:pPr>
              <w:rPr>
                <w:sz w:val="24"/>
                <w:szCs w:val="24"/>
              </w:rPr>
            </w:pPr>
            <w:r w:rsidRPr="00706586">
              <w:rPr>
                <w:sz w:val="24"/>
                <w:szCs w:val="24"/>
              </w:rPr>
              <w:t>1.1NC1a; 1.3NC1a; 5.1NC1a</w:t>
            </w:r>
          </w:p>
        </w:tc>
      </w:tr>
      <w:tr w:rsidR="003458F8" w:rsidRPr="00706586" w14:paraId="079BF014"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4CD8A141" w14:textId="77777777" w:rsidR="001C5DA9" w:rsidRPr="00706586" w:rsidRDefault="004F75C6">
            <w:pPr>
              <w:rPr>
                <w:sz w:val="24"/>
                <w:szCs w:val="24"/>
              </w:rPr>
            </w:pPr>
            <w:r w:rsidRPr="00706586">
              <w:rPr>
                <w:sz w:val="24"/>
                <w:szCs w:val="24"/>
              </w:rPr>
              <w:t>76</w:t>
            </w:r>
          </w:p>
        </w:tc>
        <w:tc>
          <w:tcPr>
            <w:tcW w:w="709" w:type="dxa"/>
            <w:tcBorders>
              <w:top w:val="single" w:sz="4" w:space="0" w:color="8A6DB0"/>
              <w:left w:val="single" w:sz="4" w:space="0" w:color="8A6DB0"/>
              <w:bottom w:val="single" w:sz="4" w:space="0" w:color="8A6DB0"/>
              <w:right w:val="single" w:sz="4" w:space="0" w:color="8A6DB0"/>
            </w:tcBorders>
            <w:vAlign w:val="center"/>
          </w:tcPr>
          <w:p w14:paraId="2DAF083E"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2EDBECE5" w14:textId="77777777" w:rsidR="001C5DA9" w:rsidRPr="00706586" w:rsidRDefault="004F75C6">
            <w:pPr>
              <w:rPr>
                <w:sz w:val="24"/>
                <w:szCs w:val="24"/>
              </w:rPr>
            </w:pPr>
            <w:r w:rsidRPr="00706586">
              <w:rPr>
                <w:sz w:val="24"/>
                <w:szCs w:val="24"/>
              </w:rPr>
              <w:t>26</w:t>
            </w:r>
          </w:p>
        </w:tc>
        <w:tc>
          <w:tcPr>
            <w:tcW w:w="1732" w:type="dxa"/>
            <w:tcBorders>
              <w:top w:val="single" w:sz="4" w:space="0" w:color="8A6DB0"/>
              <w:left w:val="single" w:sz="4" w:space="0" w:color="8A6DB0"/>
              <w:bottom w:val="single" w:sz="4" w:space="0" w:color="8A6DB0"/>
              <w:right w:val="single" w:sz="4" w:space="0" w:color="8A6DB0"/>
            </w:tcBorders>
          </w:tcPr>
          <w:p w14:paraId="461BD3C6" w14:textId="77777777" w:rsidR="001C5DA9" w:rsidRPr="00706586" w:rsidRDefault="004F75C6">
            <w:pPr>
              <w:rPr>
                <w:sz w:val="24"/>
                <w:szCs w:val="24"/>
              </w:rPr>
            </w:pPr>
            <w:r w:rsidRPr="00706586">
              <w:rPr>
                <w:sz w:val="24"/>
                <w:szCs w:val="24"/>
              </w:rPr>
              <w:t>Bài 20. Ôn tập chương 6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349830D1"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4D958C41" w14:textId="77777777" w:rsidR="001C5DA9" w:rsidRPr="00706586" w:rsidRDefault="004F75C6">
            <w:pPr>
              <w:rPr>
                <w:sz w:val="24"/>
                <w:szCs w:val="24"/>
              </w:rPr>
            </w:pPr>
            <w:r w:rsidRPr="00706586">
              <w:rPr>
                <w:sz w:val="24"/>
                <w:szCs w:val="24"/>
              </w:rPr>
              <w:t>– Hệ thống hóa được kiến thức chương 6; sử dụng kiến thức đã học hoàn thành được các bài tập trong phần luyện tập của bài 20.</w:t>
            </w:r>
          </w:p>
        </w:tc>
        <w:tc>
          <w:tcPr>
            <w:tcW w:w="1807" w:type="dxa"/>
            <w:tcBorders>
              <w:top w:val="single" w:sz="4" w:space="0" w:color="8A6DB0"/>
              <w:left w:val="single" w:sz="4" w:space="0" w:color="8A6DB0"/>
              <w:bottom w:val="single" w:sz="4" w:space="0" w:color="8A6DB0"/>
              <w:right w:val="single" w:sz="4" w:space="0" w:color="8A6DB0"/>
            </w:tcBorders>
          </w:tcPr>
          <w:p w14:paraId="7D327AA4" w14:textId="77777777" w:rsidR="001C5DA9" w:rsidRPr="00706586" w:rsidRDefault="004F75C6">
            <w:pPr>
              <w:rPr>
                <w:sz w:val="24"/>
                <w:szCs w:val="24"/>
              </w:rPr>
            </w:pPr>
            <w:r w:rsidRPr="00706586">
              <w:rPr>
                <w:sz w:val="24"/>
                <w:szCs w:val="24"/>
              </w:rPr>
              <w:t>– Bài KTTX số 2. – Sơ đồ tư duy. – Phiếu học tập.</w:t>
            </w:r>
          </w:p>
        </w:tc>
        <w:tc>
          <w:tcPr>
            <w:tcW w:w="3153" w:type="dxa"/>
            <w:tcBorders>
              <w:top w:val="single" w:sz="4" w:space="0" w:color="8A6DB0"/>
              <w:left w:val="single" w:sz="4" w:space="0" w:color="8A6DB0"/>
              <w:bottom w:val="single" w:sz="4" w:space="0" w:color="8A6DB0"/>
              <w:right w:val="single" w:sz="4" w:space="0" w:color="8A6DB0"/>
            </w:tcBorders>
          </w:tcPr>
          <w:p w14:paraId="1497EE66" w14:textId="77777777" w:rsidR="001C5DA9" w:rsidRPr="00706586" w:rsidRDefault="004F75C6">
            <w:pPr>
              <w:rPr>
                <w:sz w:val="24"/>
                <w:szCs w:val="24"/>
              </w:rPr>
            </w:pPr>
            <w:r w:rsidRPr="00706586">
              <w:rPr>
                <w:sz w:val="24"/>
                <w:szCs w:val="24"/>
              </w:rPr>
              <w:t>– Kĩ năng về thông tin và dữ 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23A18C9C" w14:textId="77777777" w:rsidR="001C5DA9" w:rsidRPr="00706586" w:rsidRDefault="001C5DA9">
            <w:pPr>
              <w:rPr>
                <w:sz w:val="24"/>
                <w:szCs w:val="24"/>
              </w:rPr>
            </w:pPr>
          </w:p>
        </w:tc>
      </w:tr>
      <w:tr w:rsidR="003458F8" w:rsidRPr="00706586" w14:paraId="15012372"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0455D39C" w14:textId="77777777" w:rsidR="001C5DA9" w:rsidRPr="00706586" w:rsidRDefault="004F75C6">
            <w:pPr>
              <w:rPr>
                <w:sz w:val="24"/>
                <w:szCs w:val="24"/>
              </w:rPr>
            </w:pPr>
            <w:r w:rsidRPr="00706586">
              <w:rPr>
                <w:sz w:val="24"/>
                <w:szCs w:val="24"/>
              </w:rPr>
              <w:t>77</w:t>
            </w:r>
          </w:p>
        </w:tc>
        <w:tc>
          <w:tcPr>
            <w:tcW w:w="709" w:type="dxa"/>
            <w:tcBorders>
              <w:top w:val="single" w:sz="4" w:space="0" w:color="8A6DB0"/>
              <w:left w:val="single" w:sz="4" w:space="0" w:color="8A6DB0"/>
              <w:bottom w:val="single" w:sz="4" w:space="0" w:color="8A6DB0"/>
              <w:right w:val="single" w:sz="4" w:space="0" w:color="8A6DB0"/>
            </w:tcBorders>
            <w:vAlign w:val="center"/>
          </w:tcPr>
          <w:p w14:paraId="6BA3BED1"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03DC4C25" w14:textId="77777777" w:rsidR="001C5DA9" w:rsidRPr="00706586" w:rsidRDefault="004F75C6">
            <w:pPr>
              <w:rPr>
                <w:sz w:val="24"/>
                <w:szCs w:val="24"/>
              </w:rPr>
            </w:pPr>
            <w:r w:rsidRPr="00706586">
              <w:rPr>
                <w:sz w:val="24"/>
                <w:szCs w:val="24"/>
              </w:rPr>
              <w:t>26</w:t>
            </w:r>
          </w:p>
        </w:tc>
        <w:tc>
          <w:tcPr>
            <w:tcW w:w="1732" w:type="dxa"/>
            <w:tcBorders>
              <w:top w:val="single" w:sz="4" w:space="0" w:color="8A6DB0"/>
              <w:left w:val="single" w:sz="4" w:space="0" w:color="8A6DB0"/>
              <w:bottom w:val="single" w:sz="4" w:space="0" w:color="8A6DB0"/>
              <w:right w:val="single" w:sz="4" w:space="0" w:color="8A6DB0"/>
            </w:tcBorders>
          </w:tcPr>
          <w:p w14:paraId="3561D06E" w14:textId="77777777" w:rsidR="001C5DA9" w:rsidRPr="00706586" w:rsidRDefault="004F75C6">
            <w:pPr>
              <w:rPr>
                <w:sz w:val="24"/>
                <w:szCs w:val="24"/>
              </w:rPr>
            </w:pPr>
            <w:r w:rsidRPr="00706586">
              <w:rPr>
                <w:sz w:val="24"/>
                <w:szCs w:val="24"/>
              </w:rPr>
              <w:t>Ôn tập giữa học kì II</w:t>
            </w:r>
          </w:p>
        </w:tc>
        <w:tc>
          <w:tcPr>
            <w:tcW w:w="647" w:type="dxa"/>
            <w:tcBorders>
              <w:top w:val="single" w:sz="4" w:space="0" w:color="8A6DB0"/>
              <w:left w:val="single" w:sz="4" w:space="0" w:color="8A6DB0"/>
              <w:bottom w:val="single" w:sz="4" w:space="0" w:color="8A6DB0"/>
              <w:right w:val="single" w:sz="4" w:space="0" w:color="8A6DB0"/>
            </w:tcBorders>
            <w:vAlign w:val="center"/>
          </w:tcPr>
          <w:p w14:paraId="0485CD27"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1C1C05B2" w14:textId="77777777" w:rsidR="001C5DA9" w:rsidRPr="00706586" w:rsidRDefault="004F75C6">
            <w:pPr>
              <w:rPr>
                <w:sz w:val="24"/>
                <w:szCs w:val="24"/>
              </w:rPr>
            </w:pPr>
            <w:r w:rsidRPr="00706586">
              <w:rPr>
                <w:sz w:val="24"/>
                <w:szCs w:val="24"/>
              </w:rPr>
              <w:t>– Hệ thống hóa được kiến thức trong chương 4, 5. – Rèn kỹ năng làm bài tập, áp dụng được kiến thức đã học để làm được các bài tập trong SGK, đề mô phỏng.</w:t>
            </w:r>
          </w:p>
        </w:tc>
        <w:tc>
          <w:tcPr>
            <w:tcW w:w="1807" w:type="dxa"/>
            <w:tcBorders>
              <w:top w:val="single" w:sz="4" w:space="0" w:color="8A6DB0"/>
              <w:left w:val="single" w:sz="4" w:space="0" w:color="8A6DB0"/>
              <w:bottom w:val="single" w:sz="4" w:space="0" w:color="8A6DB0"/>
              <w:right w:val="single" w:sz="4" w:space="0" w:color="8A6DB0"/>
            </w:tcBorders>
          </w:tcPr>
          <w:p w14:paraId="7A133DCD" w14:textId="77777777" w:rsidR="001C5DA9" w:rsidRPr="00706586" w:rsidRDefault="004F75C6">
            <w:pPr>
              <w:rPr>
                <w:sz w:val="24"/>
                <w:szCs w:val="24"/>
              </w:rPr>
            </w:pPr>
            <w:r w:rsidRPr="00706586">
              <w:rPr>
                <w:sz w:val="24"/>
                <w:szCs w:val="24"/>
              </w:rPr>
              <w:t>– Sơ đồ tư duy khái quát hóa kiến thức chương 4, 5. – Phiếu học tập.</w:t>
            </w:r>
          </w:p>
        </w:tc>
        <w:tc>
          <w:tcPr>
            <w:tcW w:w="3153" w:type="dxa"/>
            <w:tcBorders>
              <w:top w:val="single" w:sz="4" w:space="0" w:color="8A6DB0"/>
              <w:left w:val="single" w:sz="4" w:space="0" w:color="8A6DB0"/>
              <w:bottom w:val="single" w:sz="4" w:space="0" w:color="8A6DB0"/>
              <w:right w:val="single" w:sz="4" w:space="0" w:color="8A6DB0"/>
            </w:tcBorders>
          </w:tcPr>
          <w:p w14:paraId="4F36CDE5" w14:textId="77777777" w:rsidR="001C5DA9" w:rsidRPr="00706586" w:rsidRDefault="004F75C6">
            <w:pPr>
              <w:rPr>
                <w:sz w:val="24"/>
                <w:szCs w:val="24"/>
              </w:rPr>
            </w:pPr>
            <w:r w:rsidRPr="00706586">
              <w:rPr>
                <w:sz w:val="24"/>
                <w:szCs w:val="24"/>
              </w:rPr>
              <w:t>– Tạo sản phẩm số: Xây dựng sơ đồ tư duy số. – Kĩ năng về thông tin và dữ 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04859DBE" w14:textId="77777777" w:rsidR="001C5DA9" w:rsidRPr="00706586" w:rsidRDefault="004F75C6">
            <w:pPr>
              <w:rPr>
                <w:sz w:val="24"/>
                <w:szCs w:val="24"/>
              </w:rPr>
            </w:pPr>
            <w:r w:rsidRPr="00706586">
              <w:rPr>
                <w:sz w:val="24"/>
                <w:szCs w:val="24"/>
              </w:rPr>
              <w:t>3.1NC1b; 1.3NC1a</w:t>
            </w:r>
          </w:p>
        </w:tc>
      </w:tr>
      <w:tr w:rsidR="003458F8" w:rsidRPr="00706586" w14:paraId="0334C93B"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7B98056" w14:textId="77777777" w:rsidR="001C5DA9" w:rsidRPr="00706586" w:rsidRDefault="004F75C6">
            <w:pPr>
              <w:rPr>
                <w:sz w:val="24"/>
                <w:szCs w:val="24"/>
              </w:rPr>
            </w:pPr>
            <w:r w:rsidRPr="00706586">
              <w:rPr>
                <w:sz w:val="24"/>
                <w:szCs w:val="24"/>
              </w:rPr>
              <w:t>78</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527D5EB9"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2EA7C63C" w14:textId="77777777" w:rsidR="001C5DA9" w:rsidRPr="00706586" w:rsidRDefault="004F75C6">
            <w:pPr>
              <w:rPr>
                <w:sz w:val="24"/>
                <w:szCs w:val="24"/>
              </w:rPr>
            </w:pPr>
            <w:r w:rsidRPr="00706586">
              <w:rPr>
                <w:sz w:val="24"/>
                <w:szCs w:val="24"/>
              </w:rPr>
              <w:t>26</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756CBC44" w14:textId="77777777" w:rsidR="001C5DA9" w:rsidRPr="00706586" w:rsidRDefault="004F75C6">
            <w:pPr>
              <w:rPr>
                <w:sz w:val="24"/>
                <w:szCs w:val="24"/>
              </w:rPr>
            </w:pPr>
            <w:r w:rsidRPr="00706586">
              <w:rPr>
                <w:sz w:val="24"/>
                <w:szCs w:val="24"/>
              </w:rPr>
              <w:t>CĐ1(Bài 3). Năng lượng hoạt hóa của phản ứng hóa học (tiết 2)</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77F800D"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21605C99" w14:textId="77777777" w:rsidR="001C5DA9" w:rsidRPr="00706586" w:rsidRDefault="004F75C6">
            <w:pPr>
              <w:rPr>
                <w:sz w:val="24"/>
                <w:szCs w:val="24"/>
              </w:rPr>
            </w:pPr>
            <w:r w:rsidRPr="00706586">
              <w:rPr>
                <w:sz w:val="24"/>
                <w:szCs w:val="24"/>
              </w:rPr>
              <w:t>Thông hiểu: Nêu được ảnh hưởng của năng lượng hoạt hoá và nhiệt độ tới tốc độ phản ứng thông qua phương trình Arrhenius k = A·e(–Ea/RT).</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08CD2650" w14:textId="77777777" w:rsidR="001C5DA9" w:rsidRPr="00706586" w:rsidRDefault="004F75C6">
            <w:pPr>
              <w:rPr>
                <w:sz w:val="24"/>
                <w:szCs w:val="24"/>
              </w:rPr>
            </w:pPr>
            <w:r w:rsidRPr="00706586">
              <w:rPr>
                <w:sz w:val="24"/>
                <w:szCs w:val="24"/>
              </w:rPr>
              <w:t>– Phiếu học tập, đồ thị minh họa.</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41437E8A" w14:textId="77777777" w:rsidR="001C5DA9" w:rsidRPr="00706586" w:rsidRDefault="004F75C6">
            <w:pPr>
              <w:rPr>
                <w:sz w:val="24"/>
                <w:szCs w:val="24"/>
              </w:rPr>
            </w:pPr>
            <w:r w:rsidRPr="00706586">
              <w:rPr>
                <w:sz w:val="24"/>
                <w:szCs w:val="24"/>
              </w:rPr>
              <w:t>– Kĩ năng về thông tin và dữ liệu: Phân tích dữ liệu từ đồ thị, phương trình Arrhenius.</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555A45CE" w14:textId="77777777" w:rsidR="001C5DA9" w:rsidRPr="00706586" w:rsidRDefault="004F75C6">
            <w:pPr>
              <w:rPr>
                <w:sz w:val="24"/>
                <w:szCs w:val="24"/>
              </w:rPr>
            </w:pPr>
            <w:r w:rsidRPr="00706586">
              <w:rPr>
                <w:sz w:val="24"/>
                <w:szCs w:val="24"/>
              </w:rPr>
              <w:t>1.1NC1a; 1.3NC1a; 5.1NC1a</w:t>
            </w:r>
          </w:p>
        </w:tc>
      </w:tr>
      <w:tr w:rsidR="003458F8" w:rsidRPr="00706586" w14:paraId="4B098326"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1B18844C" w14:textId="77777777" w:rsidR="001C5DA9" w:rsidRPr="00706586" w:rsidRDefault="004F75C6">
            <w:pPr>
              <w:rPr>
                <w:sz w:val="24"/>
                <w:szCs w:val="24"/>
              </w:rPr>
            </w:pPr>
            <w:r w:rsidRPr="00706586">
              <w:rPr>
                <w:sz w:val="24"/>
                <w:szCs w:val="24"/>
              </w:rPr>
              <w:t>79</w:t>
            </w:r>
          </w:p>
        </w:tc>
        <w:tc>
          <w:tcPr>
            <w:tcW w:w="709" w:type="dxa"/>
            <w:tcBorders>
              <w:top w:val="single" w:sz="4" w:space="0" w:color="8A6DB0"/>
              <w:left w:val="single" w:sz="4" w:space="0" w:color="8A6DB0"/>
              <w:bottom w:val="single" w:sz="4" w:space="0" w:color="8A6DB0"/>
              <w:right w:val="single" w:sz="4" w:space="0" w:color="8A6DB0"/>
            </w:tcBorders>
            <w:vAlign w:val="center"/>
          </w:tcPr>
          <w:p w14:paraId="1698235E"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659189C3" w14:textId="77777777" w:rsidR="001C5DA9" w:rsidRPr="00706586" w:rsidRDefault="004F75C6">
            <w:pPr>
              <w:rPr>
                <w:sz w:val="24"/>
                <w:szCs w:val="24"/>
              </w:rPr>
            </w:pPr>
            <w:r w:rsidRPr="00706586">
              <w:rPr>
                <w:sz w:val="24"/>
                <w:szCs w:val="24"/>
              </w:rPr>
              <w:t>27</w:t>
            </w:r>
          </w:p>
        </w:tc>
        <w:tc>
          <w:tcPr>
            <w:tcW w:w="1732" w:type="dxa"/>
            <w:tcBorders>
              <w:top w:val="single" w:sz="4" w:space="0" w:color="8A6DB0"/>
              <w:left w:val="single" w:sz="4" w:space="0" w:color="8A6DB0"/>
              <w:bottom w:val="single" w:sz="4" w:space="0" w:color="8A6DB0"/>
              <w:right w:val="single" w:sz="4" w:space="0" w:color="8A6DB0"/>
            </w:tcBorders>
          </w:tcPr>
          <w:p w14:paraId="1B5EFC06" w14:textId="77777777" w:rsidR="001C5DA9" w:rsidRPr="00706586" w:rsidRDefault="004F75C6">
            <w:pPr>
              <w:rPr>
                <w:sz w:val="24"/>
                <w:szCs w:val="24"/>
              </w:rPr>
            </w:pPr>
            <w:r w:rsidRPr="00706586">
              <w:rPr>
                <w:sz w:val="24"/>
                <w:szCs w:val="24"/>
              </w:rPr>
              <w:t>Ôn tập giữa học kì II</w:t>
            </w:r>
          </w:p>
        </w:tc>
        <w:tc>
          <w:tcPr>
            <w:tcW w:w="647" w:type="dxa"/>
            <w:tcBorders>
              <w:top w:val="single" w:sz="4" w:space="0" w:color="8A6DB0"/>
              <w:left w:val="single" w:sz="4" w:space="0" w:color="8A6DB0"/>
              <w:bottom w:val="single" w:sz="4" w:space="0" w:color="8A6DB0"/>
              <w:right w:val="single" w:sz="4" w:space="0" w:color="8A6DB0"/>
            </w:tcBorders>
            <w:vAlign w:val="center"/>
          </w:tcPr>
          <w:p w14:paraId="25F72129"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14BFF777" w14:textId="77777777" w:rsidR="001C5DA9" w:rsidRPr="00706586" w:rsidRDefault="004F75C6">
            <w:pPr>
              <w:rPr>
                <w:sz w:val="24"/>
                <w:szCs w:val="24"/>
              </w:rPr>
            </w:pPr>
            <w:r w:rsidRPr="00706586">
              <w:rPr>
                <w:sz w:val="24"/>
                <w:szCs w:val="24"/>
              </w:rPr>
              <w:t>– Hệ thống hóa được kiến thức trong chương 4, 5. – Rèn kỹ năng làm bài tập, áp dụng được kiến thức đã học để làm được các bài tập trong SGK, đề mô phỏng.</w:t>
            </w:r>
          </w:p>
        </w:tc>
        <w:tc>
          <w:tcPr>
            <w:tcW w:w="1807" w:type="dxa"/>
            <w:tcBorders>
              <w:top w:val="single" w:sz="4" w:space="0" w:color="8A6DB0"/>
              <w:left w:val="single" w:sz="4" w:space="0" w:color="8A6DB0"/>
              <w:bottom w:val="single" w:sz="4" w:space="0" w:color="8A6DB0"/>
              <w:right w:val="single" w:sz="4" w:space="0" w:color="8A6DB0"/>
            </w:tcBorders>
          </w:tcPr>
          <w:p w14:paraId="23855458" w14:textId="77777777" w:rsidR="001C5DA9" w:rsidRPr="00706586" w:rsidRDefault="004F75C6">
            <w:pPr>
              <w:rPr>
                <w:sz w:val="24"/>
                <w:szCs w:val="24"/>
              </w:rPr>
            </w:pPr>
            <w:r w:rsidRPr="00706586">
              <w:rPr>
                <w:sz w:val="24"/>
                <w:szCs w:val="24"/>
              </w:rPr>
              <w:t>– Sơ đồ tư duy khái quát hóa kiến thức chương 4, 5. – Phiếu học tập.</w:t>
            </w:r>
          </w:p>
        </w:tc>
        <w:tc>
          <w:tcPr>
            <w:tcW w:w="3153" w:type="dxa"/>
            <w:tcBorders>
              <w:top w:val="single" w:sz="4" w:space="0" w:color="8A6DB0"/>
              <w:left w:val="single" w:sz="4" w:space="0" w:color="8A6DB0"/>
              <w:bottom w:val="single" w:sz="4" w:space="0" w:color="8A6DB0"/>
              <w:right w:val="single" w:sz="4" w:space="0" w:color="8A6DB0"/>
            </w:tcBorders>
          </w:tcPr>
          <w:p w14:paraId="4D016BB7" w14:textId="77777777" w:rsidR="001C5DA9" w:rsidRPr="00706586" w:rsidRDefault="004F75C6">
            <w:pPr>
              <w:rPr>
                <w:sz w:val="24"/>
                <w:szCs w:val="24"/>
              </w:rPr>
            </w:pPr>
            <w:r w:rsidRPr="00706586">
              <w:rPr>
                <w:sz w:val="24"/>
                <w:szCs w:val="24"/>
              </w:rPr>
              <w:t>– Tạo sản phẩm số: Xây dựng sơ đồ tư duy số. – Kĩ năng về thông tin và dữ 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4A8E2AB7" w14:textId="77777777" w:rsidR="001C5DA9" w:rsidRPr="00706586" w:rsidRDefault="004F75C6">
            <w:pPr>
              <w:rPr>
                <w:sz w:val="24"/>
                <w:szCs w:val="24"/>
              </w:rPr>
            </w:pPr>
            <w:r w:rsidRPr="00706586">
              <w:rPr>
                <w:sz w:val="24"/>
                <w:szCs w:val="24"/>
              </w:rPr>
              <w:t>3.1NC1b; 1.3NC1a</w:t>
            </w:r>
          </w:p>
        </w:tc>
      </w:tr>
      <w:tr w:rsidR="003458F8" w:rsidRPr="00706586" w14:paraId="2DCB240D"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46F92C62" w14:textId="77777777" w:rsidR="001C5DA9" w:rsidRPr="00706586" w:rsidRDefault="004F75C6">
            <w:pPr>
              <w:rPr>
                <w:sz w:val="24"/>
                <w:szCs w:val="24"/>
              </w:rPr>
            </w:pPr>
            <w:r w:rsidRPr="00706586">
              <w:rPr>
                <w:sz w:val="24"/>
                <w:szCs w:val="24"/>
              </w:rPr>
              <w:t>80</w:t>
            </w:r>
          </w:p>
        </w:tc>
        <w:tc>
          <w:tcPr>
            <w:tcW w:w="709" w:type="dxa"/>
            <w:tcBorders>
              <w:top w:val="single" w:sz="4" w:space="0" w:color="8A6DB0"/>
              <w:left w:val="single" w:sz="4" w:space="0" w:color="8A6DB0"/>
              <w:bottom w:val="single" w:sz="4" w:space="0" w:color="8A6DB0"/>
              <w:right w:val="single" w:sz="4" w:space="0" w:color="8A6DB0"/>
            </w:tcBorders>
            <w:vAlign w:val="center"/>
          </w:tcPr>
          <w:p w14:paraId="602894CD"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0FE15737" w14:textId="77777777" w:rsidR="001C5DA9" w:rsidRPr="00706586" w:rsidRDefault="004F75C6">
            <w:pPr>
              <w:rPr>
                <w:sz w:val="24"/>
                <w:szCs w:val="24"/>
              </w:rPr>
            </w:pPr>
            <w:r w:rsidRPr="00706586">
              <w:rPr>
                <w:sz w:val="24"/>
                <w:szCs w:val="24"/>
              </w:rPr>
              <w:t>27</w:t>
            </w:r>
          </w:p>
        </w:tc>
        <w:tc>
          <w:tcPr>
            <w:tcW w:w="1732" w:type="dxa"/>
            <w:tcBorders>
              <w:top w:val="single" w:sz="4" w:space="0" w:color="8A6DB0"/>
              <w:left w:val="single" w:sz="4" w:space="0" w:color="8A6DB0"/>
              <w:bottom w:val="single" w:sz="4" w:space="0" w:color="8A6DB0"/>
              <w:right w:val="single" w:sz="4" w:space="0" w:color="8A6DB0"/>
            </w:tcBorders>
          </w:tcPr>
          <w:p w14:paraId="52DB8B2E" w14:textId="77777777" w:rsidR="001C5DA9" w:rsidRPr="00706586" w:rsidRDefault="004F75C6">
            <w:pPr>
              <w:rPr>
                <w:sz w:val="24"/>
                <w:szCs w:val="24"/>
              </w:rPr>
            </w:pPr>
            <w:r w:rsidRPr="00706586">
              <w:rPr>
                <w:sz w:val="24"/>
                <w:szCs w:val="24"/>
              </w:rPr>
              <w:t>Kiểm tra giữa học kì II</w:t>
            </w:r>
          </w:p>
        </w:tc>
        <w:tc>
          <w:tcPr>
            <w:tcW w:w="647" w:type="dxa"/>
            <w:tcBorders>
              <w:top w:val="single" w:sz="4" w:space="0" w:color="8A6DB0"/>
              <w:left w:val="single" w:sz="4" w:space="0" w:color="8A6DB0"/>
              <w:bottom w:val="single" w:sz="4" w:space="0" w:color="8A6DB0"/>
              <w:right w:val="single" w:sz="4" w:space="0" w:color="8A6DB0"/>
            </w:tcBorders>
            <w:vAlign w:val="center"/>
          </w:tcPr>
          <w:p w14:paraId="4B775860"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3C862D99" w14:textId="77777777" w:rsidR="001C5DA9" w:rsidRPr="00706586" w:rsidRDefault="004F75C6">
            <w:pPr>
              <w:rPr>
                <w:sz w:val="24"/>
                <w:szCs w:val="24"/>
              </w:rPr>
            </w:pPr>
            <w:r w:rsidRPr="00706586">
              <w:rPr>
                <w:sz w:val="24"/>
                <w:szCs w:val="24"/>
              </w:rPr>
              <w:t>– Kiểm tra, đánh giá năng lực học sinh theo ma trận, bản đặc tả đề kiểm tra giữa HKII (45 phút).</w:t>
            </w:r>
          </w:p>
        </w:tc>
        <w:tc>
          <w:tcPr>
            <w:tcW w:w="1807" w:type="dxa"/>
            <w:tcBorders>
              <w:top w:val="single" w:sz="4" w:space="0" w:color="8A6DB0"/>
              <w:left w:val="single" w:sz="4" w:space="0" w:color="8A6DB0"/>
              <w:bottom w:val="single" w:sz="4" w:space="0" w:color="8A6DB0"/>
              <w:right w:val="single" w:sz="4" w:space="0" w:color="8A6DB0"/>
            </w:tcBorders>
          </w:tcPr>
          <w:p w14:paraId="02900E71" w14:textId="77777777" w:rsidR="001C5DA9" w:rsidRPr="00706586" w:rsidRDefault="004F75C6">
            <w:pPr>
              <w:rPr>
                <w:sz w:val="24"/>
                <w:szCs w:val="24"/>
              </w:rPr>
            </w:pPr>
            <w:r w:rsidRPr="00706586">
              <w:rPr>
                <w:sz w:val="24"/>
                <w:szCs w:val="24"/>
              </w:rPr>
              <w:t>– Đề kiểm tra theo ma trận.</w:t>
            </w:r>
          </w:p>
        </w:tc>
        <w:tc>
          <w:tcPr>
            <w:tcW w:w="3153" w:type="dxa"/>
            <w:tcBorders>
              <w:top w:val="single" w:sz="4" w:space="0" w:color="8A6DB0"/>
              <w:left w:val="single" w:sz="4" w:space="0" w:color="8A6DB0"/>
              <w:bottom w:val="single" w:sz="4" w:space="0" w:color="8A6DB0"/>
              <w:right w:val="single" w:sz="4" w:space="0" w:color="8A6DB0"/>
            </w:tcBorders>
          </w:tcPr>
          <w:p w14:paraId="6B86BFF1" w14:textId="77777777" w:rsidR="001C5DA9" w:rsidRPr="00706586" w:rsidRDefault="001C5DA9">
            <w:pPr>
              <w:rPr>
                <w:sz w:val="24"/>
                <w:szCs w:val="24"/>
              </w:rPr>
            </w:pPr>
          </w:p>
        </w:tc>
        <w:tc>
          <w:tcPr>
            <w:tcW w:w="1418" w:type="dxa"/>
            <w:tcBorders>
              <w:top w:val="single" w:sz="4" w:space="0" w:color="8A6DB0"/>
              <w:left w:val="single" w:sz="4" w:space="0" w:color="8A6DB0"/>
              <w:bottom w:val="single" w:sz="4" w:space="0" w:color="8A6DB0"/>
              <w:right w:val="single" w:sz="4" w:space="0" w:color="8A6DB0"/>
            </w:tcBorders>
          </w:tcPr>
          <w:p w14:paraId="2B7E77EA" w14:textId="77777777" w:rsidR="001C5DA9" w:rsidRPr="00706586" w:rsidRDefault="001C5DA9">
            <w:pPr>
              <w:rPr>
                <w:sz w:val="24"/>
                <w:szCs w:val="24"/>
              </w:rPr>
            </w:pPr>
          </w:p>
        </w:tc>
      </w:tr>
      <w:tr w:rsidR="003458F8" w:rsidRPr="00706586" w14:paraId="33E95702"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532CA9B" w14:textId="77777777" w:rsidR="001C5DA9" w:rsidRPr="00706586" w:rsidRDefault="004F75C6">
            <w:pPr>
              <w:rPr>
                <w:sz w:val="24"/>
                <w:szCs w:val="24"/>
              </w:rPr>
            </w:pPr>
            <w:r w:rsidRPr="00706586">
              <w:rPr>
                <w:sz w:val="24"/>
                <w:szCs w:val="24"/>
              </w:rPr>
              <w:lastRenderedPageBreak/>
              <w:t>81</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8938BE0"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7F69FBF8" w14:textId="77777777" w:rsidR="001C5DA9" w:rsidRPr="00706586" w:rsidRDefault="004F75C6">
            <w:pPr>
              <w:rPr>
                <w:sz w:val="24"/>
                <w:szCs w:val="24"/>
              </w:rPr>
            </w:pPr>
            <w:r w:rsidRPr="00706586">
              <w:rPr>
                <w:sz w:val="24"/>
                <w:szCs w:val="24"/>
              </w:rPr>
              <w:t>27</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1FF45301" w14:textId="77777777" w:rsidR="001C5DA9" w:rsidRPr="00706586" w:rsidRDefault="004F75C6">
            <w:pPr>
              <w:rPr>
                <w:sz w:val="24"/>
                <w:szCs w:val="24"/>
              </w:rPr>
            </w:pPr>
            <w:r w:rsidRPr="00706586">
              <w:rPr>
                <w:sz w:val="24"/>
                <w:szCs w:val="24"/>
              </w:rPr>
              <w:t>CĐ1(Bài 3). Năng lượng hoạt hóa của phản ứng hóa học (tiết 3)</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7B211537"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3F37E69A" w14:textId="77777777" w:rsidR="001C5DA9" w:rsidRPr="00706586" w:rsidRDefault="004F75C6">
            <w:pPr>
              <w:rPr>
                <w:sz w:val="24"/>
                <w:szCs w:val="24"/>
              </w:rPr>
            </w:pPr>
            <w:r w:rsidRPr="00706586">
              <w:rPr>
                <w:sz w:val="24"/>
                <w:szCs w:val="24"/>
              </w:rPr>
              <w:t>Vận dụng: Giải thích được vai trò của chất xúc tác; ôn tập chuyên đề.</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5E967317" w14:textId="77777777" w:rsidR="001C5DA9" w:rsidRPr="00706586" w:rsidRDefault="004F75C6">
            <w:pPr>
              <w:rPr>
                <w:sz w:val="24"/>
                <w:szCs w:val="24"/>
              </w:rPr>
            </w:pPr>
            <w:r w:rsidRPr="00706586">
              <w:rPr>
                <w:sz w:val="24"/>
                <w:szCs w:val="24"/>
              </w:rPr>
              <w:t>–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4CCA2EB1" w14:textId="77777777" w:rsidR="001C5DA9" w:rsidRPr="00706586" w:rsidRDefault="004F75C6">
            <w:pPr>
              <w:rPr>
                <w:sz w:val="24"/>
                <w:szCs w:val="24"/>
              </w:rPr>
            </w:pPr>
            <w:r w:rsidRPr="00706586">
              <w:rPr>
                <w:sz w:val="24"/>
                <w:szCs w:val="24"/>
              </w:rPr>
              <w:t>– Giải quyết vấn đề: Vận dụng kiến thức để giải thích vai trò chất xúc tác.</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036E2761" w14:textId="77777777" w:rsidR="001C5DA9" w:rsidRPr="00706586" w:rsidRDefault="004F75C6">
            <w:pPr>
              <w:rPr>
                <w:sz w:val="24"/>
                <w:szCs w:val="24"/>
              </w:rPr>
            </w:pPr>
            <w:r w:rsidRPr="00706586">
              <w:rPr>
                <w:sz w:val="24"/>
                <w:szCs w:val="24"/>
              </w:rPr>
              <w:t>1.1NC1a; 1.3NC1a; 5.1NC1a</w:t>
            </w:r>
          </w:p>
        </w:tc>
      </w:tr>
      <w:tr w:rsidR="003458F8" w:rsidRPr="00706586" w14:paraId="74BF0186"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19BBA5FF" w14:textId="77777777" w:rsidR="001C5DA9" w:rsidRPr="00706586" w:rsidRDefault="004F75C6">
            <w:pPr>
              <w:rPr>
                <w:sz w:val="24"/>
                <w:szCs w:val="24"/>
              </w:rPr>
            </w:pPr>
            <w:r w:rsidRPr="00706586">
              <w:rPr>
                <w:sz w:val="24"/>
                <w:szCs w:val="24"/>
              </w:rPr>
              <w:t>82</w:t>
            </w:r>
          </w:p>
        </w:tc>
        <w:tc>
          <w:tcPr>
            <w:tcW w:w="709" w:type="dxa"/>
            <w:tcBorders>
              <w:top w:val="single" w:sz="4" w:space="0" w:color="8A6DB0"/>
              <w:left w:val="single" w:sz="4" w:space="0" w:color="8A6DB0"/>
              <w:bottom w:val="single" w:sz="4" w:space="0" w:color="8A6DB0"/>
              <w:right w:val="single" w:sz="4" w:space="0" w:color="8A6DB0"/>
            </w:tcBorders>
            <w:vAlign w:val="center"/>
          </w:tcPr>
          <w:p w14:paraId="4EDBD8F0"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631E5CF5" w14:textId="77777777" w:rsidR="001C5DA9" w:rsidRPr="00706586" w:rsidRDefault="004F75C6">
            <w:pPr>
              <w:rPr>
                <w:sz w:val="24"/>
                <w:szCs w:val="24"/>
              </w:rPr>
            </w:pPr>
            <w:r w:rsidRPr="00706586">
              <w:rPr>
                <w:sz w:val="24"/>
                <w:szCs w:val="24"/>
              </w:rPr>
              <w:t>28</w:t>
            </w:r>
          </w:p>
        </w:tc>
        <w:tc>
          <w:tcPr>
            <w:tcW w:w="1732" w:type="dxa"/>
            <w:tcBorders>
              <w:top w:val="single" w:sz="4" w:space="0" w:color="8A6DB0"/>
              <w:left w:val="single" w:sz="4" w:space="0" w:color="8A6DB0"/>
              <w:bottom w:val="single" w:sz="4" w:space="0" w:color="8A6DB0"/>
              <w:right w:val="single" w:sz="4" w:space="0" w:color="8A6DB0"/>
            </w:tcBorders>
          </w:tcPr>
          <w:p w14:paraId="1EE100D1" w14:textId="77777777" w:rsidR="001C5DA9" w:rsidRPr="00706586" w:rsidRDefault="004F75C6">
            <w:pPr>
              <w:rPr>
                <w:sz w:val="24"/>
                <w:szCs w:val="24"/>
              </w:rPr>
            </w:pPr>
            <w:r w:rsidRPr="00706586">
              <w:rPr>
                <w:sz w:val="24"/>
                <w:szCs w:val="24"/>
              </w:rPr>
              <w:t>Bài 20. Ôn tập chương 6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38E91549"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60E276AC" w14:textId="77777777" w:rsidR="001C5DA9" w:rsidRPr="00706586" w:rsidRDefault="004F75C6">
            <w:pPr>
              <w:rPr>
                <w:sz w:val="24"/>
                <w:szCs w:val="24"/>
              </w:rPr>
            </w:pPr>
            <w:r w:rsidRPr="00706586">
              <w:rPr>
                <w:sz w:val="24"/>
                <w:szCs w:val="24"/>
              </w:rPr>
              <w:t>– Luyện tập tổng hợp chương 6; kiểm tra thường xuyên.</w:t>
            </w:r>
          </w:p>
        </w:tc>
        <w:tc>
          <w:tcPr>
            <w:tcW w:w="1807" w:type="dxa"/>
            <w:tcBorders>
              <w:top w:val="single" w:sz="4" w:space="0" w:color="8A6DB0"/>
              <w:left w:val="single" w:sz="4" w:space="0" w:color="8A6DB0"/>
              <w:bottom w:val="single" w:sz="4" w:space="0" w:color="8A6DB0"/>
              <w:right w:val="single" w:sz="4" w:space="0" w:color="8A6DB0"/>
            </w:tcBorders>
          </w:tcPr>
          <w:p w14:paraId="6AEF8690" w14:textId="77777777" w:rsidR="001C5DA9" w:rsidRPr="00706586" w:rsidRDefault="004F75C6">
            <w:pPr>
              <w:rPr>
                <w:sz w:val="24"/>
                <w:szCs w:val="24"/>
              </w:rPr>
            </w:pPr>
            <w:r w:rsidRPr="00706586">
              <w:rPr>
                <w:sz w:val="24"/>
                <w:szCs w:val="24"/>
              </w:rPr>
              <w:t>– Phiếu học tập, bài KTTX.</w:t>
            </w:r>
          </w:p>
        </w:tc>
        <w:tc>
          <w:tcPr>
            <w:tcW w:w="3153" w:type="dxa"/>
            <w:tcBorders>
              <w:top w:val="single" w:sz="4" w:space="0" w:color="8A6DB0"/>
              <w:left w:val="single" w:sz="4" w:space="0" w:color="8A6DB0"/>
              <w:bottom w:val="single" w:sz="4" w:space="0" w:color="8A6DB0"/>
              <w:right w:val="single" w:sz="4" w:space="0" w:color="8A6DB0"/>
            </w:tcBorders>
          </w:tcPr>
          <w:p w14:paraId="020A399A" w14:textId="77777777" w:rsidR="001C5DA9" w:rsidRPr="00706586" w:rsidRDefault="004F75C6">
            <w:pPr>
              <w:rPr>
                <w:sz w:val="24"/>
                <w:szCs w:val="24"/>
              </w:rPr>
            </w:pPr>
            <w:r w:rsidRPr="00706586">
              <w:rPr>
                <w:sz w:val="24"/>
                <w:szCs w:val="24"/>
              </w:rPr>
              <w:t>– Kĩ năng về thông tin và dữ 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5D508303" w14:textId="77777777" w:rsidR="001C5DA9" w:rsidRPr="00706586" w:rsidRDefault="001C5DA9">
            <w:pPr>
              <w:rPr>
                <w:sz w:val="24"/>
                <w:szCs w:val="24"/>
              </w:rPr>
            </w:pPr>
          </w:p>
        </w:tc>
      </w:tr>
      <w:tr w:rsidR="003458F8" w:rsidRPr="00706586" w14:paraId="4CA613D9" w14:textId="77777777" w:rsidTr="002E6CD2">
        <w:tc>
          <w:tcPr>
            <w:tcW w:w="15701" w:type="dxa"/>
            <w:gridSpan w:val="9"/>
            <w:tcBorders>
              <w:top w:val="single" w:sz="4" w:space="0" w:color="8A6DB0"/>
              <w:left w:val="single" w:sz="4" w:space="0" w:color="8A6DB0"/>
              <w:bottom w:val="single" w:sz="4" w:space="0" w:color="8A6DB0"/>
              <w:right w:val="single" w:sz="4" w:space="0" w:color="8A6DB0"/>
            </w:tcBorders>
            <w:shd w:val="clear" w:color="auto" w:fill="2F5597"/>
            <w:vAlign w:val="center"/>
          </w:tcPr>
          <w:p w14:paraId="5EAA770D" w14:textId="77777777" w:rsidR="001C5DA9" w:rsidRPr="00706586" w:rsidRDefault="004F75C6">
            <w:pPr>
              <w:rPr>
                <w:sz w:val="24"/>
                <w:szCs w:val="24"/>
              </w:rPr>
            </w:pPr>
            <w:r w:rsidRPr="00706586">
              <w:rPr>
                <w:b/>
                <w:color w:val="FFFFFF"/>
                <w:sz w:val="24"/>
                <w:szCs w:val="24"/>
              </w:rPr>
              <w:t>Chương 7. NGUYÊN TỐ NHÓM VIIA</w:t>
            </w:r>
          </w:p>
        </w:tc>
      </w:tr>
      <w:tr w:rsidR="003458F8" w:rsidRPr="00706586" w14:paraId="7D90C8A4"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1A545BC7" w14:textId="77777777" w:rsidR="001C5DA9" w:rsidRPr="00706586" w:rsidRDefault="004F75C6">
            <w:pPr>
              <w:rPr>
                <w:sz w:val="24"/>
                <w:szCs w:val="24"/>
              </w:rPr>
            </w:pPr>
            <w:r w:rsidRPr="00706586">
              <w:rPr>
                <w:sz w:val="24"/>
                <w:szCs w:val="24"/>
              </w:rPr>
              <w:t>83</w:t>
            </w:r>
          </w:p>
        </w:tc>
        <w:tc>
          <w:tcPr>
            <w:tcW w:w="709" w:type="dxa"/>
            <w:tcBorders>
              <w:top w:val="single" w:sz="4" w:space="0" w:color="8A6DB0"/>
              <w:left w:val="single" w:sz="4" w:space="0" w:color="8A6DB0"/>
              <w:bottom w:val="single" w:sz="4" w:space="0" w:color="8A6DB0"/>
              <w:right w:val="single" w:sz="4" w:space="0" w:color="8A6DB0"/>
            </w:tcBorders>
            <w:vAlign w:val="center"/>
          </w:tcPr>
          <w:p w14:paraId="3151A302"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23E742AB" w14:textId="77777777" w:rsidR="001C5DA9" w:rsidRPr="00706586" w:rsidRDefault="004F75C6">
            <w:pPr>
              <w:rPr>
                <w:sz w:val="24"/>
                <w:szCs w:val="24"/>
              </w:rPr>
            </w:pPr>
            <w:r w:rsidRPr="00706586">
              <w:rPr>
                <w:sz w:val="24"/>
                <w:szCs w:val="24"/>
              </w:rPr>
              <w:t>28</w:t>
            </w:r>
          </w:p>
        </w:tc>
        <w:tc>
          <w:tcPr>
            <w:tcW w:w="1732" w:type="dxa"/>
            <w:tcBorders>
              <w:top w:val="single" w:sz="4" w:space="0" w:color="8A6DB0"/>
              <w:left w:val="single" w:sz="4" w:space="0" w:color="8A6DB0"/>
              <w:bottom w:val="single" w:sz="4" w:space="0" w:color="8A6DB0"/>
              <w:right w:val="single" w:sz="4" w:space="0" w:color="8A6DB0"/>
            </w:tcBorders>
          </w:tcPr>
          <w:p w14:paraId="79F563C6" w14:textId="77777777" w:rsidR="001C5DA9" w:rsidRPr="00706586" w:rsidRDefault="004F75C6">
            <w:pPr>
              <w:rPr>
                <w:sz w:val="24"/>
                <w:szCs w:val="24"/>
              </w:rPr>
            </w:pPr>
            <w:r w:rsidRPr="00706586">
              <w:rPr>
                <w:sz w:val="24"/>
                <w:szCs w:val="24"/>
              </w:rPr>
              <w:t>Bài 21. Nhóm Halogen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560191F9"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1549DECB" w14:textId="77777777" w:rsidR="001C5DA9" w:rsidRPr="00706586" w:rsidRDefault="004F75C6">
            <w:pPr>
              <w:rPr>
                <w:sz w:val="24"/>
                <w:szCs w:val="24"/>
              </w:rPr>
            </w:pPr>
            <w:r w:rsidRPr="00706586">
              <w:rPr>
                <w:sz w:val="24"/>
                <w:szCs w:val="24"/>
              </w:rPr>
              <w:t>Nhận biết: Phát biểu được trạng thái tự nhiên của các nguyên tố halogen. Nêu được trạng thái, màu sắc, độ nóng chảy, nhiệt độ sôi của các đơn chất halogen.</w:t>
            </w:r>
          </w:p>
        </w:tc>
        <w:tc>
          <w:tcPr>
            <w:tcW w:w="1807" w:type="dxa"/>
            <w:tcBorders>
              <w:top w:val="single" w:sz="4" w:space="0" w:color="8A6DB0"/>
              <w:left w:val="single" w:sz="4" w:space="0" w:color="8A6DB0"/>
              <w:bottom w:val="single" w:sz="4" w:space="0" w:color="8A6DB0"/>
              <w:right w:val="single" w:sz="4" w:space="0" w:color="8A6DB0"/>
            </w:tcBorders>
          </w:tcPr>
          <w:p w14:paraId="4DF4C359" w14:textId="77777777" w:rsidR="001C5DA9" w:rsidRPr="00706586" w:rsidRDefault="004F75C6">
            <w:pPr>
              <w:rPr>
                <w:sz w:val="24"/>
                <w:szCs w:val="24"/>
              </w:rPr>
            </w:pPr>
            <w:r w:rsidRPr="00706586">
              <w:rPr>
                <w:sz w:val="24"/>
                <w:szCs w:val="24"/>
              </w:rPr>
              <w:t>– Học liệu: bảng tuần hoàn.</w:t>
            </w:r>
          </w:p>
        </w:tc>
        <w:tc>
          <w:tcPr>
            <w:tcW w:w="3153" w:type="dxa"/>
            <w:tcBorders>
              <w:top w:val="single" w:sz="4" w:space="0" w:color="8A6DB0"/>
              <w:left w:val="single" w:sz="4" w:space="0" w:color="8A6DB0"/>
              <w:bottom w:val="single" w:sz="4" w:space="0" w:color="8A6DB0"/>
              <w:right w:val="single" w:sz="4" w:space="0" w:color="8A6DB0"/>
            </w:tcBorders>
          </w:tcPr>
          <w:p w14:paraId="41F7109D" w14:textId="77777777" w:rsidR="001C5DA9" w:rsidRPr="00706586" w:rsidRDefault="004F75C6">
            <w:pPr>
              <w:rPr>
                <w:sz w:val="24"/>
                <w:szCs w:val="24"/>
              </w:rPr>
            </w:pPr>
            <w:r w:rsidRPr="00706586">
              <w:rPr>
                <w:sz w:val="24"/>
                <w:szCs w:val="24"/>
              </w:rPr>
              <w:t>– Kĩ năng về thông tin và dữ liệu: Ghi chép, phân tích kết quả thí nghiệm qua video.</w:t>
            </w:r>
          </w:p>
        </w:tc>
        <w:tc>
          <w:tcPr>
            <w:tcW w:w="1418" w:type="dxa"/>
            <w:tcBorders>
              <w:top w:val="single" w:sz="4" w:space="0" w:color="8A6DB0"/>
              <w:left w:val="single" w:sz="4" w:space="0" w:color="8A6DB0"/>
              <w:bottom w:val="single" w:sz="4" w:space="0" w:color="8A6DB0"/>
              <w:right w:val="single" w:sz="4" w:space="0" w:color="8A6DB0"/>
            </w:tcBorders>
          </w:tcPr>
          <w:p w14:paraId="3E45245D" w14:textId="77777777" w:rsidR="001C5DA9" w:rsidRPr="00706586" w:rsidRDefault="004F75C6">
            <w:pPr>
              <w:rPr>
                <w:sz w:val="24"/>
                <w:szCs w:val="24"/>
              </w:rPr>
            </w:pPr>
            <w:r w:rsidRPr="00706586">
              <w:rPr>
                <w:sz w:val="24"/>
                <w:szCs w:val="24"/>
              </w:rPr>
              <w:t>1.1NC1a; 1.3NC1b; 5.1NC1b</w:t>
            </w:r>
          </w:p>
        </w:tc>
      </w:tr>
      <w:tr w:rsidR="003458F8" w:rsidRPr="00706586" w14:paraId="26FD8357"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366E3902" w14:textId="77777777" w:rsidR="001C5DA9" w:rsidRPr="00706586" w:rsidRDefault="004F75C6">
            <w:pPr>
              <w:rPr>
                <w:sz w:val="24"/>
                <w:szCs w:val="24"/>
              </w:rPr>
            </w:pPr>
            <w:r w:rsidRPr="00706586">
              <w:rPr>
                <w:sz w:val="24"/>
                <w:szCs w:val="24"/>
              </w:rPr>
              <w:t>84</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3D8DDE43"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069496B2" w14:textId="77777777" w:rsidR="001C5DA9" w:rsidRPr="00706586" w:rsidRDefault="004F75C6">
            <w:pPr>
              <w:rPr>
                <w:sz w:val="24"/>
                <w:szCs w:val="24"/>
              </w:rPr>
            </w:pPr>
            <w:r w:rsidRPr="00706586">
              <w:rPr>
                <w:sz w:val="24"/>
                <w:szCs w:val="24"/>
              </w:rPr>
              <w:t>28</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0D65E2CA" w14:textId="77777777" w:rsidR="001C5DA9" w:rsidRPr="00706586" w:rsidRDefault="004F75C6">
            <w:pPr>
              <w:rPr>
                <w:sz w:val="24"/>
                <w:szCs w:val="24"/>
              </w:rPr>
            </w:pPr>
            <w:r w:rsidRPr="00706586">
              <w:rPr>
                <w:sz w:val="24"/>
                <w:szCs w:val="24"/>
              </w:rPr>
              <w:t>CĐ2(Bài 6). Điểm chớp cháy. Nhiệt độ ngọn lửa. Nhiệt độ tự bốc cháy (tiết 1)</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18BA14BC"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35BA305D" w14:textId="77777777" w:rsidR="001C5DA9" w:rsidRPr="00706586" w:rsidRDefault="004F75C6">
            <w:pPr>
              <w:rPr>
                <w:sz w:val="24"/>
                <w:szCs w:val="24"/>
              </w:rPr>
            </w:pPr>
            <w:r w:rsidRPr="00706586">
              <w:rPr>
                <w:sz w:val="24"/>
                <w:szCs w:val="24"/>
              </w:rPr>
              <w:t>Nhận biết: Nêu được khái niệm về điểm chớp cháy (nhiệt độ thấp nhất ở áp suất khí quyển mà một hợp chất hữu cơ hoặc vật liệu dễ bay hơi tạo thành lượng hơi đủ để bốc cháy trong không khí khi gặp nguồn phát tia lửa). Thông hiểu: Trình bày được việc sử dụng điểm chớp cháy để phân biệt chất lỏng dễ cháy và có thể gây cháy (chất lỏng có điểm chớp cháy nhỏ hơn 37,8°C là chất lỏng dễ cháy).</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42DE1EE0" w14:textId="77777777" w:rsidR="001C5DA9" w:rsidRPr="00706586" w:rsidRDefault="004F75C6">
            <w:pPr>
              <w:rPr>
                <w:sz w:val="24"/>
                <w:szCs w:val="24"/>
              </w:rPr>
            </w:pPr>
            <w:r w:rsidRPr="00706586">
              <w:rPr>
                <w:sz w:val="24"/>
                <w:szCs w:val="24"/>
              </w:rPr>
              <w:t>–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5E534EF7" w14:textId="77777777" w:rsidR="001C5DA9" w:rsidRPr="00706586" w:rsidRDefault="004F75C6">
            <w:pPr>
              <w:rPr>
                <w:sz w:val="24"/>
                <w:szCs w:val="24"/>
              </w:rPr>
            </w:pPr>
            <w:r w:rsidRPr="00706586">
              <w:rPr>
                <w:sz w:val="24"/>
                <w:szCs w:val="24"/>
              </w:rPr>
              <w:t>– Kĩ năng về thông tin và dữ liệu: Tìm kiếm, phân tích thông tin về các nguyên nhân, cách phòng chống và xử lý cháy nổ từ các nguồn số.</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3D094088" w14:textId="77777777" w:rsidR="001C5DA9" w:rsidRPr="00706586" w:rsidRDefault="004F75C6">
            <w:pPr>
              <w:rPr>
                <w:sz w:val="24"/>
                <w:szCs w:val="24"/>
              </w:rPr>
            </w:pPr>
            <w:r w:rsidRPr="00706586">
              <w:rPr>
                <w:sz w:val="24"/>
                <w:szCs w:val="24"/>
              </w:rPr>
              <w:t>1.3NC1a; 2.1NC1c; 4.2NC1b</w:t>
            </w:r>
          </w:p>
        </w:tc>
      </w:tr>
      <w:tr w:rsidR="003458F8" w:rsidRPr="00706586" w14:paraId="39F5818B"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66A46397" w14:textId="77777777" w:rsidR="001C5DA9" w:rsidRPr="00706586" w:rsidRDefault="004F75C6">
            <w:pPr>
              <w:rPr>
                <w:sz w:val="24"/>
                <w:szCs w:val="24"/>
              </w:rPr>
            </w:pPr>
            <w:r w:rsidRPr="00706586">
              <w:rPr>
                <w:sz w:val="24"/>
                <w:szCs w:val="24"/>
              </w:rPr>
              <w:t>85</w:t>
            </w:r>
          </w:p>
        </w:tc>
        <w:tc>
          <w:tcPr>
            <w:tcW w:w="709" w:type="dxa"/>
            <w:tcBorders>
              <w:top w:val="single" w:sz="4" w:space="0" w:color="8A6DB0"/>
              <w:left w:val="single" w:sz="4" w:space="0" w:color="8A6DB0"/>
              <w:bottom w:val="single" w:sz="4" w:space="0" w:color="8A6DB0"/>
              <w:right w:val="single" w:sz="4" w:space="0" w:color="8A6DB0"/>
            </w:tcBorders>
            <w:vAlign w:val="center"/>
          </w:tcPr>
          <w:p w14:paraId="4B8D8088"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0E88B1BC" w14:textId="77777777" w:rsidR="001C5DA9" w:rsidRPr="00706586" w:rsidRDefault="004F75C6">
            <w:pPr>
              <w:rPr>
                <w:sz w:val="24"/>
                <w:szCs w:val="24"/>
              </w:rPr>
            </w:pPr>
            <w:r w:rsidRPr="00706586">
              <w:rPr>
                <w:sz w:val="24"/>
                <w:szCs w:val="24"/>
              </w:rPr>
              <w:t>29</w:t>
            </w:r>
          </w:p>
        </w:tc>
        <w:tc>
          <w:tcPr>
            <w:tcW w:w="1732" w:type="dxa"/>
            <w:tcBorders>
              <w:top w:val="single" w:sz="4" w:space="0" w:color="8A6DB0"/>
              <w:left w:val="single" w:sz="4" w:space="0" w:color="8A6DB0"/>
              <w:bottom w:val="single" w:sz="4" w:space="0" w:color="8A6DB0"/>
              <w:right w:val="single" w:sz="4" w:space="0" w:color="8A6DB0"/>
            </w:tcBorders>
          </w:tcPr>
          <w:p w14:paraId="2D1721FC" w14:textId="77777777" w:rsidR="001C5DA9" w:rsidRPr="00706586" w:rsidRDefault="004F75C6">
            <w:pPr>
              <w:rPr>
                <w:sz w:val="24"/>
                <w:szCs w:val="24"/>
              </w:rPr>
            </w:pPr>
            <w:r w:rsidRPr="00706586">
              <w:rPr>
                <w:sz w:val="24"/>
                <w:szCs w:val="24"/>
              </w:rPr>
              <w:t>Bài 21. Nhóm Halogen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6B7F8C39"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17335215" w14:textId="77777777" w:rsidR="001C5DA9" w:rsidRPr="00706586" w:rsidRDefault="004F75C6">
            <w:pPr>
              <w:rPr>
                <w:sz w:val="24"/>
                <w:szCs w:val="24"/>
              </w:rPr>
            </w:pPr>
            <w:r w:rsidRPr="00706586">
              <w:rPr>
                <w:sz w:val="24"/>
                <w:szCs w:val="24"/>
              </w:rPr>
              <w:t>Thông hiểu: Trình bày được xu hướng nhận thêm 1 electron (từ kim loại) hoặc dùng chung electron (với phi kim) để tạo hợp chất ion hoặc hợp chất cộng hoá trị dựa theo cấu hình electron.</w:t>
            </w:r>
          </w:p>
        </w:tc>
        <w:tc>
          <w:tcPr>
            <w:tcW w:w="1807" w:type="dxa"/>
            <w:tcBorders>
              <w:top w:val="single" w:sz="4" w:space="0" w:color="8A6DB0"/>
              <w:left w:val="single" w:sz="4" w:space="0" w:color="8A6DB0"/>
              <w:bottom w:val="single" w:sz="4" w:space="0" w:color="8A6DB0"/>
              <w:right w:val="single" w:sz="4" w:space="0" w:color="8A6DB0"/>
            </w:tcBorders>
          </w:tcPr>
          <w:p w14:paraId="26E0AE59" w14:textId="77777777" w:rsidR="001C5DA9" w:rsidRPr="00706586" w:rsidRDefault="004F75C6">
            <w:pPr>
              <w:rPr>
                <w:sz w:val="24"/>
                <w:szCs w:val="24"/>
              </w:rPr>
            </w:pPr>
            <w:r w:rsidRPr="00706586">
              <w:rPr>
                <w:sz w:val="24"/>
                <w:szCs w:val="24"/>
              </w:rPr>
              <w:t>– Học liệu: bảng tuần hoàn.</w:t>
            </w:r>
          </w:p>
        </w:tc>
        <w:tc>
          <w:tcPr>
            <w:tcW w:w="3153" w:type="dxa"/>
            <w:tcBorders>
              <w:top w:val="single" w:sz="4" w:space="0" w:color="8A6DB0"/>
              <w:left w:val="single" w:sz="4" w:space="0" w:color="8A6DB0"/>
              <w:bottom w:val="single" w:sz="4" w:space="0" w:color="8A6DB0"/>
              <w:right w:val="single" w:sz="4" w:space="0" w:color="8A6DB0"/>
            </w:tcBorders>
          </w:tcPr>
          <w:p w14:paraId="148D4116" w14:textId="77777777" w:rsidR="001C5DA9" w:rsidRPr="00706586" w:rsidRDefault="004F75C6">
            <w:pPr>
              <w:rPr>
                <w:sz w:val="24"/>
                <w:szCs w:val="24"/>
              </w:rPr>
            </w:pPr>
            <w:r w:rsidRPr="00706586">
              <w:rPr>
                <w:sz w:val="24"/>
                <w:szCs w:val="24"/>
              </w:rPr>
              <w:t>– Kĩ năng về thông tin và dữ liệu: Ghi chép, phân tích kết quả thí nghiệm qua video.</w:t>
            </w:r>
          </w:p>
        </w:tc>
        <w:tc>
          <w:tcPr>
            <w:tcW w:w="1418" w:type="dxa"/>
            <w:tcBorders>
              <w:top w:val="single" w:sz="4" w:space="0" w:color="8A6DB0"/>
              <w:left w:val="single" w:sz="4" w:space="0" w:color="8A6DB0"/>
              <w:bottom w:val="single" w:sz="4" w:space="0" w:color="8A6DB0"/>
              <w:right w:val="single" w:sz="4" w:space="0" w:color="8A6DB0"/>
            </w:tcBorders>
          </w:tcPr>
          <w:p w14:paraId="0A0697AD" w14:textId="77777777" w:rsidR="001C5DA9" w:rsidRPr="00706586" w:rsidRDefault="004F75C6">
            <w:pPr>
              <w:rPr>
                <w:sz w:val="24"/>
                <w:szCs w:val="24"/>
              </w:rPr>
            </w:pPr>
            <w:r w:rsidRPr="00706586">
              <w:rPr>
                <w:sz w:val="24"/>
                <w:szCs w:val="24"/>
              </w:rPr>
              <w:t>1.1NC1a; 1.3NC1b; 5.1NC1b</w:t>
            </w:r>
          </w:p>
        </w:tc>
      </w:tr>
      <w:tr w:rsidR="003458F8" w:rsidRPr="00706586" w14:paraId="6565448B"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1A778618" w14:textId="77777777" w:rsidR="001C5DA9" w:rsidRPr="00706586" w:rsidRDefault="004F75C6">
            <w:pPr>
              <w:rPr>
                <w:sz w:val="24"/>
                <w:szCs w:val="24"/>
              </w:rPr>
            </w:pPr>
            <w:r w:rsidRPr="00706586">
              <w:rPr>
                <w:sz w:val="24"/>
                <w:szCs w:val="24"/>
              </w:rPr>
              <w:t>86</w:t>
            </w:r>
          </w:p>
        </w:tc>
        <w:tc>
          <w:tcPr>
            <w:tcW w:w="709" w:type="dxa"/>
            <w:tcBorders>
              <w:top w:val="single" w:sz="4" w:space="0" w:color="8A6DB0"/>
              <w:left w:val="single" w:sz="4" w:space="0" w:color="8A6DB0"/>
              <w:bottom w:val="single" w:sz="4" w:space="0" w:color="8A6DB0"/>
              <w:right w:val="single" w:sz="4" w:space="0" w:color="8A6DB0"/>
            </w:tcBorders>
            <w:vAlign w:val="center"/>
          </w:tcPr>
          <w:p w14:paraId="765FFCF7"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5B787D0D" w14:textId="77777777" w:rsidR="001C5DA9" w:rsidRPr="00706586" w:rsidRDefault="004F75C6">
            <w:pPr>
              <w:rPr>
                <w:sz w:val="24"/>
                <w:szCs w:val="24"/>
              </w:rPr>
            </w:pPr>
            <w:r w:rsidRPr="00706586">
              <w:rPr>
                <w:sz w:val="24"/>
                <w:szCs w:val="24"/>
              </w:rPr>
              <w:t>29</w:t>
            </w:r>
          </w:p>
        </w:tc>
        <w:tc>
          <w:tcPr>
            <w:tcW w:w="1732" w:type="dxa"/>
            <w:tcBorders>
              <w:top w:val="single" w:sz="4" w:space="0" w:color="8A6DB0"/>
              <w:left w:val="single" w:sz="4" w:space="0" w:color="8A6DB0"/>
              <w:bottom w:val="single" w:sz="4" w:space="0" w:color="8A6DB0"/>
              <w:right w:val="single" w:sz="4" w:space="0" w:color="8A6DB0"/>
            </w:tcBorders>
          </w:tcPr>
          <w:p w14:paraId="38623629" w14:textId="77777777" w:rsidR="001C5DA9" w:rsidRPr="00706586" w:rsidRDefault="004F75C6">
            <w:pPr>
              <w:rPr>
                <w:sz w:val="24"/>
                <w:szCs w:val="24"/>
              </w:rPr>
            </w:pPr>
            <w:r w:rsidRPr="00706586">
              <w:rPr>
                <w:sz w:val="24"/>
                <w:szCs w:val="24"/>
              </w:rPr>
              <w:t>Bài 21. Nhóm Halogen (tiết 3)</w:t>
            </w:r>
          </w:p>
        </w:tc>
        <w:tc>
          <w:tcPr>
            <w:tcW w:w="647" w:type="dxa"/>
            <w:tcBorders>
              <w:top w:val="single" w:sz="4" w:space="0" w:color="8A6DB0"/>
              <w:left w:val="single" w:sz="4" w:space="0" w:color="8A6DB0"/>
              <w:bottom w:val="single" w:sz="4" w:space="0" w:color="8A6DB0"/>
              <w:right w:val="single" w:sz="4" w:space="0" w:color="8A6DB0"/>
            </w:tcBorders>
            <w:vAlign w:val="center"/>
          </w:tcPr>
          <w:p w14:paraId="2AC4A5F4"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551F3A10" w14:textId="77777777" w:rsidR="001C5DA9" w:rsidRPr="00706586" w:rsidRDefault="004F75C6">
            <w:pPr>
              <w:rPr>
                <w:sz w:val="24"/>
                <w:szCs w:val="24"/>
              </w:rPr>
            </w:pPr>
            <w:r w:rsidRPr="00706586">
              <w:rPr>
                <w:sz w:val="24"/>
                <w:szCs w:val="24"/>
              </w:rPr>
              <w:t xml:space="preserve">Vận dụng: Giải thích được sự biến đổi nhiệt độ nóng chảy, nhiệt độ sôi của các đơn chất halogen dựa vào tương tác van der Waals. Giải thích xu hướng phản ứng của các đơn chất halogen với Hydrogen. Viết được phương trình hóa học của phản ứng tự oxi </w:t>
            </w:r>
            <w:r w:rsidRPr="00706586">
              <w:rPr>
                <w:sz w:val="24"/>
                <w:szCs w:val="24"/>
              </w:rPr>
              <w:lastRenderedPageBreak/>
              <w:t>hóa–khử của Chlorine.</w:t>
            </w:r>
          </w:p>
        </w:tc>
        <w:tc>
          <w:tcPr>
            <w:tcW w:w="1807" w:type="dxa"/>
            <w:tcBorders>
              <w:top w:val="single" w:sz="4" w:space="0" w:color="8A6DB0"/>
              <w:left w:val="single" w:sz="4" w:space="0" w:color="8A6DB0"/>
              <w:bottom w:val="single" w:sz="4" w:space="0" w:color="8A6DB0"/>
              <w:right w:val="single" w:sz="4" w:space="0" w:color="8A6DB0"/>
            </w:tcBorders>
          </w:tcPr>
          <w:p w14:paraId="2A034909" w14:textId="77777777" w:rsidR="001C5DA9" w:rsidRPr="00706586" w:rsidRDefault="004F75C6">
            <w:pPr>
              <w:rPr>
                <w:sz w:val="24"/>
                <w:szCs w:val="24"/>
              </w:rPr>
            </w:pPr>
            <w:r w:rsidRPr="00706586">
              <w:rPr>
                <w:sz w:val="24"/>
                <w:szCs w:val="24"/>
              </w:rPr>
              <w:lastRenderedPageBreak/>
              <w:t xml:space="preserve">– Dụng cụ: nhíp, bình tam giác, ống nghiệm, kẹp gỗ. – Hóa chất: giấy màu, bình đựng </w:t>
            </w:r>
            <w:r w:rsidRPr="00706586">
              <w:rPr>
                <w:sz w:val="24"/>
                <w:szCs w:val="24"/>
              </w:rPr>
              <w:lastRenderedPageBreak/>
              <w:t>khí Cl2, dung dịch NaBr, dung dịch NaI, nước Cl2, nước Br2 loãng, kẽm hạt, đồng lá, dung dịch HCl loãng, NaHCO3 rắn, dung dịch NaF, dung dịch NaCl, dung dịch AgNO3.</w:t>
            </w:r>
          </w:p>
        </w:tc>
        <w:tc>
          <w:tcPr>
            <w:tcW w:w="3153" w:type="dxa"/>
            <w:tcBorders>
              <w:top w:val="single" w:sz="4" w:space="0" w:color="8A6DB0"/>
              <w:left w:val="single" w:sz="4" w:space="0" w:color="8A6DB0"/>
              <w:bottom w:val="single" w:sz="4" w:space="0" w:color="8A6DB0"/>
              <w:right w:val="single" w:sz="4" w:space="0" w:color="8A6DB0"/>
            </w:tcBorders>
          </w:tcPr>
          <w:p w14:paraId="5B15B436" w14:textId="77777777" w:rsidR="001C5DA9" w:rsidRPr="00706586" w:rsidRDefault="004F75C6">
            <w:pPr>
              <w:rPr>
                <w:sz w:val="24"/>
                <w:szCs w:val="24"/>
              </w:rPr>
            </w:pPr>
            <w:r w:rsidRPr="00706586">
              <w:rPr>
                <w:sz w:val="24"/>
                <w:szCs w:val="24"/>
              </w:rPr>
              <w:lastRenderedPageBreak/>
              <w:t>– Sử dụng thiết bị kĩ thuật số: Xem video thí nghiệm, hình ảnh.</w:t>
            </w:r>
          </w:p>
        </w:tc>
        <w:tc>
          <w:tcPr>
            <w:tcW w:w="1418" w:type="dxa"/>
            <w:tcBorders>
              <w:top w:val="single" w:sz="4" w:space="0" w:color="8A6DB0"/>
              <w:left w:val="single" w:sz="4" w:space="0" w:color="8A6DB0"/>
              <w:bottom w:val="single" w:sz="4" w:space="0" w:color="8A6DB0"/>
              <w:right w:val="single" w:sz="4" w:space="0" w:color="8A6DB0"/>
            </w:tcBorders>
          </w:tcPr>
          <w:p w14:paraId="6AAF6291" w14:textId="77777777" w:rsidR="001C5DA9" w:rsidRPr="00706586" w:rsidRDefault="004F75C6">
            <w:pPr>
              <w:rPr>
                <w:sz w:val="24"/>
                <w:szCs w:val="24"/>
              </w:rPr>
            </w:pPr>
            <w:r w:rsidRPr="00706586">
              <w:rPr>
                <w:sz w:val="24"/>
                <w:szCs w:val="24"/>
              </w:rPr>
              <w:t>1.1NC1a; 1.3NC1b; 5.1NC1b</w:t>
            </w:r>
          </w:p>
        </w:tc>
      </w:tr>
      <w:tr w:rsidR="003458F8" w:rsidRPr="00706586" w14:paraId="4AD9ECEF"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7903699A" w14:textId="77777777" w:rsidR="001C5DA9" w:rsidRPr="00706586" w:rsidRDefault="004F75C6">
            <w:pPr>
              <w:rPr>
                <w:sz w:val="24"/>
                <w:szCs w:val="24"/>
              </w:rPr>
            </w:pPr>
            <w:r w:rsidRPr="00706586">
              <w:rPr>
                <w:sz w:val="24"/>
                <w:szCs w:val="24"/>
              </w:rPr>
              <w:t>87</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12F7225F"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2DEE5FDE" w14:textId="77777777" w:rsidR="001C5DA9" w:rsidRPr="00706586" w:rsidRDefault="004F75C6">
            <w:pPr>
              <w:rPr>
                <w:sz w:val="24"/>
                <w:szCs w:val="24"/>
              </w:rPr>
            </w:pPr>
            <w:r w:rsidRPr="00706586">
              <w:rPr>
                <w:sz w:val="24"/>
                <w:szCs w:val="24"/>
              </w:rPr>
              <w:t>29</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2CE09AD2" w14:textId="77777777" w:rsidR="001C5DA9" w:rsidRPr="00706586" w:rsidRDefault="004F75C6">
            <w:pPr>
              <w:rPr>
                <w:sz w:val="24"/>
                <w:szCs w:val="24"/>
              </w:rPr>
            </w:pPr>
            <w:r w:rsidRPr="00706586">
              <w:rPr>
                <w:sz w:val="24"/>
                <w:szCs w:val="24"/>
              </w:rPr>
              <w:t>CĐ2(Bài 6). Điểm chớp cháy. Nhiệt độ ngọn lửa. Nhiệt độ tự bốc cháy (tiết 2)</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3FA03598"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0034D0C1" w14:textId="77777777" w:rsidR="001C5DA9" w:rsidRPr="00706586" w:rsidRDefault="004F75C6">
            <w:pPr>
              <w:rPr>
                <w:sz w:val="24"/>
                <w:szCs w:val="24"/>
              </w:rPr>
            </w:pPr>
            <w:r w:rsidRPr="00706586">
              <w:rPr>
                <w:sz w:val="24"/>
                <w:szCs w:val="24"/>
              </w:rPr>
              <w:t>Nhận biết: Nêu được khái niệm về nhiệt độ tự bốc cháy (nhiệt độ thấp nhất mà tại đó chất cháy tự cháy mà không cần tiếp xúc với nguồn nhiệt ở điều kiện áp suất khí quyển); khái niệm nhiệt độ ngọn lửa, nhiệt độ cháy. Vận dụng: Hiểu các khái niệm để vận dụng trong các trường hợp thực tế.</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05392900" w14:textId="77777777" w:rsidR="001C5DA9" w:rsidRPr="00706586" w:rsidRDefault="004F75C6">
            <w:pPr>
              <w:rPr>
                <w:sz w:val="24"/>
                <w:szCs w:val="24"/>
              </w:rPr>
            </w:pPr>
            <w:r w:rsidRPr="00706586">
              <w:rPr>
                <w:sz w:val="24"/>
                <w:szCs w:val="24"/>
              </w:rPr>
              <w:t>–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7CE690E8" w14:textId="77777777" w:rsidR="001C5DA9" w:rsidRPr="00706586" w:rsidRDefault="004F75C6">
            <w:pPr>
              <w:rPr>
                <w:sz w:val="24"/>
                <w:szCs w:val="24"/>
              </w:rPr>
            </w:pPr>
            <w:r w:rsidRPr="00706586">
              <w:rPr>
                <w:sz w:val="24"/>
                <w:szCs w:val="24"/>
              </w:rPr>
              <w:t>– Giao tiếp và hợp tác: Thảo luận, chia sẻ thông tin về an toàn cháy nổ. – An toàn kĩ thuật số: Tìm kiếm thông tin an toàn về phòng cháy chữa cháy.</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34520D6D" w14:textId="77777777" w:rsidR="001C5DA9" w:rsidRPr="00706586" w:rsidRDefault="004F75C6">
            <w:pPr>
              <w:rPr>
                <w:sz w:val="24"/>
                <w:szCs w:val="24"/>
              </w:rPr>
            </w:pPr>
            <w:r w:rsidRPr="00706586">
              <w:rPr>
                <w:sz w:val="24"/>
                <w:szCs w:val="24"/>
              </w:rPr>
              <w:t>1.3NC1a; 2.1NC1c; 4.2NC1b</w:t>
            </w:r>
          </w:p>
        </w:tc>
      </w:tr>
      <w:tr w:rsidR="003458F8" w:rsidRPr="00706586" w14:paraId="2A31AD17"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25635A9A" w14:textId="77777777" w:rsidR="001C5DA9" w:rsidRPr="00706586" w:rsidRDefault="004F75C6">
            <w:pPr>
              <w:rPr>
                <w:sz w:val="24"/>
                <w:szCs w:val="24"/>
              </w:rPr>
            </w:pPr>
            <w:r w:rsidRPr="00706586">
              <w:rPr>
                <w:sz w:val="24"/>
                <w:szCs w:val="24"/>
              </w:rPr>
              <w:t>88</w:t>
            </w:r>
          </w:p>
        </w:tc>
        <w:tc>
          <w:tcPr>
            <w:tcW w:w="709" w:type="dxa"/>
            <w:tcBorders>
              <w:top w:val="single" w:sz="4" w:space="0" w:color="8A6DB0"/>
              <w:left w:val="single" w:sz="4" w:space="0" w:color="8A6DB0"/>
              <w:bottom w:val="single" w:sz="4" w:space="0" w:color="8A6DB0"/>
              <w:right w:val="single" w:sz="4" w:space="0" w:color="8A6DB0"/>
            </w:tcBorders>
            <w:vAlign w:val="center"/>
          </w:tcPr>
          <w:p w14:paraId="6F978E40"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243911F5" w14:textId="77777777" w:rsidR="001C5DA9" w:rsidRPr="00706586" w:rsidRDefault="004F75C6">
            <w:pPr>
              <w:rPr>
                <w:sz w:val="24"/>
                <w:szCs w:val="24"/>
              </w:rPr>
            </w:pPr>
            <w:r w:rsidRPr="00706586">
              <w:rPr>
                <w:sz w:val="24"/>
                <w:szCs w:val="24"/>
              </w:rPr>
              <w:t>30</w:t>
            </w:r>
          </w:p>
        </w:tc>
        <w:tc>
          <w:tcPr>
            <w:tcW w:w="1732" w:type="dxa"/>
            <w:tcBorders>
              <w:top w:val="single" w:sz="4" w:space="0" w:color="8A6DB0"/>
              <w:left w:val="single" w:sz="4" w:space="0" w:color="8A6DB0"/>
              <w:bottom w:val="single" w:sz="4" w:space="0" w:color="8A6DB0"/>
              <w:right w:val="single" w:sz="4" w:space="0" w:color="8A6DB0"/>
            </w:tcBorders>
          </w:tcPr>
          <w:p w14:paraId="3C729C47" w14:textId="77777777" w:rsidR="001C5DA9" w:rsidRPr="00706586" w:rsidRDefault="004F75C6">
            <w:pPr>
              <w:rPr>
                <w:sz w:val="24"/>
                <w:szCs w:val="24"/>
              </w:rPr>
            </w:pPr>
            <w:r w:rsidRPr="00706586">
              <w:rPr>
                <w:sz w:val="24"/>
                <w:szCs w:val="24"/>
              </w:rPr>
              <w:t>Bài 21. Nhóm Halogen (tiết 4)</w:t>
            </w:r>
          </w:p>
        </w:tc>
        <w:tc>
          <w:tcPr>
            <w:tcW w:w="647" w:type="dxa"/>
            <w:tcBorders>
              <w:top w:val="single" w:sz="4" w:space="0" w:color="8A6DB0"/>
              <w:left w:val="single" w:sz="4" w:space="0" w:color="8A6DB0"/>
              <w:bottom w:val="single" w:sz="4" w:space="0" w:color="8A6DB0"/>
              <w:right w:val="single" w:sz="4" w:space="0" w:color="8A6DB0"/>
            </w:tcBorders>
            <w:vAlign w:val="center"/>
          </w:tcPr>
          <w:p w14:paraId="13E21315"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6302C473" w14:textId="77777777" w:rsidR="001C5DA9" w:rsidRPr="00706586" w:rsidRDefault="004F75C6">
            <w:pPr>
              <w:rPr>
                <w:sz w:val="24"/>
                <w:szCs w:val="24"/>
              </w:rPr>
            </w:pPr>
            <w:r w:rsidRPr="00706586">
              <w:rPr>
                <w:sz w:val="24"/>
                <w:szCs w:val="24"/>
              </w:rPr>
              <w:t>Vận dụng: Thực hiện được (hoặc quan sát video) thí nghiệm chứng minh tính oxi hóa mạnh của các halogen và so sánh tính oxi hóa của các halogen trong nhóm VIIA.</w:t>
            </w:r>
          </w:p>
        </w:tc>
        <w:tc>
          <w:tcPr>
            <w:tcW w:w="1807" w:type="dxa"/>
            <w:tcBorders>
              <w:top w:val="single" w:sz="4" w:space="0" w:color="8A6DB0"/>
              <w:left w:val="single" w:sz="4" w:space="0" w:color="8A6DB0"/>
              <w:bottom w:val="single" w:sz="4" w:space="0" w:color="8A6DB0"/>
              <w:right w:val="single" w:sz="4" w:space="0" w:color="8A6DB0"/>
            </w:tcBorders>
          </w:tcPr>
          <w:p w14:paraId="7C3755FA" w14:textId="77777777" w:rsidR="001C5DA9" w:rsidRPr="00706586" w:rsidRDefault="004F75C6">
            <w:pPr>
              <w:rPr>
                <w:sz w:val="24"/>
                <w:szCs w:val="24"/>
              </w:rPr>
            </w:pPr>
            <w:r w:rsidRPr="00706586">
              <w:rPr>
                <w:sz w:val="24"/>
                <w:szCs w:val="24"/>
              </w:rPr>
              <w:t>– Dụng cụ, hóa chất như tiết 3.</w:t>
            </w:r>
          </w:p>
        </w:tc>
        <w:tc>
          <w:tcPr>
            <w:tcW w:w="3153" w:type="dxa"/>
            <w:tcBorders>
              <w:top w:val="single" w:sz="4" w:space="0" w:color="8A6DB0"/>
              <w:left w:val="single" w:sz="4" w:space="0" w:color="8A6DB0"/>
              <w:bottom w:val="single" w:sz="4" w:space="0" w:color="8A6DB0"/>
              <w:right w:val="single" w:sz="4" w:space="0" w:color="8A6DB0"/>
            </w:tcBorders>
          </w:tcPr>
          <w:p w14:paraId="71EA4EBB" w14:textId="77777777" w:rsidR="001C5DA9" w:rsidRPr="00706586" w:rsidRDefault="004F75C6">
            <w:pPr>
              <w:rPr>
                <w:sz w:val="24"/>
                <w:szCs w:val="24"/>
              </w:rPr>
            </w:pPr>
            <w:r w:rsidRPr="00706586">
              <w:rPr>
                <w:sz w:val="24"/>
                <w:szCs w:val="24"/>
              </w:rPr>
              <w:t>– Giải quyết vấn đề: Vận dụng kiến thức để giải thích các hiện tượng hóa học.</w:t>
            </w:r>
          </w:p>
        </w:tc>
        <w:tc>
          <w:tcPr>
            <w:tcW w:w="1418" w:type="dxa"/>
            <w:tcBorders>
              <w:top w:val="single" w:sz="4" w:space="0" w:color="8A6DB0"/>
              <w:left w:val="single" w:sz="4" w:space="0" w:color="8A6DB0"/>
              <w:bottom w:val="single" w:sz="4" w:space="0" w:color="8A6DB0"/>
              <w:right w:val="single" w:sz="4" w:space="0" w:color="8A6DB0"/>
            </w:tcBorders>
          </w:tcPr>
          <w:p w14:paraId="44DB3FF7" w14:textId="77777777" w:rsidR="001C5DA9" w:rsidRPr="00706586" w:rsidRDefault="004F75C6">
            <w:pPr>
              <w:rPr>
                <w:sz w:val="24"/>
                <w:szCs w:val="24"/>
              </w:rPr>
            </w:pPr>
            <w:r w:rsidRPr="00706586">
              <w:rPr>
                <w:sz w:val="24"/>
                <w:szCs w:val="24"/>
              </w:rPr>
              <w:t>1.1NC1a; 1.3NC1b; 5.1NC1b</w:t>
            </w:r>
          </w:p>
        </w:tc>
      </w:tr>
      <w:tr w:rsidR="003458F8" w:rsidRPr="00706586" w14:paraId="495F771F"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4ECA1456" w14:textId="77777777" w:rsidR="001C5DA9" w:rsidRPr="00706586" w:rsidRDefault="004F75C6">
            <w:pPr>
              <w:rPr>
                <w:sz w:val="24"/>
                <w:szCs w:val="24"/>
              </w:rPr>
            </w:pPr>
            <w:r w:rsidRPr="00706586">
              <w:rPr>
                <w:sz w:val="24"/>
                <w:szCs w:val="24"/>
              </w:rPr>
              <w:t>89</w:t>
            </w:r>
          </w:p>
        </w:tc>
        <w:tc>
          <w:tcPr>
            <w:tcW w:w="709" w:type="dxa"/>
            <w:tcBorders>
              <w:top w:val="single" w:sz="4" w:space="0" w:color="8A6DB0"/>
              <w:left w:val="single" w:sz="4" w:space="0" w:color="8A6DB0"/>
              <w:bottom w:val="single" w:sz="4" w:space="0" w:color="8A6DB0"/>
              <w:right w:val="single" w:sz="4" w:space="0" w:color="8A6DB0"/>
            </w:tcBorders>
            <w:vAlign w:val="center"/>
          </w:tcPr>
          <w:p w14:paraId="397AFDEF"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3E6C99BC" w14:textId="77777777" w:rsidR="001C5DA9" w:rsidRPr="00706586" w:rsidRDefault="004F75C6">
            <w:pPr>
              <w:rPr>
                <w:sz w:val="24"/>
                <w:szCs w:val="24"/>
              </w:rPr>
            </w:pPr>
            <w:r w:rsidRPr="00706586">
              <w:rPr>
                <w:sz w:val="24"/>
                <w:szCs w:val="24"/>
              </w:rPr>
              <w:t>30</w:t>
            </w:r>
          </w:p>
        </w:tc>
        <w:tc>
          <w:tcPr>
            <w:tcW w:w="1732" w:type="dxa"/>
            <w:tcBorders>
              <w:top w:val="single" w:sz="4" w:space="0" w:color="8A6DB0"/>
              <w:left w:val="single" w:sz="4" w:space="0" w:color="8A6DB0"/>
              <w:bottom w:val="single" w:sz="4" w:space="0" w:color="8A6DB0"/>
              <w:right w:val="single" w:sz="4" w:space="0" w:color="8A6DB0"/>
            </w:tcBorders>
          </w:tcPr>
          <w:p w14:paraId="675287F4" w14:textId="77777777" w:rsidR="001C5DA9" w:rsidRPr="00706586" w:rsidRDefault="004F75C6">
            <w:pPr>
              <w:rPr>
                <w:sz w:val="24"/>
                <w:szCs w:val="24"/>
              </w:rPr>
            </w:pPr>
            <w:r w:rsidRPr="00706586">
              <w:rPr>
                <w:sz w:val="24"/>
                <w:szCs w:val="24"/>
              </w:rPr>
              <w:t>Bài 22. Hydrogen halide. Muối halide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6436807E"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19EC4E59" w14:textId="77777777" w:rsidR="001C5DA9" w:rsidRPr="00706586" w:rsidRDefault="004F75C6">
            <w:pPr>
              <w:rPr>
                <w:sz w:val="24"/>
                <w:szCs w:val="24"/>
              </w:rPr>
            </w:pPr>
            <w:r w:rsidRPr="00706586">
              <w:rPr>
                <w:sz w:val="24"/>
                <w:szCs w:val="24"/>
              </w:rPr>
              <w:t>Nhận biết: Nêu được ứng dụng của một số hydrogen halide. Thông hiểu: Trình bày được xu hướng biến đổi tính acid của dãy hydrohalic acid.</w:t>
            </w:r>
          </w:p>
        </w:tc>
        <w:tc>
          <w:tcPr>
            <w:tcW w:w="1807" w:type="dxa"/>
            <w:tcBorders>
              <w:top w:val="single" w:sz="4" w:space="0" w:color="8A6DB0"/>
              <w:left w:val="single" w:sz="4" w:space="0" w:color="8A6DB0"/>
              <w:bottom w:val="single" w:sz="4" w:space="0" w:color="8A6DB0"/>
              <w:right w:val="single" w:sz="4" w:space="0" w:color="8A6DB0"/>
            </w:tcBorders>
          </w:tcPr>
          <w:p w14:paraId="19866761" w14:textId="77777777" w:rsidR="001C5DA9" w:rsidRPr="00706586" w:rsidRDefault="004F75C6">
            <w:pPr>
              <w:rPr>
                <w:sz w:val="24"/>
                <w:szCs w:val="24"/>
              </w:rPr>
            </w:pPr>
            <w:r w:rsidRPr="00706586">
              <w:rPr>
                <w:sz w:val="24"/>
                <w:szCs w:val="24"/>
              </w:rPr>
              <w:t>– Học liệu: bảng tuần hoàn. – Dụng cụ thí nghiệm: panh, cốc, đèn cồn, ống nghiệm. – Hóa chất thí nghiệm: Zn, Cu, NaHCO3, dung dịch HCl.</w:t>
            </w:r>
          </w:p>
        </w:tc>
        <w:tc>
          <w:tcPr>
            <w:tcW w:w="3153" w:type="dxa"/>
            <w:tcBorders>
              <w:top w:val="single" w:sz="4" w:space="0" w:color="8A6DB0"/>
              <w:left w:val="single" w:sz="4" w:space="0" w:color="8A6DB0"/>
              <w:bottom w:val="single" w:sz="4" w:space="0" w:color="8A6DB0"/>
              <w:right w:val="single" w:sz="4" w:space="0" w:color="8A6DB0"/>
            </w:tcBorders>
          </w:tcPr>
          <w:p w14:paraId="5438ACCF" w14:textId="77777777" w:rsidR="001C5DA9" w:rsidRPr="00706586" w:rsidRDefault="004F75C6">
            <w:pPr>
              <w:rPr>
                <w:sz w:val="24"/>
                <w:szCs w:val="24"/>
              </w:rPr>
            </w:pPr>
            <w:r w:rsidRPr="00706586">
              <w:rPr>
                <w:sz w:val="24"/>
                <w:szCs w:val="24"/>
              </w:rPr>
              <w:t>– Kĩ năng về thông tin và dữ liệu: Phân tích dữ liệu từ bảng để nhận xét xu hướng.</w:t>
            </w:r>
          </w:p>
        </w:tc>
        <w:tc>
          <w:tcPr>
            <w:tcW w:w="1418" w:type="dxa"/>
            <w:tcBorders>
              <w:top w:val="single" w:sz="4" w:space="0" w:color="8A6DB0"/>
              <w:left w:val="single" w:sz="4" w:space="0" w:color="8A6DB0"/>
              <w:bottom w:val="single" w:sz="4" w:space="0" w:color="8A6DB0"/>
              <w:right w:val="single" w:sz="4" w:space="0" w:color="8A6DB0"/>
            </w:tcBorders>
          </w:tcPr>
          <w:p w14:paraId="1D4A605C" w14:textId="77777777" w:rsidR="001C5DA9" w:rsidRPr="00706586" w:rsidRDefault="004F75C6">
            <w:pPr>
              <w:rPr>
                <w:sz w:val="24"/>
                <w:szCs w:val="24"/>
              </w:rPr>
            </w:pPr>
            <w:r w:rsidRPr="00706586">
              <w:rPr>
                <w:sz w:val="24"/>
                <w:szCs w:val="24"/>
              </w:rPr>
              <w:t>1.1NC1a; 1.3NC1b; 5.1NC1b</w:t>
            </w:r>
          </w:p>
        </w:tc>
      </w:tr>
      <w:tr w:rsidR="003458F8" w:rsidRPr="00706586" w14:paraId="6AD6D466"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E69C7F6" w14:textId="77777777" w:rsidR="001C5DA9" w:rsidRPr="00706586" w:rsidRDefault="004F75C6">
            <w:pPr>
              <w:rPr>
                <w:sz w:val="24"/>
                <w:szCs w:val="24"/>
              </w:rPr>
            </w:pPr>
            <w:r w:rsidRPr="00706586">
              <w:rPr>
                <w:sz w:val="24"/>
                <w:szCs w:val="24"/>
              </w:rPr>
              <w:t>90</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B291131"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21856323" w14:textId="77777777" w:rsidR="001C5DA9" w:rsidRPr="00706586" w:rsidRDefault="004F75C6">
            <w:pPr>
              <w:rPr>
                <w:sz w:val="24"/>
                <w:szCs w:val="24"/>
              </w:rPr>
            </w:pPr>
            <w:r w:rsidRPr="00706586">
              <w:rPr>
                <w:sz w:val="24"/>
                <w:szCs w:val="24"/>
              </w:rPr>
              <w:t>30</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15390391" w14:textId="77777777" w:rsidR="001C5DA9" w:rsidRPr="00706586" w:rsidRDefault="004F75C6">
            <w:pPr>
              <w:rPr>
                <w:sz w:val="24"/>
                <w:szCs w:val="24"/>
              </w:rPr>
            </w:pPr>
            <w:r w:rsidRPr="00706586">
              <w:rPr>
                <w:sz w:val="24"/>
                <w:szCs w:val="24"/>
              </w:rPr>
              <w:t xml:space="preserve">CĐ2(Bài 7). </w:t>
            </w:r>
            <w:r w:rsidRPr="00706586">
              <w:rPr>
                <w:sz w:val="24"/>
                <w:szCs w:val="24"/>
              </w:rPr>
              <w:lastRenderedPageBreak/>
              <w:t>Hóa học về phản ứng cháy, nổ (tiết 1)</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474AA0F3" w14:textId="77777777" w:rsidR="001C5DA9" w:rsidRPr="00706586" w:rsidRDefault="004F75C6">
            <w:pPr>
              <w:rPr>
                <w:sz w:val="24"/>
                <w:szCs w:val="24"/>
              </w:rPr>
            </w:pPr>
            <w:r w:rsidRPr="00706586">
              <w:rPr>
                <w:sz w:val="24"/>
                <w:szCs w:val="24"/>
              </w:rPr>
              <w:lastRenderedPageBreak/>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150D6ADD" w14:textId="77777777" w:rsidR="001C5DA9" w:rsidRPr="00706586" w:rsidRDefault="004F75C6">
            <w:pPr>
              <w:rPr>
                <w:sz w:val="24"/>
                <w:szCs w:val="24"/>
              </w:rPr>
            </w:pPr>
            <w:r w:rsidRPr="00706586">
              <w:rPr>
                <w:sz w:val="24"/>
                <w:szCs w:val="24"/>
              </w:rPr>
              <w:t xml:space="preserve">Nhận biết: Khái niệm về phản ứng cháy nổ. </w:t>
            </w:r>
            <w:r w:rsidRPr="00706586">
              <w:rPr>
                <w:sz w:val="24"/>
                <w:szCs w:val="24"/>
              </w:rPr>
              <w:lastRenderedPageBreak/>
              <w:t>Thông hiểu: Các phản ứng xảy ra trong phản ứng cháy.</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3EC958EE" w14:textId="77777777" w:rsidR="001C5DA9" w:rsidRPr="00706586" w:rsidRDefault="004F75C6">
            <w:pPr>
              <w:rPr>
                <w:sz w:val="24"/>
                <w:szCs w:val="24"/>
              </w:rPr>
            </w:pPr>
            <w:r w:rsidRPr="00706586">
              <w:rPr>
                <w:sz w:val="24"/>
                <w:szCs w:val="24"/>
              </w:rPr>
              <w:lastRenderedPageBreak/>
              <w:t xml:space="preserve">– Phiếu học tập, </w:t>
            </w:r>
            <w:r w:rsidRPr="00706586">
              <w:rPr>
                <w:sz w:val="24"/>
                <w:szCs w:val="24"/>
              </w:rPr>
              <w:lastRenderedPageBreak/>
              <w:t>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4D658896" w14:textId="77777777" w:rsidR="001C5DA9" w:rsidRPr="00706586" w:rsidRDefault="004F75C6">
            <w:pPr>
              <w:rPr>
                <w:sz w:val="24"/>
                <w:szCs w:val="24"/>
              </w:rPr>
            </w:pPr>
            <w:r w:rsidRPr="00706586">
              <w:rPr>
                <w:sz w:val="24"/>
                <w:szCs w:val="24"/>
              </w:rPr>
              <w:lastRenderedPageBreak/>
              <w:t xml:space="preserve">– Kĩ năng về thông tin và dữ </w:t>
            </w:r>
            <w:r w:rsidRPr="00706586">
              <w:rPr>
                <w:sz w:val="24"/>
                <w:szCs w:val="24"/>
              </w:rPr>
              <w:lastRenderedPageBreak/>
              <w:t>liệu: Xử lý dữ liệu số (ΔH°, năng lượng liên kết, nồng độ O2) để tính toán và dự đoán. – Sử dụng thiết bị kĩ thuật số: Tìm kiếm hình ảnh, video về các vụ cháy nổ.</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4B35D26F" w14:textId="77777777" w:rsidR="001C5DA9" w:rsidRPr="00706586" w:rsidRDefault="004F75C6">
            <w:pPr>
              <w:rPr>
                <w:sz w:val="24"/>
                <w:szCs w:val="24"/>
              </w:rPr>
            </w:pPr>
            <w:r w:rsidRPr="00706586">
              <w:rPr>
                <w:sz w:val="24"/>
                <w:szCs w:val="24"/>
              </w:rPr>
              <w:lastRenderedPageBreak/>
              <w:t xml:space="preserve">1.3NC1a; </w:t>
            </w:r>
            <w:r w:rsidRPr="00706586">
              <w:rPr>
                <w:sz w:val="24"/>
                <w:szCs w:val="24"/>
              </w:rPr>
              <w:lastRenderedPageBreak/>
              <w:t>1.1NC1a; 5.1NC1b</w:t>
            </w:r>
          </w:p>
        </w:tc>
      </w:tr>
      <w:tr w:rsidR="003458F8" w:rsidRPr="00706586" w14:paraId="22E79982"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4E9F325B" w14:textId="77777777" w:rsidR="001C5DA9" w:rsidRPr="00706586" w:rsidRDefault="004F75C6">
            <w:pPr>
              <w:rPr>
                <w:sz w:val="24"/>
                <w:szCs w:val="24"/>
              </w:rPr>
            </w:pPr>
            <w:r w:rsidRPr="00706586">
              <w:rPr>
                <w:sz w:val="24"/>
                <w:szCs w:val="24"/>
              </w:rPr>
              <w:lastRenderedPageBreak/>
              <w:t>91</w:t>
            </w:r>
          </w:p>
        </w:tc>
        <w:tc>
          <w:tcPr>
            <w:tcW w:w="709" w:type="dxa"/>
            <w:tcBorders>
              <w:top w:val="single" w:sz="4" w:space="0" w:color="8A6DB0"/>
              <w:left w:val="single" w:sz="4" w:space="0" w:color="8A6DB0"/>
              <w:bottom w:val="single" w:sz="4" w:space="0" w:color="8A6DB0"/>
              <w:right w:val="single" w:sz="4" w:space="0" w:color="8A6DB0"/>
            </w:tcBorders>
            <w:vAlign w:val="center"/>
          </w:tcPr>
          <w:p w14:paraId="4C5BBD13"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767170F1" w14:textId="77777777" w:rsidR="001C5DA9" w:rsidRPr="00706586" w:rsidRDefault="004F75C6">
            <w:pPr>
              <w:rPr>
                <w:sz w:val="24"/>
                <w:szCs w:val="24"/>
              </w:rPr>
            </w:pPr>
            <w:r w:rsidRPr="00706586">
              <w:rPr>
                <w:sz w:val="24"/>
                <w:szCs w:val="24"/>
              </w:rPr>
              <w:t>31</w:t>
            </w:r>
          </w:p>
        </w:tc>
        <w:tc>
          <w:tcPr>
            <w:tcW w:w="1732" w:type="dxa"/>
            <w:tcBorders>
              <w:top w:val="single" w:sz="4" w:space="0" w:color="8A6DB0"/>
              <w:left w:val="single" w:sz="4" w:space="0" w:color="8A6DB0"/>
              <w:bottom w:val="single" w:sz="4" w:space="0" w:color="8A6DB0"/>
              <w:right w:val="single" w:sz="4" w:space="0" w:color="8A6DB0"/>
            </w:tcBorders>
          </w:tcPr>
          <w:p w14:paraId="7906D518" w14:textId="77777777" w:rsidR="001C5DA9" w:rsidRPr="00706586" w:rsidRDefault="004F75C6">
            <w:pPr>
              <w:rPr>
                <w:sz w:val="24"/>
                <w:szCs w:val="24"/>
              </w:rPr>
            </w:pPr>
            <w:r w:rsidRPr="00706586">
              <w:rPr>
                <w:sz w:val="24"/>
                <w:szCs w:val="24"/>
              </w:rPr>
              <w:t>Bài 22. Hydrogen halide. Muối halide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1629EA30"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6109FFA3" w14:textId="77777777" w:rsidR="001C5DA9" w:rsidRPr="00706586" w:rsidRDefault="004F75C6">
            <w:pPr>
              <w:rPr>
                <w:sz w:val="24"/>
                <w:szCs w:val="24"/>
              </w:rPr>
            </w:pPr>
            <w:r w:rsidRPr="00706586">
              <w:rPr>
                <w:sz w:val="24"/>
                <w:szCs w:val="24"/>
              </w:rPr>
              <w:t>Vận dụng: Thực hiện được thí nghiệm phân biệt các ion F–, Cl–, Br–, I– bằng cách cho dung dịch Silver nitrate vào dung dịch muối của chúng.</w:t>
            </w:r>
          </w:p>
        </w:tc>
        <w:tc>
          <w:tcPr>
            <w:tcW w:w="1807" w:type="dxa"/>
            <w:tcBorders>
              <w:top w:val="single" w:sz="4" w:space="0" w:color="8A6DB0"/>
              <w:left w:val="single" w:sz="4" w:space="0" w:color="8A6DB0"/>
              <w:bottom w:val="single" w:sz="4" w:space="0" w:color="8A6DB0"/>
              <w:right w:val="single" w:sz="4" w:space="0" w:color="8A6DB0"/>
            </w:tcBorders>
          </w:tcPr>
          <w:p w14:paraId="57A10600" w14:textId="77777777" w:rsidR="001C5DA9" w:rsidRPr="00706586" w:rsidRDefault="004F75C6">
            <w:pPr>
              <w:rPr>
                <w:sz w:val="24"/>
                <w:szCs w:val="24"/>
              </w:rPr>
            </w:pPr>
            <w:r w:rsidRPr="00706586">
              <w:rPr>
                <w:sz w:val="24"/>
                <w:szCs w:val="24"/>
              </w:rPr>
              <w:t>– Dụng cụ thí nghiệm: ống nghiệm, kẹp gỗ, panh, cốc. – Hóa chất: dung dịch NaF, NaCl, NaBr, NaI, AgNO3.</w:t>
            </w:r>
          </w:p>
        </w:tc>
        <w:tc>
          <w:tcPr>
            <w:tcW w:w="3153" w:type="dxa"/>
            <w:tcBorders>
              <w:top w:val="single" w:sz="4" w:space="0" w:color="8A6DB0"/>
              <w:left w:val="single" w:sz="4" w:space="0" w:color="8A6DB0"/>
              <w:bottom w:val="single" w:sz="4" w:space="0" w:color="8A6DB0"/>
              <w:right w:val="single" w:sz="4" w:space="0" w:color="8A6DB0"/>
            </w:tcBorders>
          </w:tcPr>
          <w:p w14:paraId="57701C85" w14:textId="77777777" w:rsidR="001C5DA9" w:rsidRPr="00706586" w:rsidRDefault="004F75C6">
            <w:pPr>
              <w:rPr>
                <w:sz w:val="24"/>
                <w:szCs w:val="24"/>
              </w:rPr>
            </w:pPr>
            <w:r w:rsidRPr="00706586">
              <w:rPr>
                <w:sz w:val="24"/>
                <w:szCs w:val="24"/>
              </w:rPr>
              <w:t>– Sử dụng thiết bị kĩ thuật số: Xem video thí nghiệm (nếu không đủ điều kiện thí nghiệm thật).</w:t>
            </w:r>
          </w:p>
        </w:tc>
        <w:tc>
          <w:tcPr>
            <w:tcW w:w="1418" w:type="dxa"/>
            <w:tcBorders>
              <w:top w:val="single" w:sz="4" w:space="0" w:color="8A6DB0"/>
              <w:left w:val="single" w:sz="4" w:space="0" w:color="8A6DB0"/>
              <w:bottom w:val="single" w:sz="4" w:space="0" w:color="8A6DB0"/>
              <w:right w:val="single" w:sz="4" w:space="0" w:color="8A6DB0"/>
            </w:tcBorders>
          </w:tcPr>
          <w:p w14:paraId="0302F116" w14:textId="77777777" w:rsidR="001C5DA9" w:rsidRPr="00706586" w:rsidRDefault="004F75C6">
            <w:pPr>
              <w:rPr>
                <w:sz w:val="24"/>
                <w:szCs w:val="24"/>
              </w:rPr>
            </w:pPr>
            <w:r w:rsidRPr="00706586">
              <w:rPr>
                <w:sz w:val="24"/>
                <w:szCs w:val="24"/>
              </w:rPr>
              <w:t>1.1NC1a; 1.3NC1b; 5.1NC1b</w:t>
            </w:r>
          </w:p>
        </w:tc>
      </w:tr>
      <w:tr w:rsidR="003458F8" w:rsidRPr="00706586" w14:paraId="71C92CD1"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29F8D2C4" w14:textId="77777777" w:rsidR="001C5DA9" w:rsidRPr="00706586" w:rsidRDefault="004F75C6">
            <w:pPr>
              <w:rPr>
                <w:sz w:val="24"/>
                <w:szCs w:val="24"/>
              </w:rPr>
            </w:pPr>
            <w:r w:rsidRPr="00706586">
              <w:rPr>
                <w:sz w:val="24"/>
                <w:szCs w:val="24"/>
              </w:rPr>
              <w:t>92</w:t>
            </w:r>
          </w:p>
        </w:tc>
        <w:tc>
          <w:tcPr>
            <w:tcW w:w="709" w:type="dxa"/>
            <w:tcBorders>
              <w:top w:val="single" w:sz="4" w:space="0" w:color="8A6DB0"/>
              <w:left w:val="single" w:sz="4" w:space="0" w:color="8A6DB0"/>
              <w:bottom w:val="single" w:sz="4" w:space="0" w:color="8A6DB0"/>
              <w:right w:val="single" w:sz="4" w:space="0" w:color="8A6DB0"/>
            </w:tcBorders>
            <w:vAlign w:val="center"/>
          </w:tcPr>
          <w:p w14:paraId="49BA7F12"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12A9B586" w14:textId="77777777" w:rsidR="001C5DA9" w:rsidRPr="00706586" w:rsidRDefault="004F75C6">
            <w:pPr>
              <w:rPr>
                <w:sz w:val="24"/>
                <w:szCs w:val="24"/>
              </w:rPr>
            </w:pPr>
            <w:r w:rsidRPr="00706586">
              <w:rPr>
                <w:sz w:val="24"/>
                <w:szCs w:val="24"/>
              </w:rPr>
              <w:t>31</w:t>
            </w:r>
          </w:p>
        </w:tc>
        <w:tc>
          <w:tcPr>
            <w:tcW w:w="1732" w:type="dxa"/>
            <w:tcBorders>
              <w:top w:val="single" w:sz="4" w:space="0" w:color="8A6DB0"/>
              <w:left w:val="single" w:sz="4" w:space="0" w:color="8A6DB0"/>
              <w:bottom w:val="single" w:sz="4" w:space="0" w:color="8A6DB0"/>
              <w:right w:val="single" w:sz="4" w:space="0" w:color="8A6DB0"/>
            </w:tcBorders>
          </w:tcPr>
          <w:p w14:paraId="13A5A34F" w14:textId="77777777" w:rsidR="001C5DA9" w:rsidRPr="00706586" w:rsidRDefault="004F75C6">
            <w:pPr>
              <w:rPr>
                <w:sz w:val="24"/>
                <w:szCs w:val="24"/>
              </w:rPr>
            </w:pPr>
            <w:r w:rsidRPr="00706586">
              <w:rPr>
                <w:sz w:val="24"/>
                <w:szCs w:val="24"/>
              </w:rPr>
              <w:t>Bài 22. Hydrogen halide. Muối halide (tiết 3)</w:t>
            </w:r>
          </w:p>
        </w:tc>
        <w:tc>
          <w:tcPr>
            <w:tcW w:w="647" w:type="dxa"/>
            <w:tcBorders>
              <w:top w:val="single" w:sz="4" w:space="0" w:color="8A6DB0"/>
              <w:left w:val="single" w:sz="4" w:space="0" w:color="8A6DB0"/>
              <w:bottom w:val="single" w:sz="4" w:space="0" w:color="8A6DB0"/>
              <w:right w:val="single" w:sz="4" w:space="0" w:color="8A6DB0"/>
            </w:tcBorders>
            <w:vAlign w:val="center"/>
          </w:tcPr>
          <w:p w14:paraId="5476C811"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6BE6211F" w14:textId="77777777" w:rsidR="001C5DA9" w:rsidRPr="00706586" w:rsidRDefault="004F75C6">
            <w:pPr>
              <w:rPr>
                <w:sz w:val="24"/>
                <w:szCs w:val="24"/>
              </w:rPr>
            </w:pPr>
            <w:r w:rsidRPr="00706586">
              <w:rPr>
                <w:sz w:val="24"/>
                <w:szCs w:val="24"/>
              </w:rPr>
              <w:t>Vận dụng: Nhận xét (từ bảng dữ liệu về nhiệt độ sôi) và giải thích được xu hướng biến đổi nhiệt độ sôi của các hydrogen halide từ HCl tới HI dựa vào tương tác van der Waals. Giải thích được sự bất thường về nhiệt độ sôi của HF so với các HX khác.</w:t>
            </w:r>
          </w:p>
        </w:tc>
        <w:tc>
          <w:tcPr>
            <w:tcW w:w="1807" w:type="dxa"/>
            <w:tcBorders>
              <w:top w:val="single" w:sz="4" w:space="0" w:color="8A6DB0"/>
              <w:left w:val="single" w:sz="4" w:space="0" w:color="8A6DB0"/>
              <w:bottom w:val="single" w:sz="4" w:space="0" w:color="8A6DB0"/>
              <w:right w:val="single" w:sz="4" w:space="0" w:color="8A6DB0"/>
            </w:tcBorders>
          </w:tcPr>
          <w:p w14:paraId="76918025" w14:textId="77777777" w:rsidR="001C5DA9" w:rsidRPr="00706586" w:rsidRDefault="004F75C6">
            <w:pPr>
              <w:rPr>
                <w:sz w:val="24"/>
                <w:szCs w:val="24"/>
              </w:rPr>
            </w:pPr>
            <w:r w:rsidRPr="00706586">
              <w:rPr>
                <w:sz w:val="24"/>
                <w:szCs w:val="24"/>
              </w:rPr>
              <w:t>– Bảng dữ liệu nhiệt độ sôi của các hydrogen halide.</w:t>
            </w:r>
          </w:p>
        </w:tc>
        <w:tc>
          <w:tcPr>
            <w:tcW w:w="3153" w:type="dxa"/>
            <w:tcBorders>
              <w:top w:val="single" w:sz="4" w:space="0" w:color="8A6DB0"/>
              <w:left w:val="single" w:sz="4" w:space="0" w:color="8A6DB0"/>
              <w:bottom w:val="single" w:sz="4" w:space="0" w:color="8A6DB0"/>
              <w:right w:val="single" w:sz="4" w:space="0" w:color="8A6DB0"/>
            </w:tcBorders>
          </w:tcPr>
          <w:p w14:paraId="46EDFC35" w14:textId="77777777" w:rsidR="001C5DA9" w:rsidRPr="00706586" w:rsidRDefault="004F75C6">
            <w:pPr>
              <w:rPr>
                <w:sz w:val="24"/>
                <w:szCs w:val="24"/>
              </w:rPr>
            </w:pPr>
            <w:r w:rsidRPr="00706586">
              <w:rPr>
                <w:sz w:val="24"/>
                <w:szCs w:val="24"/>
              </w:rPr>
              <w:t>– Kĩ năng về thông tin và dữ liệu: Phân tích dữ liệu từ bảng để nhận xét xu hướng.</w:t>
            </w:r>
          </w:p>
        </w:tc>
        <w:tc>
          <w:tcPr>
            <w:tcW w:w="1418" w:type="dxa"/>
            <w:tcBorders>
              <w:top w:val="single" w:sz="4" w:space="0" w:color="8A6DB0"/>
              <w:left w:val="single" w:sz="4" w:space="0" w:color="8A6DB0"/>
              <w:bottom w:val="single" w:sz="4" w:space="0" w:color="8A6DB0"/>
              <w:right w:val="single" w:sz="4" w:space="0" w:color="8A6DB0"/>
            </w:tcBorders>
          </w:tcPr>
          <w:p w14:paraId="32F16555" w14:textId="77777777" w:rsidR="001C5DA9" w:rsidRPr="00706586" w:rsidRDefault="004F75C6">
            <w:pPr>
              <w:rPr>
                <w:sz w:val="24"/>
                <w:szCs w:val="24"/>
              </w:rPr>
            </w:pPr>
            <w:r w:rsidRPr="00706586">
              <w:rPr>
                <w:sz w:val="24"/>
                <w:szCs w:val="24"/>
              </w:rPr>
              <w:t>1.1NC1a; 1.3NC1b; 5.1NC1b</w:t>
            </w:r>
          </w:p>
        </w:tc>
      </w:tr>
      <w:tr w:rsidR="003458F8" w:rsidRPr="00706586" w14:paraId="1C46B4CF"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4DC93DF1" w14:textId="77777777" w:rsidR="001C5DA9" w:rsidRPr="00706586" w:rsidRDefault="004F75C6">
            <w:pPr>
              <w:rPr>
                <w:sz w:val="24"/>
                <w:szCs w:val="24"/>
              </w:rPr>
            </w:pPr>
            <w:r w:rsidRPr="00706586">
              <w:rPr>
                <w:sz w:val="24"/>
                <w:szCs w:val="24"/>
              </w:rPr>
              <w:t>93</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3C5A35AC"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6BC9C945" w14:textId="77777777" w:rsidR="001C5DA9" w:rsidRPr="00706586" w:rsidRDefault="004F75C6">
            <w:pPr>
              <w:rPr>
                <w:sz w:val="24"/>
                <w:szCs w:val="24"/>
              </w:rPr>
            </w:pPr>
            <w:r w:rsidRPr="00706586">
              <w:rPr>
                <w:sz w:val="24"/>
                <w:szCs w:val="24"/>
              </w:rPr>
              <w:t>31</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373B4857" w14:textId="77777777" w:rsidR="001C5DA9" w:rsidRPr="00706586" w:rsidRDefault="004F75C6">
            <w:pPr>
              <w:rPr>
                <w:sz w:val="24"/>
                <w:szCs w:val="24"/>
              </w:rPr>
            </w:pPr>
            <w:r w:rsidRPr="00706586">
              <w:rPr>
                <w:sz w:val="24"/>
                <w:szCs w:val="24"/>
              </w:rPr>
              <w:t>CĐ2(Bài 7). Hóa học về phản ứng cháy, nổ (tiết 2)</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7852F736"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21E2C902" w14:textId="77777777" w:rsidR="001C5DA9" w:rsidRPr="00706586" w:rsidRDefault="004F75C6">
            <w:pPr>
              <w:rPr>
                <w:sz w:val="24"/>
                <w:szCs w:val="24"/>
              </w:rPr>
            </w:pPr>
            <w:r w:rsidRPr="00706586">
              <w:rPr>
                <w:sz w:val="24"/>
                <w:szCs w:val="24"/>
              </w:rPr>
              <w:t>Vận dụng: Tính được ΔrHo một số phản ứng cháy, nổ (theo ΔfHo hoặc năng lượng liên kết) để dự đoán mức độ mãnh liệt của phản ứng cháy, nổ. Tính được sự thay đổi của tốc độ phản ứng cháy, “tốc độ phản ứng hô hấp” theo giả định về sự phụ thuộc vào nồng độ O2.</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144604E8" w14:textId="77777777" w:rsidR="001C5DA9" w:rsidRPr="00706586" w:rsidRDefault="004F75C6">
            <w:pPr>
              <w:rPr>
                <w:sz w:val="24"/>
                <w:szCs w:val="24"/>
              </w:rPr>
            </w:pPr>
            <w:r w:rsidRPr="00706586">
              <w:rPr>
                <w:sz w:val="24"/>
                <w:szCs w:val="24"/>
              </w:rPr>
              <w:t>– Phiếu học tập, bảng số liệu ΔfHo, năng lượng liên kết.</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5D36EE14" w14:textId="77777777" w:rsidR="001C5DA9" w:rsidRPr="00706586" w:rsidRDefault="004F75C6">
            <w:pPr>
              <w:rPr>
                <w:sz w:val="24"/>
                <w:szCs w:val="24"/>
              </w:rPr>
            </w:pPr>
            <w:r w:rsidRPr="00706586">
              <w:rPr>
                <w:sz w:val="24"/>
                <w:szCs w:val="24"/>
              </w:rPr>
              <w:t>– Giải quyết vấn đề: Vận dụng kiến thức để giải thích và dự đoán mức độ cháy nổ.</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1F585F24" w14:textId="77777777" w:rsidR="001C5DA9" w:rsidRPr="00706586" w:rsidRDefault="004F75C6">
            <w:pPr>
              <w:rPr>
                <w:sz w:val="24"/>
                <w:szCs w:val="24"/>
              </w:rPr>
            </w:pPr>
            <w:r w:rsidRPr="00706586">
              <w:rPr>
                <w:sz w:val="24"/>
                <w:szCs w:val="24"/>
              </w:rPr>
              <w:t>1.3NC1a; 1.1NC1a; 5.1NC1b</w:t>
            </w:r>
          </w:p>
        </w:tc>
      </w:tr>
      <w:tr w:rsidR="003458F8" w:rsidRPr="00706586" w14:paraId="7AC1AD8D"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5F931CAC" w14:textId="77777777" w:rsidR="001C5DA9" w:rsidRPr="00706586" w:rsidRDefault="004F75C6">
            <w:pPr>
              <w:rPr>
                <w:sz w:val="24"/>
                <w:szCs w:val="24"/>
              </w:rPr>
            </w:pPr>
            <w:r w:rsidRPr="00706586">
              <w:rPr>
                <w:sz w:val="24"/>
                <w:szCs w:val="24"/>
              </w:rPr>
              <w:t>94</w:t>
            </w:r>
          </w:p>
        </w:tc>
        <w:tc>
          <w:tcPr>
            <w:tcW w:w="709" w:type="dxa"/>
            <w:tcBorders>
              <w:top w:val="single" w:sz="4" w:space="0" w:color="8A6DB0"/>
              <w:left w:val="single" w:sz="4" w:space="0" w:color="8A6DB0"/>
              <w:bottom w:val="single" w:sz="4" w:space="0" w:color="8A6DB0"/>
              <w:right w:val="single" w:sz="4" w:space="0" w:color="8A6DB0"/>
            </w:tcBorders>
            <w:vAlign w:val="center"/>
          </w:tcPr>
          <w:p w14:paraId="29BFEA85"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4294C9B5" w14:textId="77777777" w:rsidR="001C5DA9" w:rsidRPr="00706586" w:rsidRDefault="004F75C6">
            <w:pPr>
              <w:rPr>
                <w:sz w:val="24"/>
                <w:szCs w:val="24"/>
              </w:rPr>
            </w:pPr>
            <w:r w:rsidRPr="00706586">
              <w:rPr>
                <w:sz w:val="24"/>
                <w:szCs w:val="24"/>
              </w:rPr>
              <w:t>32</w:t>
            </w:r>
          </w:p>
        </w:tc>
        <w:tc>
          <w:tcPr>
            <w:tcW w:w="1732" w:type="dxa"/>
            <w:tcBorders>
              <w:top w:val="single" w:sz="4" w:space="0" w:color="8A6DB0"/>
              <w:left w:val="single" w:sz="4" w:space="0" w:color="8A6DB0"/>
              <w:bottom w:val="single" w:sz="4" w:space="0" w:color="8A6DB0"/>
              <w:right w:val="single" w:sz="4" w:space="0" w:color="8A6DB0"/>
            </w:tcBorders>
          </w:tcPr>
          <w:p w14:paraId="610AF2FA" w14:textId="77777777" w:rsidR="001C5DA9" w:rsidRPr="00706586" w:rsidRDefault="004F75C6">
            <w:pPr>
              <w:rPr>
                <w:sz w:val="24"/>
                <w:szCs w:val="24"/>
              </w:rPr>
            </w:pPr>
            <w:r w:rsidRPr="00706586">
              <w:rPr>
                <w:sz w:val="24"/>
                <w:szCs w:val="24"/>
              </w:rPr>
              <w:t>Bài 22. Hydrogen halide. Muối halide (tiết 4)</w:t>
            </w:r>
          </w:p>
        </w:tc>
        <w:tc>
          <w:tcPr>
            <w:tcW w:w="647" w:type="dxa"/>
            <w:tcBorders>
              <w:top w:val="single" w:sz="4" w:space="0" w:color="8A6DB0"/>
              <w:left w:val="single" w:sz="4" w:space="0" w:color="8A6DB0"/>
              <w:bottom w:val="single" w:sz="4" w:space="0" w:color="8A6DB0"/>
              <w:right w:val="single" w:sz="4" w:space="0" w:color="8A6DB0"/>
            </w:tcBorders>
            <w:vAlign w:val="center"/>
          </w:tcPr>
          <w:p w14:paraId="7C1852EF"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4C328D2A" w14:textId="77777777" w:rsidR="001C5DA9" w:rsidRPr="00706586" w:rsidRDefault="004F75C6">
            <w:pPr>
              <w:rPr>
                <w:sz w:val="24"/>
                <w:szCs w:val="24"/>
              </w:rPr>
            </w:pPr>
            <w:r w:rsidRPr="00706586">
              <w:rPr>
                <w:sz w:val="24"/>
                <w:szCs w:val="24"/>
              </w:rPr>
              <w:t>Vận dụng: Trình bày được tính khử của các ion halide (Cl–, Br–, I–) thông qua phản ứng với chất oxi hoá là sulfuric acid đặc.</w:t>
            </w:r>
          </w:p>
        </w:tc>
        <w:tc>
          <w:tcPr>
            <w:tcW w:w="1807" w:type="dxa"/>
            <w:tcBorders>
              <w:top w:val="single" w:sz="4" w:space="0" w:color="8A6DB0"/>
              <w:left w:val="single" w:sz="4" w:space="0" w:color="8A6DB0"/>
              <w:bottom w:val="single" w:sz="4" w:space="0" w:color="8A6DB0"/>
              <w:right w:val="single" w:sz="4" w:space="0" w:color="8A6DB0"/>
            </w:tcBorders>
          </w:tcPr>
          <w:p w14:paraId="4A5E654A" w14:textId="77777777" w:rsidR="001C5DA9" w:rsidRPr="00706586" w:rsidRDefault="004F75C6">
            <w:pPr>
              <w:rPr>
                <w:sz w:val="24"/>
                <w:szCs w:val="24"/>
              </w:rPr>
            </w:pPr>
            <w:r w:rsidRPr="00706586">
              <w:rPr>
                <w:sz w:val="24"/>
                <w:szCs w:val="24"/>
              </w:rPr>
              <w:t>– Học liệu: bảng tuần hoàn; dụng cụ, hóa chất thí nghiệm.</w:t>
            </w:r>
          </w:p>
        </w:tc>
        <w:tc>
          <w:tcPr>
            <w:tcW w:w="3153" w:type="dxa"/>
            <w:tcBorders>
              <w:top w:val="single" w:sz="4" w:space="0" w:color="8A6DB0"/>
              <w:left w:val="single" w:sz="4" w:space="0" w:color="8A6DB0"/>
              <w:bottom w:val="single" w:sz="4" w:space="0" w:color="8A6DB0"/>
              <w:right w:val="single" w:sz="4" w:space="0" w:color="8A6DB0"/>
            </w:tcBorders>
          </w:tcPr>
          <w:p w14:paraId="2260AA57" w14:textId="77777777" w:rsidR="001C5DA9" w:rsidRPr="00706586" w:rsidRDefault="004F75C6">
            <w:pPr>
              <w:rPr>
                <w:sz w:val="24"/>
                <w:szCs w:val="24"/>
              </w:rPr>
            </w:pPr>
            <w:r w:rsidRPr="00706586">
              <w:rPr>
                <w:sz w:val="24"/>
                <w:szCs w:val="24"/>
              </w:rPr>
              <w:t>– Giải quyết vấn đề: Vận dụng kiến thức để giải thích hiện tượng.</w:t>
            </w:r>
          </w:p>
        </w:tc>
        <w:tc>
          <w:tcPr>
            <w:tcW w:w="1418" w:type="dxa"/>
            <w:tcBorders>
              <w:top w:val="single" w:sz="4" w:space="0" w:color="8A6DB0"/>
              <w:left w:val="single" w:sz="4" w:space="0" w:color="8A6DB0"/>
              <w:bottom w:val="single" w:sz="4" w:space="0" w:color="8A6DB0"/>
              <w:right w:val="single" w:sz="4" w:space="0" w:color="8A6DB0"/>
            </w:tcBorders>
          </w:tcPr>
          <w:p w14:paraId="71739901" w14:textId="77777777" w:rsidR="001C5DA9" w:rsidRPr="00706586" w:rsidRDefault="004F75C6">
            <w:pPr>
              <w:rPr>
                <w:sz w:val="24"/>
                <w:szCs w:val="24"/>
              </w:rPr>
            </w:pPr>
            <w:r w:rsidRPr="00706586">
              <w:rPr>
                <w:sz w:val="24"/>
                <w:szCs w:val="24"/>
              </w:rPr>
              <w:t>1.1NC1a; 1.3NC1b; 5.1NC1b</w:t>
            </w:r>
          </w:p>
        </w:tc>
      </w:tr>
      <w:tr w:rsidR="003458F8" w:rsidRPr="00706586" w14:paraId="5C3B2B09"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732BF387" w14:textId="77777777" w:rsidR="001C5DA9" w:rsidRPr="00706586" w:rsidRDefault="004F75C6">
            <w:pPr>
              <w:rPr>
                <w:sz w:val="24"/>
                <w:szCs w:val="24"/>
              </w:rPr>
            </w:pPr>
            <w:r w:rsidRPr="00706586">
              <w:rPr>
                <w:sz w:val="24"/>
                <w:szCs w:val="24"/>
              </w:rPr>
              <w:t>95</w:t>
            </w:r>
          </w:p>
        </w:tc>
        <w:tc>
          <w:tcPr>
            <w:tcW w:w="709" w:type="dxa"/>
            <w:tcBorders>
              <w:top w:val="single" w:sz="4" w:space="0" w:color="8A6DB0"/>
              <w:left w:val="single" w:sz="4" w:space="0" w:color="8A6DB0"/>
              <w:bottom w:val="single" w:sz="4" w:space="0" w:color="8A6DB0"/>
              <w:right w:val="single" w:sz="4" w:space="0" w:color="8A6DB0"/>
            </w:tcBorders>
            <w:vAlign w:val="center"/>
          </w:tcPr>
          <w:p w14:paraId="782A853D"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12467777" w14:textId="77777777" w:rsidR="001C5DA9" w:rsidRPr="00706586" w:rsidRDefault="004F75C6">
            <w:pPr>
              <w:rPr>
                <w:sz w:val="24"/>
                <w:szCs w:val="24"/>
              </w:rPr>
            </w:pPr>
            <w:r w:rsidRPr="00706586">
              <w:rPr>
                <w:sz w:val="24"/>
                <w:szCs w:val="24"/>
              </w:rPr>
              <w:t>32</w:t>
            </w:r>
          </w:p>
        </w:tc>
        <w:tc>
          <w:tcPr>
            <w:tcW w:w="1732" w:type="dxa"/>
            <w:tcBorders>
              <w:top w:val="single" w:sz="4" w:space="0" w:color="8A6DB0"/>
              <w:left w:val="single" w:sz="4" w:space="0" w:color="8A6DB0"/>
              <w:bottom w:val="single" w:sz="4" w:space="0" w:color="8A6DB0"/>
              <w:right w:val="single" w:sz="4" w:space="0" w:color="8A6DB0"/>
            </w:tcBorders>
          </w:tcPr>
          <w:p w14:paraId="3461BEE9" w14:textId="77777777" w:rsidR="001C5DA9" w:rsidRPr="00706586" w:rsidRDefault="004F75C6">
            <w:pPr>
              <w:rPr>
                <w:sz w:val="24"/>
                <w:szCs w:val="24"/>
              </w:rPr>
            </w:pPr>
            <w:r w:rsidRPr="00706586">
              <w:rPr>
                <w:sz w:val="24"/>
                <w:szCs w:val="24"/>
              </w:rPr>
              <w:t>Ôn tập chương 7 (tiết 1)</w:t>
            </w:r>
          </w:p>
        </w:tc>
        <w:tc>
          <w:tcPr>
            <w:tcW w:w="647" w:type="dxa"/>
            <w:tcBorders>
              <w:top w:val="single" w:sz="4" w:space="0" w:color="8A6DB0"/>
              <w:left w:val="single" w:sz="4" w:space="0" w:color="8A6DB0"/>
              <w:bottom w:val="single" w:sz="4" w:space="0" w:color="8A6DB0"/>
              <w:right w:val="single" w:sz="4" w:space="0" w:color="8A6DB0"/>
            </w:tcBorders>
            <w:vAlign w:val="center"/>
          </w:tcPr>
          <w:p w14:paraId="24E5D0B4"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1F845DFD" w14:textId="77777777" w:rsidR="001C5DA9" w:rsidRPr="00706586" w:rsidRDefault="004F75C6">
            <w:pPr>
              <w:rPr>
                <w:sz w:val="24"/>
                <w:szCs w:val="24"/>
              </w:rPr>
            </w:pPr>
            <w:r w:rsidRPr="00706586">
              <w:rPr>
                <w:sz w:val="24"/>
                <w:szCs w:val="24"/>
              </w:rPr>
              <w:t>– Hệ thống hóa được kiến thức chương 7; sử dụng kiến thức đã học hoàn thành được các bài tập trong phần luyện tập của bài 22.</w:t>
            </w:r>
          </w:p>
        </w:tc>
        <w:tc>
          <w:tcPr>
            <w:tcW w:w="1807" w:type="dxa"/>
            <w:tcBorders>
              <w:top w:val="single" w:sz="4" w:space="0" w:color="8A6DB0"/>
              <w:left w:val="single" w:sz="4" w:space="0" w:color="8A6DB0"/>
              <w:bottom w:val="single" w:sz="4" w:space="0" w:color="8A6DB0"/>
              <w:right w:val="single" w:sz="4" w:space="0" w:color="8A6DB0"/>
            </w:tcBorders>
          </w:tcPr>
          <w:p w14:paraId="34166929" w14:textId="77777777" w:rsidR="001C5DA9" w:rsidRPr="00706586" w:rsidRDefault="004F75C6">
            <w:pPr>
              <w:rPr>
                <w:sz w:val="24"/>
                <w:szCs w:val="24"/>
              </w:rPr>
            </w:pPr>
            <w:r w:rsidRPr="00706586">
              <w:rPr>
                <w:sz w:val="24"/>
                <w:szCs w:val="24"/>
              </w:rPr>
              <w:t>– Sơ đồ tư duy. – Phiếu học tập.</w:t>
            </w:r>
          </w:p>
        </w:tc>
        <w:tc>
          <w:tcPr>
            <w:tcW w:w="3153" w:type="dxa"/>
            <w:tcBorders>
              <w:top w:val="single" w:sz="4" w:space="0" w:color="8A6DB0"/>
              <w:left w:val="single" w:sz="4" w:space="0" w:color="8A6DB0"/>
              <w:bottom w:val="single" w:sz="4" w:space="0" w:color="8A6DB0"/>
              <w:right w:val="single" w:sz="4" w:space="0" w:color="8A6DB0"/>
            </w:tcBorders>
          </w:tcPr>
          <w:p w14:paraId="5ACD10DA" w14:textId="77777777" w:rsidR="001C5DA9" w:rsidRPr="00706586" w:rsidRDefault="004F75C6">
            <w:pPr>
              <w:rPr>
                <w:sz w:val="24"/>
                <w:szCs w:val="24"/>
              </w:rPr>
            </w:pPr>
            <w:r w:rsidRPr="00706586">
              <w:rPr>
                <w:sz w:val="24"/>
                <w:szCs w:val="24"/>
              </w:rPr>
              <w:t xml:space="preserve">– Tạo sản phẩm số: Xây dựng sơ đồ tư duy số. – Kĩ năng về thông tin và dữ liệu: Quản lý </w:t>
            </w:r>
            <w:r w:rsidRPr="00706586">
              <w:rPr>
                <w:sz w:val="24"/>
                <w:szCs w:val="24"/>
              </w:rPr>
              <w:lastRenderedPageBreak/>
              <w:t>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080C5590" w14:textId="77777777" w:rsidR="001C5DA9" w:rsidRPr="00706586" w:rsidRDefault="004F75C6">
            <w:pPr>
              <w:rPr>
                <w:sz w:val="24"/>
                <w:szCs w:val="24"/>
              </w:rPr>
            </w:pPr>
            <w:r w:rsidRPr="00706586">
              <w:rPr>
                <w:sz w:val="24"/>
                <w:szCs w:val="24"/>
              </w:rPr>
              <w:lastRenderedPageBreak/>
              <w:t>3.1NC1b; 1.3NC1a</w:t>
            </w:r>
          </w:p>
        </w:tc>
      </w:tr>
      <w:tr w:rsidR="003458F8" w:rsidRPr="00706586" w14:paraId="0E9331E0"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64EEDB2C" w14:textId="77777777" w:rsidR="001C5DA9" w:rsidRPr="00706586" w:rsidRDefault="004F75C6">
            <w:pPr>
              <w:rPr>
                <w:sz w:val="24"/>
                <w:szCs w:val="24"/>
              </w:rPr>
            </w:pPr>
            <w:r w:rsidRPr="00706586">
              <w:rPr>
                <w:sz w:val="24"/>
                <w:szCs w:val="24"/>
              </w:rPr>
              <w:t>96</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3A5B1E32"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54A23DA1" w14:textId="77777777" w:rsidR="001C5DA9" w:rsidRPr="00706586" w:rsidRDefault="004F75C6">
            <w:pPr>
              <w:rPr>
                <w:sz w:val="24"/>
                <w:szCs w:val="24"/>
              </w:rPr>
            </w:pPr>
            <w:r w:rsidRPr="00706586">
              <w:rPr>
                <w:sz w:val="24"/>
                <w:szCs w:val="24"/>
              </w:rPr>
              <w:t>32</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6F231EAE" w14:textId="77777777" w:rsidR="001C5DA9" w:rsidRPr="00706586" w:rsidRDefault="004F75C6">
            <w:pPr>
              <w:rPr>
                <w:sz w:val="24"/>
                <w:szCs w:val="24"/>
              </w:rPr>
            </w:pPr>
            <w:r w:rsidRPr="00706586">
              <w:rPr>
                <w:sz w:val="24"/>
                <w:szCs w:val="24"/>
              </w:rPr>
              <w:t>CĐ2(Bài 8). Phòng chống cháy, nổ (tiết 1)</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315CE735"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541EA89B" w14:textId="77777777" w:rsidR="001C5DA9" w:rsidRPr="00706586" w:rsidRDefault="004F75C6">
            <w:pPr>
              <w:rPr>
                <w:sz w:val="24"/>
                <w:szCs w:val="24"/>
              </w:rPr>
            </w:pPr>
            <w:r w:rsidRPr="00706586">
              <w:rPr>
                <w:sz w:val="24"/>
                <w:szCs w:val="24"/>
              </w:rPr>
              <w:t>Nhận biết: Nêu được các nguyên tắc chữa cháy (làm giảm tốc độ phản ứng cháy) dựa vào các yếu tố ảnh hưởng đến tốc độ phản ứng hoá học. Thông hiểu: Nắm được các nguyên tắc chữa cháy (làm giảm tốc độ phản ứng cháy) dựa vào các yếu tố ảnh hưởng đến tốc độ phản ứng hoá học.</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37371FAC" w14:textId="77777777" w:rsidR="001C5DA9" w:rsidRPr="00706586" w:rsidRDefault="004F75C6">
            <w:pPr>
              <w:rPr>
                <w:sz w:val="24"/>
                <w:szCs w:val="24"/>
              </w:rPr>
            </w:pPr>
            <w:r w:rsidRPr="00706586">
              <w:rPr>
                <w:sz w:val="24"/>
                <w:szCs w:val="24"/>
              </w:rPr>
              <w:t>– Bài thu hoạch lấy điểm thường xuyên. –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58C6C966" w14:textId="77777777" w:rsidR="001C5DA9" w:rsidRPr="00706586" w:rsidRDefault="004F75C6">
            <w:pPr>
              <w:rPr>
                <w:sz w:val="24"/>
                <w:szCs w:val="24"/>
              </w:rPr>
            </w:pPr>
            <w:r w:rsidRPr="00706586">
              <w:rPr>
                <w:sz w:val="24"/>
                <w:szCs w:val="24"/>
              </w:rPr>
              <w:t>– Kĩ năng về thông tin và dữ liệu: Tìm kiếm, phân tích thông tin về các nguyên nhân, cách phòng chống và xử lý cháy nổ từ các nguồn số.</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5D292592" w14:textId="77777777" w:rsidR="001C5DA9" w:rsidRPr="00706586" w:rsidRDefault="004F75C6">
            <w:pPr>
              <w:rPr>
                <w:sz w:val="24"/>
                <w:szCs w:val="24"/>
              </w:rPr>
            </w:pPr>
            <w:r w:rsidRPr="00706586">
              <w:rPr>
                <w:sz w:val="24"/>
                <w:szCs w:val="24"/>
              </w:rPr>
              <w:t>1.3NC1b; 2.3NC1a; 4.2NC1a</w:t>
            </w:r>
          </w:p>
        </w:tc>
      </w:tr>
      <w:tr w:rsidR="003458F8" w:rsidRPr="00706586" w14:paraId="2E4AAD9D"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3FED1E10" w14:textId="77777777" w:rsidR="001C5DA9" w:rsidRPr="00706586" w:rsidRDefault="004F75C6">
            <w:pPr>
              <w:rPr>
                <w:sz w:val="24"/>
                <w:szCs w:val="24"/>
              </w:rPr>
            </w:pPr>
            <w:r w:rsidRPr="00706586">
              <w:rPr>
                <w:sz w:val="24"/>
                <w:szCs w:val="24"/>
              </w:rPr>
              <w:t>97</w:t>
            </w:r>
          </w:p>
        </w:tc>
        <w:tc>
          <w:tcPr>
            <w:tcW w:w="709" w:type="dxa"/>
            <w:tcBorders>
              <w:top w:val="single" w:sz="4" w:space="0" w:color="8A6DB0"/>
              <w:left w:val="single" w:sz="4" w:space="0" w:color="8A6DB0"/>
              <w:bottom w:val="single" w:sz="4" w:space="0" w:color="8A6DB0"/>
              <w:right w:val="single" w:sz="4" w:space="0" w:color="8A6DB0"/>
            </w:tcBorders>
            <w:vAlign w:val="center"/>
          </w:tcPr>
          <w:p w14:paraId="06A734CA"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57A0EF37" w14:textId="77777777" w:rsidR="001C5DA9" w:rsidRPr="00706586" w:rsidRDefault="004F75C6">
            <w:pPr>
              <w:rPr>
                <w:sz w:val="24"/>
                <w:szCs w:val="24"/>
              </w:rPr>
            </w:pPr>
            <w:r w:rsidRPr="00706586">
              <w:rPr>
                <w:sz w:val="24"/>
                <w:szCs w:val="24"/>
              </w:rPr>
              <w:t>33</w:t>
            </w:r>
          </w:p>
        </w:tc>
        <w:tc>
          <w:tcPr>
            <w:tcW w:w="1732" w:type="dxa"/>
            <w:tcBorders>
              <w:top w:val="single" w:sz="4" w:space="0" w:color="8A6DB0"/>
              <w:left w:val="single" w:sz="4" w:space="0" w:color="8A6DB0"/>
              <w:bottom w:val="single" w:sz="4" w:space="0" w:color="8A6DB0"/>
              <w:right w:val="single" w:sz="4" w:space="0" w:color="8A6DB0"/>
            </w:tcBorders>
          </w:tcPr>
          <w:p w14:paraId="5405F5E8" w14:textId="77777777" w:rsidR="001C5DA9" w:rsidRPr="00706586" w:rsidRDefault="004F75C6">
            <w:pPr>
              <w:rPr>
                <w:sz w:val="24"/>
                <w:szCs w:val="24"/>
              </w:rPr>
            </w:pPr>
            <w:r w:rsidRPr="00706586">
              <w:rPr>
                <w:sz w:val="24"/>
                <w:szCs w:val="24"/>
              </w:rPr>
              <w:t>Ôn tập chương 7 (tiết 2)</w:t>
            </w:r>
          </w:p>
        </w:tc>
        <w:tc>
          <w:tcPr>
            <w:tcW w:w="647" w:type="dxa"/>
            <w:tcBorders>
              <w:top w:val="single" w:sz="4" w:space="0" w:color="8A6DB0"/>
              <w:left w:val="single" w:sz="4" w:space="0" w:color="8A6DB0"/>
              <w:bottom w:val="single" w:sz="4" w:space="0" w:color="8A6DB0"/>
              <w:right w:val="single" w:sz="4" w:space="0" w:color="8A6DB0"/>
            </w:tcBorders>
            <w:vAlign w:val="center"/>
          </w:tcPr>
          <w:p w14:paraId="03B7B8D3"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3A3A2D93" w14:textId="77777777" w:rsidR="001C5DA9" w:rsidRPr="00706586" w:rsidRDefault="004F75C6">
            <w:pPr>
              <w:rPr>
                <w:sz w:val="24"/>
                <w:szCs w:val="24"/>
              </w:rPr>
            </w:pPr>
            <w:r w:rsidRPr="00706586">
              <w:rPr>
                <w:sz w:val="24"/>
                <w:szCs w:val="24"/>
              </w:rPr>
              <w:t>– Luyện tập tổng hợp chương 7; kiểm tra thường xuyên.</w:t>
            </w:r>
          </w:p>
        </w:tc>
        <w:tc>
          <w:tcPr>
            <w:tcW w:w="1807" w:type="dxa"/>
            <w:tcBorders>
              <w:top w:val="single" w:sz="4" w:space="0" w:color="8A6DB0"/>
              <w:left w:val="single" w:sz="4" w:space="0" w:color="8A6DB0"/>
              <w:bottom w:val="single" w:sz="4" w:space="0" w:color="8A6DB0"/>
              <w:right w:val="single" w:sz="4" w:space="0" w:color="8A6DB0"/>
            </w:tcBorders>
          </w:tcPr>
          <w:p w14:paraId="64F33FB6" w14:textId="77777777" w:rsidR="001C5DA9" w:rsidRPr="00706586" w:rsidRDefault="004F75C6">
            <w:pPr>
              <w:rPr>
                <w:sz w:val="24"/>
                <w:szCs w:val="24"/>
              </w:rPr>
            </w:pPr>
            <w:r w:rsidRPr="00706586">
              <w:rPr>
                <w:sz w:val="24"/>
                <w:szCs w:val="24"/>
              </w:rPr>
              <w:t>– Phiếu học tập, bài KTTX.</w:t>
            </w:r>
          </w:p>
        </w:tc>
        <w:tc>
          <w:tcPr>
            <w:tcW w:w="3153" w:type="dxa"/>
            <w:tcBorders>
              <w:top w:val="single" w:sz="4" w:space="0" w:color="8A6DB0"/>
              <w:left w:val="single" w:sz="4" w:space="0" w:color="8A6DB0"/>
              <w:bottom w:val="single" w:sz="4" w:space="0" w:color="8A6DB0"/>
              <w:right w:val="single" w:sz="4" w:space="0" w:color="8A6DB0"/>
            </w:tcBorders>
          </w:tcPr>
          <w:p w14:paraId="62E004C1" w14:textId="77777777" w:rsidR="001C5DA9" w:rsidRPr="00706586" w:rsidRDefault="004F75C6">
            <w:pPr>
              <w:rPr>
                <w:sz w:val="24"/>
                <w:szCs w:val="24"/>
              </w:rPr>
            </w:pPr>
            <w:r w:rsidRPr="00706586">
              <w:rPr>
                <w:sz w:val="24"/>
                <w:szCs w:val="24"/>
              </w:rPr>
              <w:t>– Kĩ năng về thông tin và dữ 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47233F92" w14:textId="77777777" w:rsidR="001C5DA9" w:rsidRPr="00706586" w:rsidRDefault="004F75C6">
            <w:pPr>
              <w:rPr>
                <w:sz w:val="24"/>
                <w:szCs w:val="24"/>
              </w:rPr>
            </w:pPr>
            <w:r w:rsidRPr="00706586">
              <w:rPr>
                <w:sz w:val="24"/>
                <w:szCs w:val="24"/>
              </w:rPr>
              <w:t>3.1NC1b; 1.3NC1a</w:t>
            </w:r>
          </w:p>
        </w:tc>
      </w:tr>
      <w:tr w:rsidR="003458F8" w:rsidRPr="00706586" w14:paraId="03B411D5"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01F33741" w14:textId="77777777" w:rsidR="001C5DA9" w:rsidRPr="00706586" w:rsidRDefault="004F75C6">
            <w:pPr>
              <w:rPr>
                <w:sz w:val="24"/>
                <w:szCs w:val="24"/>
              </w:rPr>
            </w:pPr>
            <w:r w:rsidRPr="00706586">
              <w:rPr>
                <w:sz w:val="24"/>
                <w:szCs w:val="24"/>
              </w:rPr>
              <w:t>98</w:t>
            </w:r>
          </w:p>
        </w:tc>
        <w:tc>
          <w:tcPr>
            <w:tcW w:w="709" w:type="dxa"/>
            <w:tcBorders>
              <w:top w:val="single" w:sz="4" w:space="0" w:color="8A6DB0"/>
              <w:left w:val="single" w:sz="4" w:space="0" w:color="8A6DB0"/>
              <w:bottom w:val="single" w:sz="4" w:space="0" w:color="8A6DB0"/>
              <w:right w:val="single" w:sz="4" w:space="0" w:color="8A6DB0"/>
            </w:tcBorders>
            <w:vAlign w:val="center"/>
          </w:tcPr>
          <w:p w14:paraId="6A9B7C92"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6A06E393" w14:textId="77777777" w:rsidR="001C5DA9" w:rsidRPr="00706586" w:rsidRDefault="004F75C6">
            <w:pPr>
              <w:rPr>
                <w:sz w:val="24"/>
                <w:szCs w:val="24"/>
              </w:rPr>
            </w:pPr>
            <w:r w:rsidRPr="00706586">
              <w:rPr>
                <w:sz w:val="24"/>
                <w:szCs w:val="24"/>
              </w:rPr>
              <w:t>33</w:t>
            </w:r>
          </w:p>
        </w:tc>
        <w:tc>
          <w:tcPr>
            <w:tcW w:w="1732" w:type="dxa"/>
            <w:tcBorders>
              <w:top w:val="single" w:sz="4" w:space="0" w:color="8A6DB0"/>
              <w:left w:val="single" w:sz="4" w:space="0" w:color="8A6DB0"/>
              <w:bottom w:val="single" w:sz="4" w:space="0" w:color="8A6DB0"/>
              <w:right w:val="single" w:sz="4" w:space="0" w:color="8A6DB0"/>
            </w:tcBorders>
          </w:tcPr>
          <w:p w14:paraId="25557CE2" w14:textId="77777777" w:rsidR="001C5DA9" w:rsidRPr="00706586" w:rsidRDefault="004F75C6">
            <w:pPr>
              <w:rPr>
                <w:sz w:val="24"/>
                <w:szCs w:val="24"/>
              </w:rPr>
            </w:pPr>
            <w:r w:rsidRPr="00706586">
              <w:rPr>
                <w:sz w:val="24"/>
                <w:szCs w:val="24"/>
              </w:rPr>
              <w:t>Ôn tập chương 7 (Tiết 3)</w:t>
            </w:r>
          </w:p>
        </w:tc>
        <w:tc>
          <w:tcPr>
            <w:tcW w:w="647" w:type="dxa"/>
            <w:tcBorders>
              <w:top w:val="single" w:sz="4" w:space="0" w:color="8A6DB0"/>
              <w:left w:val="single" w:sz="4" w:space="0" w:color="8A6DB0"/>
              <w:bottom w:val="single" w:sz="4" w:space="0" w:color="8A6DB0"/>
              <w:right w:val="single" w:sz="4" w:space="0" w:color="8A6DB0"/>
            </w:tcBorders>
            <w:vAlign w:val="center"/>
          </w:tcPr>
          <w:p w14:paraId="5BA4B4F4"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58BEE016" w14:textId="77777777" w:rsidR="001C5DA9" w:rsidRPr="00706586" w:rsidRDefault="004F75C6">
            <w:pPr>
              <w:rPr>
                <w:sz w:val="24"/>
                <w:szCs w:val="24"/>
              </w:rPr>
            </w:pPr>
            <w:r w:rsidRPr="00706586">
              <w:rPr>
                <w:sz w:val="24"/>
                <w:szCs w:val="24"/>
              </w:rPr>
              <w:t>– Hệ thống hóa được kiến thức chương 7, vận dụng kiến thức đã học làm được các bài tập trong SGK; tổng kết năm học.</w:t>
            </w:r>
          </w:p>
        </w:tc>
        <w:tc>
          <w:tcPr>
            <w:tcW w:w="1807" w:type="dxa"/>
            <w:tcBorders>
              <w:top w:val="single" w:sz="4" w:space="0" w:color="8A6DB0"/>
              <w:left w:val="single" w:sz="4" w:space="0" w:color="8A6DB0"/>
              <w:bottom w:val="single" w:sz="4" w:space="0" w:color="8A6DB0"/>
              <w:right w:val="single" w:sz="4" w:space="0" w:color="8A6DB0"/>
            </w:tcBorders>
          </w:tcPr>
          <w:p w14:paraId="2DA797F7" w14:textId="77777777" w:rsidR="001C5DA9" w:rsidRPr="00706586" w:rsidRDefault="004F75C6">
            <w:pPr>
              <w:rPr>
                <w:sz w:val="24"/>
                <w:szCs w:val="24"/>
              </w:rPr>
            </w:pPr>
            <w:r w:rsidRPr="00706586">
              <w:rPr>
                <w:sz w:val="24"/>
                <w:szCs w:val="24"/>
              </w:rPr>
              <w:t>– Sơ đồ tư duy. – Phiếu học tập.</w:t>
            </w:r>
          </w:p>
        </w:tc>
        <w:tc>
          <w:tcPr>
            <w:tcW w:w="3153" w:type="dxa"/>
            <w:tcBorders>
              <w:top w:val="single" w:sz="4" w:space="0" w:color="8A6DB0"/>
              <w:left w:val="single" w:sz="4" w:space="0" w:color="8A6DB0"/>
              <w:bottom w:val="single" w:sz="4" w:space="0" w:color="8A6DB0"/>
              <w:right w:val="single" w:sz="4" w:space="0" w:color="8A6DB0"/>
            </w:tcBorders>
          </w:tcPr>
          <w:p w14:paraId="117DAEC2" w14:textId="77777777" w:rsidR="001C5DA9" w:rsidRPr="00706586" w:rsidRDefault="004F75C6">
            <w:pPr>
              <w:rPr>
                <w:sz w:val="24"/>
                <w:szCs w:val="24"/>
              </w:rPr>
            </w:pPr>
            <w:r w:rsidRPr="00706586">
              <w:rPr>
                <w:sz w:val="24"/>
                <w:szCs w:val="24"/>
              </w:rPr>
              <w:t>– Tạo sản phẩm số: Xây dựng sơ đồ tư duy số. – Kĩ năng về thông tin và dữ 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1DA5FBA8" w14:textId="77777777" w:rsidR="001C5DA9" w:rsidRPr="00706586" w:rsidRDefault="004F75C6">
            <w:pPr>
              <w:rPr>
                <w:sz w:val="24"/>
                <w:szCs w:val="24"/>
              </w:rPr>
            </w:pPr>
            <w:r w:rsidRPr="00706586">
              <w:rPr>
                <w:sz w:val="24"/>
                <w:szCs w:val="24"/>
              </w:rPr>
              <w:t>3.1NC1b; 1.3NC1a</w:t>
            </w:r>
          </w:p>
        </w:tc>
      </w:tr>
      <w:tr w:rsidR="003458F8" w:rsidRPr="00706586" w14:paraId="2E9DD459"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2E1CDBE4" w14:textId="77777777" w:rsidR="001C5DA9" w:rsidRPr="00706586" w:rsidRDefault="004F75C6">
            <w:pPr>
              <w:rPr>
                <w:sz w:val="24"/>
                <w:szCs w:val="24"/>
              </w:rPr>
            </w:pPr>
            <w:r w:rsidRPr="00706586">
              <w:rPr>
                <w:sz w:val="24"/>
                <w:szCs w:val="24"/>
              </w:rPr>
              <w:t>99</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242C868F"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5B32CF6C" w14:textId="77777777" w:rsidR="001C5DA9" w:rsidRPr="00706586" w:rsidRDefault="004F75C6">
            <w:pPr>
              <w:rPr>
                <w:sz w:val="24"/>
                <w:szCs w:val="24"/>
              </w:rPr>
            </w:pPr>
            <w:r w:rsidRPr="00706586">
              <w:rPr>
                <w:sz w:val="24"/>
                <w:szCs w:val="24"/>
              </w:rPr>
              <w:t>33</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474C5A45" w14:textId="77777777" w:rsidR="001C5DA9" w:rsidRPr="00706586" w:rsidRDefault="004F75C6">
            <w:pPr>
              <w:rPr>
                <w:sz w:val="24"/>
                <w:szCs w:val="24"/>
              </w:rPr>
            </w:pPr>
            <w:r w:rsidRPr="00706586">
              <w:rPr>
                <w:sz w:val="24"/>
                <w:szCs w:val="24"/>
              </w:rPr>
              <w:t>CĐ2(Bài 8). Phòng chống cháy, nổ (tiết 2)</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572FE274"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630F70BA" w14:textId="77777777" w:rsidR="001C5DA9" w:rsidRPr="00706586" w:rsidRDefault="004F75C6">
            <w:pPr>
              <w:rPr>
                <w:sz w:val="24"/>
                <w:szCs w:val="24"/>
              </w:rPr>
            </w:pPr>
            <w:r w:rsidRPr="00706586">
              <w:rPr>
                <w:sz w:val="24"/>
                <w:szCs w:val="24"/>
              </w:rPr>
              <w:t>Vận dụng: Giải thích được vì sao hay dùng CO2 để chữa cháy (cách li và làm giảm nồng độ O2; CO2 nặng hơn không khí). Giải thích được vì sao hay dùng nước để chữa cháy (làm giảm nhiệt độ xuống dưới nhiệt độ cháy…).</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626481AF" w14:textId="77777777" w:rsidR="001C5DA9" w:rsidRPr="00706586" w:rsidRDefault="004F75C6">
            <w:pPr>
              <w:rPr>
                <w:sz w:val="24"/>
                <w:szCs w:val="24"/>
              </w:rPr>
            </w:pPr>
            <w:r w:rsidRPr="00706586">
              <w:rPr>
                <w:sz w:val="24"/>
                <w:szCs w:val="24"/>
              </w:rPr>
              <w:t>– Bài thu hoạch lấy điểm thường xuyên. –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44D008EA" w14:textId="77777777" w:rsidR="001C5DA9" w:rsidRPr="00706586" w:rsidRDefault="004F75C6">
            <w:pPr>
              <w:rPr>
                <w:sz w:val="24"/>
                <w:szCs w:val="24"/>
              </w:rPr>
            </w:pPr>
            <w:r w:rsidRPr="00706586">
              <w:rPr>
                <w:sz w:val="24"/>
                <w:szCs w:val="24"/>
              </w:rPr>
              <w:t>– Giao tiếp và hợp tác: Thảo luận, chia sẻ thông tin về an toàn cháy nổ.</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7BF2D9E3" w14:textId="77777777" w:rsidR="001C5DA9" w:rsidRPr="00706586" w:rsidRDefault="004F75C6">
            <w:pPr>
              <w:rPr>
                <w:sz w:val="24"/>
                <w:szCs w:val="24"/>
              </w:rPr>
            </w:pPr>
            <w:r w:rsidRPr="00706586">
              <w:rPr>
                <w:sz w:val="24"/>
                <w:szCs w:val="24"/>
              </w:rPr>
              <w:t>1.3NC1b; 2.3NC1a; 4.2NC1a</w:t>
            </w:r>
          </w:p>
        </w:tc>
      </w:tr>
      <w:tr w:rsidR="003458F8" w:rsidRPr="00706586" w14:paraId="090964C2"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77E82FF9" w14:textId="77777777" w:rsidR="001C5DA9" w:rsidRPr="00706586" w:rsidRDefault="004F75C6">
            <w:pPr>
              <w:rPr>
                <w:sz w:val="24"/>
                <w:szCs w:val="24"/>
              </w:rPr>
            </w:pPr>
            <w:r w:rsidRPr="00706586">
              <w:rPr>
                <w:sz w:val="24"/>
                <w:szCs w:val="24"/>
              </w:rPr>
              <w:t>100</w:t>
            </w:r>
          </w:p>
        </w:tc>
        <w:tc>
          <w:tcPr>
            <w:tcW w:w="709" w:type="dxa"/>
            <w:tcBorders>
              <w:top w:val="single" w:sz="4" w:space="0" w:color="8A6DB0"/>
              <w:left w:val="single" w:sz="4" w:space="0" w:color="8A6DB0"/>
              <w:bottom w:val="single" w:sz="4" w:space="0" w:color="8A6DB0"/>
              <w:right w:val="single" w:sz="4" w:space="0" w:color="8A6DB0"/>
            </w:tcBorders>
            <w:vAlign w:val="center"/>
          </w:tcPr>
          <w:p w14:paraId="218554E7"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1316D5B2" w14:textId="77777777" w:rsidR="001C5DA9" w:rsidRPr="00706586" w:rsidRDefault="004F75C6">
            <w:pPr>
              <w:rPr>
                <w:sz w:val="24"/>
                <w:szCs w:val="24"/>
              </w:rPr>
            </w:pPr>
            <w:r w:rsidRPr="00706586">
              <w:rPr>
                <w:sz w:val="24"/>
                <w:szCs w:val="24"/>
              </w:rPr>
              <w:t>34</w:t>
            </w:r>
          </w:p>
        </w:tc>
        <w:tc>
          <w:tcPr>
            <w:tcW w:w="1732" w:type="dxa"/>
            <w:tcBorders>
              <w:top w:val="single" w:sz="4" w:space="0" w:color="8A6DB0"/>
              <w:left w:val="single" w:sz="4" w:space="0" w:color="8A6DB0"/>
              <w:bottom w:val="single" w:sz="4" w:space="0" w:color="8A6DB0"/>
              <w:right w:val="single" w:sz="4" w:space="0" w:color="8A6DB0"/>
            </w:tcBorders>
          </w:tcPr>
          <w:p w14:paraId="6E10D4D8" w14:textId="77777777" w:rsidR="001C5DA9" w:rsidRPr="00706586" w:rsidRDefault="004F75C6">
            <w:pPr>
              <w:rPr>
                <w:sz w:val="24"/>
                <w:szCs w:val="24"/>
              </w:rPr>
            </w:pPr>
            <w:r w:rsidRPr="00706586">
              <w:rPr>
                <w:sz w:val="24"/>
                <w:szCs w:val="24"/>
              </w:rPr>
              <w:t>Ôn tập cuối học kì II (tiết 1-2)</w:t>
            </w:r>
          </w:p>
        </w:tc>
        <w:tc>
          <w:tcPr>
            <w:tcW w:w="647" w:type="dxa"/>
            <w:tcBorders>
              <w:top w:val="single" w:sz="4" w:space="0" w:color="8A6DB0"/>
              <w:left w:val="single" w:sz="4" w:space="0" w:color="8A6DB0"/>
              <w:bottom w:val="single" w:sz="4" w:space="0" w:color="8A6DB0"/>
              <w:right w:val="single" w:sz="4" w:space="0" w:color="8A6DB0"/>
            </w:tcBorders>
            <w:vAlign w:val="center"/>
          </w:tcPr>
          <w:p w14:paraId="16C251BD"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37C68F76" w14:textId="77777777" w:rsidR="001C5DA9" w:rsidRPr="00706586" w:rsidRDefault="004F75C6">
            <w:pPr>
              <w:rPr>
                <w:sz w:val="24"/>
                <w:szCs w:val="24"/>
              </w:rPr>
            </w:pPr>
            <w:r w:rsidRPr="00706586">
              <w:rPr>
                <w:sz w:val="24"/>
                <w:szCs w:val="24"/>
              </w:rPr>
              <w:t>– Hệ thống hóa được kiến thức trong chương 4, 5, 6, 7. – Áp dụng được kiến thức đã học để làm được các bài tập trong SGK, đề mô phỏng.</w:t>
            </w:r>
          </w:p>
        </w:tc>
        <w:tc>
          <w:tcPr>
            <w:tcW w:w="1807" w:type="dxa"/>
            <w:tcBorders>
              <w:top w:val="single" w:sz="4" w:space="0" w:color="8A6DB0"/>
              <w:left w:val="single" w:sz="4" w:space="0" w:color="8A6DB0"/>
              <w:bottom w:val="single" w:sz="4" w:space="0" w:color="8A6DB0"/>
              <w:right w:val="single" w:sz="4" w:space="0" w:color="8A6DB0"/>
            </w:tcBorders>
          </w:tcPr>
          <w:p w14:paraId="577A6680" w14:textId="77777777" w:rsidR="001C5DA9" w:rsidRPr="00706586" w:rsidRDefault="004F75C6">
            <w:pPr>
              <w:rPr>
                <w:sz w:val="24"/>
                <w:szCs w:val="24"/>
              </w:rPr>
            </w:pPr>
            <w:r w:rsidRPr="00706586">
              <w:rPr>
                <w:sz w:val="24"/>
                <w:szCs w:val="24"/>
              </w:rPr>
              <w:t>– Sơ đồ tư duy. – Phiếu học tập.</w:t>
            </w:r>
          </w:p>
        </w:tc>
        <w:tc>
          <w:tcPr>
            <w:tcW w:w="3153" w:type="dxa"/>
            <w:tcBorders>
              <w:top w:val="single" w:sz="4" w:space="0" w:color="8A6DB0"/>
              <w:left w:val="single" w:sz="4" w:space="0" w:color="8A6DB0"/>
              <w:bottom w:val="single" w:sz="4" w:space="0" w:color="8A6DB0"/>
              <w:right w:val="single" w:sz="4" w:space="0" w:color="8A6DB0"/>
            </w:tcBorders>
          </w:tcPr>
          <w:p w14:paraId="0DBB2507" w14:textId="77777777" w:rsidR="001C5DA9" w:rsidRPr="00706586" w:rsidRDefault="004F75C6">
            <w:pPr>
              <w:rPr>
                <w:sz w:val="24"/>
                <w:szCs w:val="24"/>
              </w:rPr>
            </w:pPr>
            <w:r w:rsidRPr="00706586">
              <w:rPr>
                <w:sz w:val="24"/>
                <w:szCs w:val="24"/>
              </w:rPr>
              <w:t>– Tạo sản phẩm số: Xây dựng sơ đồ tư duy số. – Kĩ năng về thông tin và dữ 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5F883FEE" w14:textId="77777777" w:rsidR="001C5DA9" w:rsidRPr="00706586" w:rsidRDefault="004F75C6">
            <w:pPr>
              <w:rPr>
                <w:sz w:val="24"/>
                <w:szCs w:val="24"/>
              </w:rPr>
            </w:pPr>
            <w:r w:rsidRPr="00706586">
              <w:rPr>
                <w:sz w:val="24"/>
                <w:szCs w:val="24"/>
              </w:rPr>
              <w:t>3.1NC1b; 1.3NC1a</w:t>
            </w:r>
          </w:p>
        </w:tc>
      </w:tr>
      <w:tr w:rsidR="003458F8" w:rsidRPr="00706586" w14:paraId="2A730534"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486B0B0B" w14:textId="77777777" w:rsidR="001C5DA9" w:rsidRPr="00706586" w:rsidRDefault="004F75C6">
            <w:pPr>
              <w:rPr>
                <w:sz w:val="24"/>
                <w:szCs w:val="24"/>
              </w:rPr>
            </w:pPr>
            <w:r w:rsidRPr="00706586">
              <w:rPr>
                <w:sz w:val="24"/>
                <w:szCs w:val="24"/>
              </w:rPr>
              <w:t>101</w:t>
            </w:r>
          </w:p>
        </w:tc>
        <w:tc>
          <w:tcPr>
            <w:tcW w:w="709" w:type="dxa"/>
            <w:tcBorders>
              <w:top w:val="single" w:sz="4" w:space="0" w:color="8A6DB0"/>
              <w:left w:val="single" w:sz="4" w:space="0" w:color="8A6DB0"/>
              <w:bottom w:val="single" w:sz="4" w:space="0" w:color="8A6DB0"/>
              <w:right w:val="single" w:sz="4" w:space="0" w:color="8A6DB0"/>
            </w:tcBorders>
            <w:vAlign w:val="center"/>
          </w:tcPr>
          <w:p w14:paraId="4D93710C"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2C64C136" w14:textId="77777777" w:rsidR="001C5DA9" w:rsidRPr="00706586" w:rsidRDefault="004F75C6">
            <w:pPr>
              <w:rPr>
                <w:sz w:val="24"/>
                <w:szCs w:val="24"/>
              </w:rPr>
            </w:pPr>
            <w:r w:rsidRPr="00706586">
              <w:rPr>
                <w:sz w:val="24"/>
                <w:szCs w:val="24"/>
              </w:rPr>
              <w:t>34</w:t>
            </w:r>
          </w:p>
        </w:tc>
        <w:tc>
          <w:tcPr>
            <w:tcW w:w="1732" w:type="dxa"/>
            <w:tcBorders>
              <w:top w:val="single" w:sz="4" w:space="0" w:color="8A6DB0"/>
              <w:left w:val="single" w:sz="4" w:space="0" w:color="8A6DB0"/>
              <w:bottom w:val="single" w:sz="4" w:space="0" w:color="8A6DB0"/>
              <w:right w:val="single" w:sz="4" w:space="0" w:color="8A6DB0"/>
            </w:tcBorders>
          </w:tcPr>
          <w:p w14:paraId="30550504" w14:textId="77777777" w:rsidR="001C5DA9" w:rsidRPr="00706586" w:rsidRDefault="004F75C6">
            <w:pPr>
              <w:rPr>
                <w:sz w:val="24"/>
                <w:szCs w:val="24"/>
              </w:rPr>
            </w:pPr>
            <w:r w:rsidRPr="00706586">
              <w:rPr>
                <w:sz w:val="24"/>
                <w:szCs w:val="24"/>
              </w:rPr>
              <w:t>Ôn tập cuối học kì II (tiết 1-2)</w:t>
            </w:r>
          </w:p>
        </w:tc>
        <w:tc>
          <w:tcPr>
            <w:tcW w:w="647" w:type="dxa"/>
            <w:tcBorders>
              <w:top w:val="single" w:sz="4" w:space="0" w:color="8A6DB0"/>
              <w:left w:val="single" w:sz="4" w:space="0" w:color="8A6DB0"/>
              <w:bottom w:val="single" w:sz="4" w:space="0" w:color="8A6DB0"/>
              <w:right w:val="single" w:sz="4" w:space="0" w:color="8A6DB0"/>
            </w:tcBorders>
            <w:vAlign w:val="center"/>
          </w:tcPr>
          <w:p w14:paraId="48AE4078"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5FEC2983" w14:textId="77777777" w:rsidR="001C5DA9" w:rsidRPr="00706586" w:rsidRDefault="004F75C6">
            <w:pPr>
              <w:rPr>
                <w:sz w:val="24"/>
                <w:szCs w:val="24"/>
              </w:rPr>
            </w:pPr>
            <w:r w:rsidRPr="00706586">
              <w:rPr>
                <w:sz w:val="24"/>
                <w:szCs w:val="24"/>
              </w:rPr>
              <w:t>– Hệ thống hóa được kiến thức trong chương 4, 5, 6, 7. – Áp dụng được kiến thức đã học để làm được các bài tập trong SGK, đề mô phỏng.</w:t>
            </w:r>
          </w:p>
        </w:tc>
        <w:tc>
          <w:tcPr>
            <w:tcW w:w="1807" w:type="dxa"/>
            <w:tcBorders>
              <w:top w:val="single" w:sz="4" w:space="0" w:color="8A6DB0"/>
              <w:left w:val="single" w:sz="4" w:space="0" w:color="8A6DB0"/>
              <w:bottom w:val="single" w:sz="4" w:space="0" w:color="8A6DB0"/>
              <w:right w:val="single" w:sz="4" w:space="0" w:color="8A6DB0"/>
            </w:tcBorders>
          </w:tcPr>
          <w:p w14:paraId="02017257" w14:textId="77777777" w:rsidR="001C5DA9" w:rsidRPr="00706586" w:rsidRDefault="004F75C6">
            <w:pPr>
              <w:rPr>
                <w:sz w:val="24"/>
                <w:szCs w:val="24"/>
              </w:rPr>
            </w:pPr>
            <w:r w:rsidRPr="00706586">
              <w:rPr>
                <w:sz w:val="24"/>
                <w:szCs w:val="24"/>
              </w:rPr>
              <w:t>– Sơ đồ tư duy. – Phiếu học tập.</w:t>
            </w:r>
          </w:p>
        </w:tc>
        <w:tc>
          <w:tcPr>
            <w:tcW w:w="3153" w:type="dxa"/>
            <w:tcBorders>
              <w:top w:val="single" w:sz="4" w:space="0" w:color="8A6DB0"/>
              <w:left w:val="single" w:sz="4" w:space="0" w:color="8A6DB0"/>
              <w:bottom w:val="single" w:sz="4" w:space="0" w:color="8A6DB0"/>
              <w:right w:val="single" w:sz="4" w:space="0" w:color="8A6DB0"/>
            </w:tcBorders>
          </w:tcPr>
          <w:p w14:paraId="0C8C2EBA" w14:textId="77777777" w:rsidR="001C5DA9" w:rsidRPr="00706586" w:rsidRDefault="004F75C6">
            <w:pPr>
              <w:rPr>
                <w:sz w:val="24"/>
                <w:szCs w:val="24"/>
              </w:rPr>
            </w:pPr>
            <w:r w:rsidRPr="00706586">
              <w:rPr>
                <w:sz w:val="24"/>
                <w:szCs w:val="24"/>
              </w:rPr>
              <w:t>– Tạo sản phẩm số: Xây dựng sơ đồ tư duy số. – Kĩ năng về thông tin và dữ 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78E9551C" w14:textId="77777777" w:rsidR="001C5DA9" w:rsidRPr="00706586" w:rsidRDefault="004F75C6">
            <w:pPr>
              <w:rPr>
                <w:sz w:val="24"/>
                <w:szCs w:val="24"/>
              </w:rPr>
            </w:pPr>
            <w:r w:rsidRPr="00706586">
              <w:rPr>
                <w:sz w:val="24"/>
                <w:szCs w:val="24"/>
              </w:rPr>
              <w:t>3.1NC1b; 1.3NC1a</w:t>
            </w:r>
          </w:p>
        </w:tc>
      </w:tr>
      <w:tr w:rsidR="003458F8" w:rsidRPr="00706586" w14:paraId="2EAEBE76"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199B7821" w14:textId="77777777" w:rsidR="001C5DA9" w:rsidRPr="00706586" w:rsidRDefault="004F75C6">
            <w:pPr>
              <w:rPr>
                <w:sz w:val="24"/>
                <w:szCs w:val="24"/>
              </w:rPr>
            </w:pPr>
            <w:r w:rsidRPr="00706586">
              <w:rPr>
                <w:sz w:val="24"/>
                <w:szCs w:val="24"/>
              </w:rPr>
              <w:t>102</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7C5C5477"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7D214832" w14:textId="77777777" w:rsidR="001C5DA9" w:rsidRPr="00706586" w:rsidRDefault="004F75C6">
            <w:pPr>
              <w:rPr>
                <w:sz w:val="24"/>
                <w:szCs w:val="24"/>
              </w:rPr>
            </w:pPr>
            <w:r w:rsidRPr="00706586">
              <w:rPr>
                <w:sz w:val="24"/>
                <w:szCs w:val="24"/>
              </w:rPr>
              <w:t>34</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00DBA6D2" w14:textId="77777777" w:rsidR="001C5DA9" w:rsidRPr="00706586" w:rsidRDefault="004F75C6">
            <w:pPr>
              <w:rPr>
                <w:sz w:val="24"/>
                <w:szCs w:val="24"/>
              </w:rPr>
            </w:pPr>
            <w:r w:rsidRPr="00706586">
              <w:rPr>
                <w:sz w:val="24"/>
                <w:szCs w:val="24"/>
              </w:rPr>
              <w:t>CĐ2(Bài 8). Phòng chống cháy, nổ (tiết 3)</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059B7520"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37E8EDE5" w14:textId="77777777" w:rsidR="001C5DA9" w:rsidRPr="00706586" w:rsidRDefault="004F75C6">
            <w:pPr>
              <w:rPr>
                <w:sz w:val="24"/>
                <w:szCs w:val="24"/>
              </w:rPr>
            </w:pPr>
            <w:r w:rsidRPr="00706586">
              <w:rPr>
                <w:sz w:val="24"/>
                <w:szCs w:val="24"/>
              </w:rPr>
              <w:t>Vận dụng: Giải thích được lí do vì sao một số trường hợp không được dùng nước để chữa cháy (cháy xăng, dầu; đám cháy chứa hoá chất phản ứng với nước…) mà phải dùng cát, CO2…</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7DFB4209" w14:textId="77777777" w:rsidR="001C5DA9" w:rsidRPr="00706586" w:rsidRDefault="004F75C6">
            <w:pPr>
              <w:rPr>
                <w:sz w:val="24"/>
                <w:szCs w:val="24"/>
              </w:rPr>
            </w:pPr>
            <w:r w:rsidRPr="00706586">
              <w:rPr>
                <w:sz w:val="24"/>
                <w:szCs w:val="24"/>
              </w:rPr>
              <w:t>– Bài thu hoạch lấy điểm thường xuyên. –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2B215E0A" w14:textId="77777777" w:rsidR="001C5DA9" w:rsidRPr="00706586" w:rsidRDefault="004F75C6">
            <w:pPr>
              <w:rPr>
                <w:sz w:val="24"/>
                <w:szCs w:val="24"/>
              </w:rPr>
            </w:pPr>
            <w:r w:rsidRPr="00706586">
              <w:rPr>
                <w:sz w:val="24"/>
                <w:szCs w:val="24"/>
              </w:rPr>
              <w:t>– An toàn kĩ thuật số: Tìm kiếm thông tin an toàn về phòng cháy chữa cháy.</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3A216865" w14:textId="77777777" w:rsidR="001C5DA9" w:rsidRPr="00706586" w:rsidRDefault="004F75C6">
            <w:pPr>
              <w:rPr>
                <w:sz w:val="24"/>
                <w:szCs w:val="24"/>
              </w:rPr>
            </w:pPr>
            <w:r w:rsidRPr="00706586">
              <w:rPr>
                <w:sz w:val="24"/>
                <w:szCs w:val="24"/>
              </w:rPr>
              <w:t>1.3NC1b; 2.3NC1a; 4.2NC1a</w:t>
            </w:r>
          </w:p>
        </w:tc>
      </w:tr>
      <w:tr w:rsidR="003458F8" w:rsidRPr="00706586" w14:paraId="77C6ACC0"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00CD918F" w14:textId="77777777" w:rsidR="001C5DA9" w:rsidRPr="00706586" w:rsidRDefault="004F75C6">
            <w:pPr>
              <w:rPr>
                <w:sz w:val="24"/>
                <w:szCs w:val="24"/>
              </w:rPr>
            </w:pPr>
            <w:r w:rsidRPr="00706586">
              <w:rPr>
                <w:sz w:val="24"/>
                <w:szCs w:val="24"/>
              </w:rPr>
              <w:lastRenderedPageBreak/>
              <w:t>103</w:t>
            </w:r>
          </w:p>
        </w:tc>
        <w:tc>
          <w:tcPr>
            <w:tcW w:w="709" w:type="dxa"/>
            <w:tcBorders>
              <w:top w:val="single" w:sz="4" w:space="0" w:color="8A6DB0"/>
              <w:left w:val="single" w:sz="4" w:space="0" w:color="8A6DB0"/>
              <w:bottom w:val="single" w:sz="4" w:space="0" w:color="8A6DB0"/>
              <w:right w:val="single" w:sz="4" w:space="0" w:color="8A6DB0"/>
            </w:tcBorders>
            <w:vAlign w:val="center"/>
          </w:tcPr>
          <w:p w14:paraId="6955C282"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1A13F1D6" w14:textId="77777777" w:rsidR="001C5DA9" w:rsidRPr="00706586" w:rsidRDefault="004F75C6">
            <w:pPr>
              <w:rPr>
                <w:sz w:val="24"/>
                <w:szCs w:val="24"/>
              </w:rPr>
            </w:pPr>
            <w:r w:rsidRPr="00706586">
              <w:rPr>
                <w:sz w:val="24"/>
                <w:szCs w:val="24"/>
              </w:rPr>
              <w:t>35</w:t>
            </w:r>
          </w:p>
        </w:tc>
        <w:tc>
          <w:tcPr>
            <w:tcW w:w="1732" w:type="dxa"/>
            <w:tcBorders>
              <w:top w:val="single" w:sz="4" w:space="0" w:color="8A6DB0"/>
              <w:left w:val="single" w:sz="4" w:space="0" w:color="8A6DB0"/>
              <w:bottom w:val="single" w:sz="4" w:space="0" w:color="8A6DB0"/>
              <w:right w:val="single" w:sz="4" w:space="0" w:color="8A6DB0"/>
            </w:tcBorders>
          </w:tcPr>
          <w:p w14:paraId="0A31604F" w14:textId="77777777" w:rsidR="001C5DA9" w:rsidRPr="00706586" w:rsidRDefault="004F75C6">
            <w:pPr>
              <w:rPr>
                <w:sz w:val="24"/>
                <w:szCs w:val="24"/>
              </w:rPr>
            </w:pPr>
            <w:r w:rsidRPr="00706586">
              <w:rPr>
                <w:sz w:val="24"/>
                <w:szCs w:val="24"/>
              </w:rPr>
              <w:t>Ôn tập cuối học kì II (tiết 3)</w:t>
            </w:r>
          </w:p>
        </w:tc>
        <w:tc>
          <w:tcPr>
            <w:tcW w:w="647" w:type="dxa"/>
            <w:tcBorders>
              <w:top w:val="single" w:sz="4" w:space="0" w:color="8A6DB0"/>
              <w:left w:val="single" w:sz="4" w:space="0" w:color="8A6DB0"/>
              <w:bottom w:val="single" w:sz="4" w:space="0" w:color="8A6DB0"/>
              <w:right w:val="single" w:sz="4" w:space="0" w:color="8A6DB0"/>
            </w:tcBorders>
            <w:vAlign w:val="center"/>
          </w:tcPr>
          <w:p w14:paraId="234867B4"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2BBF364A" w14:textId="77777777" w:rsidR="001C5DA9" w:rsidRPr="00706586" w:rsidRDefault="004F75C6">
            <w:pPr>
              <w:rPr>
                <w:sz w:val="24"/>
                <w:szCs w:val="24"/>
              </w:rPr>
            </w:pPr>
            <w:r w:rsidRPr="00706586">
              <w:rPr>
                <w:sz w:val="24"/>
                <w:szCs w:val="24"/>
              </w:rPr>
              <w:t>– Làm đề mô phỏng cuối học kì II; chuẩn bị kiểm tra.</w:t>
            </w:r>
          </w:p>
        </w:tc>
        <w:tc>
          <w:tcPr>
            <w:tcW w:w="1807" w:type="dxa"/>
            <w:tcBorders>
              <w:top w:val="single" w:sz="4" w:space="0" w:color="8A6DB0"/>
              <w:left w:val="single" w:sz="4" w:space="0" w:color="8A6DB0"/>
              <w:bottom w:val="single" w:sz="4" w:space="0" w:color="8A6DB0"/>
              <w:right w:val="single" w:sz="4" w:space="0" w:color="8A6DB0"/>
            </w:tcBorders>
          </w:tcPr>
          <w:p w14:paraId="61927CD0" w14:textId="77777777" w:rsidR="001C5DA9" w:rsidRPr="00706586" w:rsidRDefault="004F75C6">
            <w:pPr>
              <w:rPr>
                <w:sz w:val="24"/>
                <w:szCs w:val="24"/>
              </w:rPr>
            </w:pPr>
            <w:r w:rsidRPr="00706586">
              <w:rPr>
                <w:sz w:val="24"/>
                <w:szCs w:val="24"/>
              </w:rPr>
              <w:t>– Phiếu học tập, đề mô phỏng.</w:t>
            </w:r>
          </w:p>
        </w:tc>
        <w:tc>
          <w:tcPr>
            <w:tcW w:w="3153" w:type="dxa"/>
            <w:tcBorders>
              <w:top w:val="single" w:sz="4" w:space="0" w:color="8A6DB0"/>
              <w:left w:val="single" w:sz="4" w:space="0" w:color="8A6DB0"/>
              <w:bottom w:val="single" w:sz="4" w:space="0" w:color="8A6DB0"/>
              <w:right w:val="single" w:sz="4" w:space="0" w:color="8A6DB0"/>
            </w:tcBorders>
          </w:tcPr>
          <w:p w14:paraId="4BCB1FCA" w14:textId="77777777" w:rsidR="001C5DA9" w:rsidRPr="00706586" w:rsidRDefault="004F75C6">
            <w:pPr>
              <w:rPr>
                <w:sz w:val="24"/>
                <w:szCs w:val="24"/>
              </w:rPr>
            </w:pPr>
            <w:r w:rsidRPr="00706586">
              <w:rPr>
                <w:sz w:val="24"/>
                <w:szCs w:val="24"/>
              </w:rPr>
              <w:t>– Kĩ năng về thông tin và dữ liệu: Quản lý và hệ thống hóa thông tin số.</w:t>
            </w:r>
          </w:p>
        </w:tc>
        <w:tc>
          <w:tcPr>
            <w:tcW w:w="1418" w:type="dxa"/>
            <w:tcBorders>
              <w:top w:val="single" w:sz="4" w:space="0" w:color="8A6DB0"/>
              <w:left w:val="single" w:sz="4" w:space="0" w:color="8A6DB0"/>
              <w:bottom w:val="single" w:sz="4" w:space="0" w:color="8A6DB0"/>
              <w:right w:val="single" w:sz="4" w:space="0" w:color="8A6DB0"/>
            </w:tcBorders>
          </w:tcPr>
          <w:p w14:paraId="4A8F5542" w14:textId="77777777" w:rsidR="001C5DA9" w:rsidRPr="00706586" w:rsidRDefault="004F75C6">
            <w:pPr>
              <w:rPr>
                <w:sz w:val="24"/>
                <w:szCs w:val="24"/>
              </w:rPr>
            </w:pPr>
            <w:r w:rsidRPr="00706586">
              <w:rPr>
                <w:sz w:val="24"/>
                <w:szCs w:val="24"/>
              </w:rPr>
              <w:t>3.1NC1b; 1.3NC1a</w:t>
            </w:r>
          </w:p>
        </w:tc>
      </w:tr>
      <w:tr w:rsidR="003458F8" w:rsidRPr="00706586" w14:paraId="034896FC" w14:textId="77777777" w:rsidTr="002E6CD2">
        <w:tc>
          <w:tcPr>
            <w:tcW w:w="817" w:type="dxa"/>
            <w:tcBorders>
              <w:top w:val="single" w:sz="4" w:space="0" w:color="8A6DB0"/>
              <w:left w:val="single" w:sz="4" w:space="0" w:color="8A6DB0"/>
              <w:bottom w:val="single" w:sz="4" w:space="0" w:color="8A6DB0"/>
              <w:right w:val="single" w:sz="4" w:space="0" w:color="8A6DB0"/>
            </w:tcBorders>
            <w:vAlign w:val="center"/>
          </w:tcPr>
          <w:p w14:paraId="1BDE318C" w14:textId="77777777" w:rsidR="001C5DA9" w:rsidRPr="00706586" w:rsidRDefault="004F75C6">
            <w:pPr>
              <w:rPr>
                <w:sz w:val="24"/>
                <w:szCs w:val="24"/>
              </w:rPr>
            </w:pPr>
            <w:r w:rsidRPr="00706586">
              <w:rPr>
                <w:sz w:val="24"/>
                <w:szCs w:val="24"/>
              </w:rPr>
              <w:t>104</w:t>
            </w:r>
          </w:p>
        </w:tc>
        <w:tc>
          <w:tcPr>
            <w:tcW w:w="709" w:type="dxa"/>
            <w:tcBorders>
              <w:top w:val="single" w:sz="4" w:space="0" w:color="8A6DB0"/>
              <w:left w:val="single" w:sz="4" w:space="0" w:color="8A6DB0"/>
              <w:bottom w:val="single" w:sz="4" w:space="0" w:color="8A6DB0"/>
              <w:right w:val="single" w:sz="4" w:space="0" w:color="8A6DB0"/>
            </w:tcBorders>
            <w:vAlign w:val="center"/>
          </w:tcPr>
          <w:p w14:paraId="361F7BA3" w14:textId="77777777" w:rsidR="001C5DA9" w:rsidRPr="00706586" w:rsidRDefault="004F75C6">
            <w:pPr>
              <w:rPr>
                <w:sz w:val="24"/>
                <w:szCs w:val="24"/>
              </w:rPr>
            </w:pPr>
            <w:r w:rsidRPr="00706586">
              <w:rPr>
                <w:sz w:val="24"/>
                <w:szCs w:val="24"/>
              </w:rPr>
              <w:t>CK</w:t>
            </w:r>
          </w:p>
        </w:tc>
        <w:tc>
          <w:tcPr>
            <w:tcW w:w="820" w:type="dxa"/>
            <w:tcBorders>
              <w:top w:val="single" w:sz="4" w:space="0" w:color="8A6DB0"/>
              <w:left w:val="single" w:sz="4" w:space="0" w:color="8A6DB0"/>
              <w:right w:val="single" w:sz="4" w:space="0" w:color="8A6DB0"/>
            </w:tcBorders>
            <w:shd w:val="clear" w:color="auto" w:fill="FFC000"/>
            <w:vAlign w:val="center"/>
          </w:tcPr>
          <w:p w14:paraId="70D6E365" w14:textId="77777777" w:rsidR="001C5DA9" w:rsidRPr="00706586" w:rsidRDefault="004F75C6">
            <w:pPr>
              <w:rPr>
                <w:sz w:val="24"/>
                <w:szCs w:val="24"/>
              </w:rPr>
            </w:pPr>
            <w:r w:rsidRPr="00706586">
              <w:rPr>
                <w:sz w:val="24"/>
                <w:szCs w:val="24"/>
              </w:rPr>
              <w:t>35</w:t>
            </w:r>
          </w:p>
        </w:tc>
        <w:tc>
          <w:tcPr>
            <w:tcW w:w="1732" w:type="dxa"/>
            <w:tcBorders>
              <w:top w:val="single" w:sz="4" w:space="0" w:color="8A6DB0"/>
              <w:left w:val="single" w:sz="4" w:space="0" w:color="8A6DB0"/>
              <w:bottom w:val="single" w:sz="4" w:space="0" w:color="8A6DB0"/>
              <w:right w:val="single" w:sz="4" w:space="0" w:color="8A6DB0"/>
            </w:tcBorders>
          </w:tcPr>
          <w:p w14:paraId="7EDE88F5" w14:textId="77777777" w:rsidR="001C5DA9" w:rsidRPr="00706586" w:rsidRDefault="004F75C6">
            <w:pPr>
              <w:rPr>
                <w:sz w:val="24"/>
                <w:szCs w:val="24"/>
              </w:rPr>
            </w:pPr>
            <w:r w:rsidRPr="00706586">
              <w:rPr>
                <w:sz w:val="24"/>
                <w:szCs w:val="24"/>
              </w:rPr>
              <w:t>Kiểm tra cuối học kì II</w:t>
            </w:r>
          </w:p>
        </w:tc>
        <w:tc>
          <w:tcPr>
            <w:tcW w:w="647" w:type="dxa"/>
            <w:tcBorders>
              <w:top w:val="single" w:sz="4" w:space="0" w:color="8A6DB0"/>
              <w:left w:val="single" w:sz="4" w:space="0" w:color="8A6DB0"/>
              <w:bottom w:val="single" w:sz="4" w:space="0" w:color="8A6DB0"/>
              <w:right w:val="single" w:sz="4" w:space="0" w:color="8A6DB0"/>
            </w:tcBorders>
            <w:vAlign w:val="center"/>
          </w:tcPr>
          <w:p w14:paraId="3A39152B"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tcPr>
          <w:p w14:paraId="3AEDD755" w14:textId="77777777" w:rsidR="001C5DA9" w:rsidRPr="00706586" w:rsidRDefault="004F75C6">
            <w:pPr>
              <w:rPr>
                <w:sz w:val="24"/>
                <w:szCs w:val="24"/>
              </w:rPr>
            </w:pPr>
            <w:r w:rsidRPr="00706586">
              <w:rPr>
                <w:sz w:val="24"/>
                <w:szCs w:val="24"/>
              </w:rPr>
              <w:t>– Hoàn thành được các yêu cầu theo bảng đặc tả các mức độ nhận thức của đề kiểm tra cuối kì 2 (45 phút).</w:t>
            </w:r>
          </w:p>
        </w:tc>
        <w:tc>
          <w:tcPr>
            <w:tcW w:w="1807" w:type="dxa"/>
            <w:tcBorders>
              <w:top w:val="single" w:sz="4" w:space="0" w:color="8A6DB0"/>
              <w:left w:val="single" w:sz="4" w:space="0" w:color="8A6DB0"/>
              <w:bottom w:val="single" w:sz="4" w:space="0" w:color="8A6DB0"/>
              <w:right w:val="single" w:sz="4" w:space="0" w:color="8A6DB0"/>
            </w:tcBorders>
          </w:tcPr>
          <w:p w14:paraId="516AA102" w14:textId="77777777" w:rsidR="001C5DA9" w:rsidRPr="00706586" w:rsidRDefault="004F75C6">
            <w:pPr>
              <w:rPr>
                <w:sz w:val="24"/>
                <w:szCs w:val="24"/>
              </w:rPr>
            </w:pPr>
            <w:r w:rsidRPr="00706586">
              <w:rPr>
                <w:sz w:val="24"/>
                <w:szCs w:val="24"/>
              </w:rPr>
              <w:t>– Đề kiểm tra và đáp án.</w:t>
            </w:r>
          </w:p>
        </w:tc>
        <w:tc>
          <w:tcPr>
            <w:tcW w:w="3153" w:type="dxa"/>
            <w:tcBorders>
              <w:top w:val="single" w:sz="4" w:space="0" w:color="8A6DB0"/>
              <w:left w:val="single" w:sz="4" w:space="0" w:color="8A6DB0"/>
              <w:bottom w:val="single" w:sz="4" w:space="0" w:color="8A6DB0"/>
              <w:right w:val="single" w:sz="4" w:space="0" w:color="8A6DB0"/>
            </w:tcBorders>
          </w:tcPr>
          <w:p w14:paraId="02AFAE5C" w14:textId="77777777" w:rsidR="001C5DA9" w:rsidRPr="00706586" w:rsidRDefault="001C5DA9">
            <w:pPr>
              <w:rPr>
                <w:sz w:val="24"/>
                <w:szCs w:val="24"/>
              </w:rPr>
            </w:pPr>
          </w:p>
        </w:tc>
        <w:tc>
          <w:tcPr>
            <w:tcW w:w="1418" w:type="dxa"/>
            <w:tcBorders>
              <w:top w:val="single" w:sz="4" w:space="0" w:color="8A6DB0"/>
              <w:left w:val="single" w:sz="4" w:space="0" w:color="8A6DB0"/>
              <w:bottom w:val="single" w:sz="4" w:space="0" w:color="8A6DB0"/>
              <w:right w:val="single" w:sz="4" w:space="0" w:color="8A6DB0"/>
            </w:tcBorders>
          </w:tcPr>
          <w:p w14:paraId="28C0B0BA" w14:textId="77777777" w:rsidR="001C5DA9" w:rsidRPr="00706586" w:rsidRDefault="001C5DA9">
            <w:pPr>
              <w:rPr>
                <w:sz w:val="24"/>
                <w:szCs w:val="24"/>
              </w:rPr>
            </w:pPr>
          </w:p>
        </w:tc>
      </w:tr>
      <w:tr w:rsidR="003458F8" w:rsidRPr="00706586" w14:paraId="2CA55F9C" w14:textId="77777777" w:rsidTr="002E6CD2">
        <w:tc>
          <w:tcPr>
            <w:tcW w:w="81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12D4E9A3" w14:textId="77777777" w:rsidR="001C5DA9" w:rsidRPr="00706586" w:rsidRDefault="004F75C6">
            <w:pPr>
              <w:rPr>
                <w:sz w:val="24"/>
                <w:szCs w:val="24"/>
              </w:rPr>
            </w:pPr>
            <w:r w:rsidRPr="00706586">
              <w:rPr>
                <w:sz w:val="24"/>
                <w:szCs w:val="24"/>
              </w:rPr>
              <w:t>105</w:t>
            </w:r>
          </w:p>
        </w:tc>
        <w:tc>
          <w:tcPr>
            <w:tcW w:w="709"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0D13CC84" w14:textId="77777777" w:rsidR="001C5DA9" w:rsidRPr="00706586" w:rsidRDefault="004F75C6">
            <w:pPr>
              <w:rPr>
                <w:sz w:val="24"/>
                <w:szCs w:val="24"/>
              </w:rPr>
            </w:pPr>
            <w:r w:rsidRPr="00706586">
              <w:rPr>
                <w:sz w:val="24"/>
                <w:szCs w:val="24"/>
              </w:rPr>
              <w:t>CĐ</w:t>
            </w:r>
          </w:p>
        </w:tc>
        <w:tc>
          <w:tcPr>
            <w:tcW w:w="820" w:type="dxa"/>
            <w:tcBorders>
              <w:left w:val="single" w:sz="4" w:space="0" w:color="8A6DB0"/>
              <w:right w:val="single" w:sz="4" w:space="0" w:color="8A6DB0"/>
            </w:tcBorders>
            <w:shd w:val="clear" w:color="auto" w:fill="FFC000"/>
            <w:vAlign w:val="center"/>
          </w:tcPr>
          <w:p w14:paraId="4B999435" w14:textId="77777777" w:rsidR="001C5DA9" w:rsidRPr="00706586" w:rsidRDefault="004F75C6">
            <w:pPr>
              <w:rPr>
                <w:sz w:val="24"/>
                <w:szCs w:val="24"/>
              </w:rPr>
            </w:pPr>
            <w:r w:rsidRPr="00706586">
              <w:rPr>
                <w:sz w:val="24"/>
                <w:szCs w:val="24"/>
              </w:rPr>
              <w:t>35</w:t>
            </w:r>
          </w:p>
        </w:tc>
        <w:tc>
          <w:tcPr>
            <w:tcW w:w="1732" w:type="dxa"/>
            <w:tcBorders>
              <w:top w:val="single" w:sz="4" w:space="0" w:color="8A6DB0"/>
              <w:left w:val="single" w:sz="4" w:space="0" w:color="8A6DB0"/>
              <w:bottom w:val="single" w:sz="4" w:space="0" w:color="8A6DB0"/>
              <w:right w:val="single" w:sz="4" w:space="0" w:color="8A6DB0"/>
            </w:tcBorders>
            <w:shd w:val="clear" w:color="auto" w:fill="FDEBD3"/>
          </w:tcPr>
          <w:p w14:paraId="5DD78E31" w14:textId="77777777" w:rsidR="001C5DA9" w:rsidRPr="00706586" w:rsidRDefault="004F75C6">
            <w:pPr>
              <w:rPr>
                <w:sz w:val="24"/>
                <w:szCs w:val="24"/>
              </w:rPr>
            </w:pPr>
            <w:r w:rsidRPr="00706586">
              <w:rPr>
                <w:sz w:val="24"/>
                <w:szCs w:val="24"/>
              </w:rPr>
              <w:t>CĐ2(Bài 8). Phòng chống cháy, nổ (tiết 4) KT chuyên đề</w:t>
            </w:r>
          </w:p>
        </w:tc>
        <w:tc>
          <w:tcPr>
            <w:tcW w:w="647" w:type="dxa"/>
            <w:tcBorders>
              <w:top w:val="single" w:sz="4" w:space="0" w:color="8A6DB0"/>
              <w:left w:val="single" w:sz="4" w:space="0" w:color="8A6DB0"/>
              <w:bottom w:val="single" w:sz="4" w:space="0" w:color="8A6DB0"/>
              <w:right w:val="single" w:sz="4" w:space="0" w:color="8A6DB0"/>
            </w:tcBorders>
            <w:shd w:val="clear" w:color="auto" w:fill="FDEBD3"/>
            <w:vAlign w:val="center"/>
          </w:tcPr>
          <w:p w14:paraId="3176DEF2" w14:textId="77777777" w:rsidR="001C5DA9" w:rsidRPr="00706586" w:rsidRDefault="004F75C6">
            <w:pPr>
              <w:rPr>
                <w:sz w:val="24"/>
                <w:szCs w:val="24"/>
              </w:rPr>
            </w:pPr>
            <w:r w:rsidRPr="00706586">
              <w:rPr>
                <w:sz w:val="24"/>
                <w:szCs w:val="24"/>
              </w:rPr>
              <w:t>1</w:t>
            </w:r>
          </w:p>
        </w:tc>
        <w:tc>
          <w:tcPr>
            <w:tcW w:w="4598" w:type="dxa"/>
            <w:tcBorders>
              <w:top w:val="single" w:sz="4" w:space="0" w:color="8A6DB0"/>
              <w:left w:val="single" w:sz="4" w:space="0" w:color="8A6DB0"/>
              <w:bottom w:val="single" w:sz="4" w:space="0" w:color="8A6DB0"/>
              <w:right w:val="single" w:sz="4" w:space="0" w:color="8A6DB0"/>
            </w:tcBorders>
            <w:shd w:val="clear" w:color="auto" w:fill="FDEBD3"/>
          </w:tcPr>
          <w:p w14:paraId="3853A808" w14:textId="77777777" w:rsidR="001C5DA9" w:rsidRPr="00706586" w:rsidRDefault="004F75C6">
            <w:pPr>
              <w:rPr>
                <w:sz w:val="24"/>
                <w:szCs w:val="24"/>
              </w:rPr>
            </w:pPr>
            <w:r w:rsidRPr="00706586">
              <w:rPr>
                <w:sz w:val="24"/>
                <w:szCs w:val="24"/>
              </w:rPr>
              <w:t>Vận dụng: Giải thích được tại sao đám cháy có mặt các kim loại hoạt động mạnh như kim loại kiềm, kiềm thổ và nhôm… không sử dụng nước, CO2, cát (thành phần chính là SiO2), bọt chữa cháy để dập tắt; hoàn thành bài thu hoạch; ôn tập, kiểm tra chuyên đề.</w:t>
            </w:r>
          </w:p>
        </w:tc>
        <w:tc>
          <w:tcPr>
            <w:tcW w:w="1807" w:type="dxa"/>
            <w:tcBorders>
              <w:top w:val="single" w:sz="4" w:space="0" w:color="8A6DB0"/>
              <w:left w:val="single" w:sz="4" w:space="0" w:color="8A6DB0"/>
              <w:bottom w:val="single" w:sz="4" w:space="0" w:color="8A6DB0"/>
              <w:right w:val="single" w:sz="4" w:space="0" w:color="8A6DB0"/>
            </w:tcBorders>
            <w:shd w:val="clear" w:color="auto" w:fill="FDEBD3"/>
          </w:tcPr>
          <w:p w14:paraId="7C6204A2" w14:textId="77777777" w:rsidR="001C5DA9" w:rsidRPr="00706586" w:rsidRDefault="004F75C6">
            <w:pPr>
              <w:rPr>
                <w:sz w:val="24"/>
                <w:szCs w:val="24"/>
              </w:rPr>
            </w:pPr>
            <w:r w:rsidRPr="00706586">
              <w:rPr>
                <w:sz w:val="24"/>
                <w:szCs w:val="24"/>
              </w:rPr>
              <w:t>– Bài thu hoạch lấy điểm thường xuyên. – Phiếu học tập, tư liệu.</w:t>
            </w:r>
          </w:p>
        </w:tc>
        <w:tc>
          <w:tcPr>
            <w:tcW w:w="3153" w:type="dxa"/>
            <w:tcBorders>
              <w:top w:val="single" w:sz="4" w:space="0" w:color="8A6DB0"/>
              <w:left w:val="single" w:sz="4" w:space="0" w:color="8A6DB0"/>
              <w:bottom w:val="single" w:sz="4" w:space="0" w:color="8A6DB0"/>
              <w:right w:val="single" w:sz="4" w:space="0" w:color="8A6DB0"/>
            </w:tcBorders>
            <w:shd w:val="clear" w:color="auto" w:fill="FDEBD3"/>
          </w:tcPr>
          <w:p w14:paraId="5758B0DD" w14:textId="77777777" w:rsidR="001C5DA9" w:rsidRPr="00706586" w:rsidRDefault="004F75C6">
            <w:pPr>
              <w:rPr>
                <w:sz w:val="24"/>
                <w:szCs w:val="24"/>
              </w:rPr>
            </w:pPr>
            <w:r w:rsidRPr="00706586">
              <w:rPr>
                <w:sz w:val="24"/>
                <w:szCs w:val="24"/>
              </w:rPr>
              <w:t>– Giao tiếp và hợp tác: Thảo luận, chia sẻ thông tin về an toàn cháy nổ.</w:t>
            </w:r>
          </w:p>
        </w:tc>
        <w:tc>
          <w:tcPr>
            <w:tcW w:w="1418" w:type="dxa"/>
            <w:tcBorders>
              <w:top w:val="single" w:sz="4" w:space="0" w:color="8A6DB0"/>
              <w:left w:val="single" w:sz="4" w:space="0" w:color="8A6DB0"/>
              <w:bottom w:val="single" w:sz="4" w:space="0" w:color="8A6DB0"/>
              <w:right w:val="single" w:sz="4" w:space="0" w:color="8A6DB0"/>
            </w:tcBorders>
            <w:shd w:val="clear" w:color="auto" w:fill="FDEBD3"/>
          </w:tcPr>
          <w:p w14:paraId="0085EB6D" w14:textId="77777777" w:rsidR="001C5DA9" w:rsidRPr="00706586" w:rsidRDefault="004F75C6">
            <w:pPr>
              <w:rPr>
                <w:sz w:val="24"/>
                <w:szCs w:val="24"/>
              </w:rPr>
            </w:pPr>
            <w:r w:rsidRPr="00706586">
              <w:rPr>
                <w:sz w:val="24"/>
                <w:szCs w:val="24"/>
              </w:rPr>
              <w:t>1.3NC1b; 2.3NC1a; 4.2NC1a</w:t>
            </w:r>
          </w:p>
        </w:tc>
      </w:tr>
    </w:tbl>
    <w:p w14:paraId="5F51A130" w14:textId="77777777" w:rsidR="004863FB" w:rsidRPr="00706586" w:rsidRDefault="004863FB">
      <w:pPr>
        <w:rPr>
          <w:rFonts w:ascii="Roboto" w:hAnsi="Roboto"/>
          <w:b/>
          <w:color w:val="7D3C98"/>
          <w:sz w:val="24"/>
          <w:szCs w:val="24"/>
        </w:rPr>
      </w:pPr>
    </w:p>
    <w:p w14:paraId="59A198A6" w14:textId="77777777" w:rsidR="004863FB" w:rsidRPr="00706586" w:rsidRDefault="004863FB">
      <w:pPr>
        <w:rPr>
          <w:rFonts w:ascii="Roboto" w:hAnsi="Roboto"/>
          <w:b/>
          <w:color w:val="7D3C98"/>
          <w:sz w:val="24"/>
          <w:szCs w:val="24"/>
        </w:rPr>
      </w:pPr>
    </w:p>
    <w:p w14:paraId="2769F12C" w14:textId="77777777" w:rsidR="00BE05F1" w:rsidRPr="00706586" w:rsidRDefault="004F75C6">
      <w:pPr>
        <w:rPr>
          <w:rFonts w:ascii="Roboto" w:hAnsi="Roboto"/>
          <w:sz w:val="24"/>
          <w:szCs w:val="24"/>
        </w:rPr>
      </w:pPr>
      <w:r w:rsidRPr="00706586">
        <w:rPr>
          <w:rFonts w:ascii="Roboto" w:hAnsi="Roboto"/>
          <w:b/>
          <w:color w:val="7D3C98"/>
          <w:sz w:val="24"/>
          <w:szCs w:val="24"/>
        </w:rPr>
        <w:t>PHẦN 2. KẾ HOẠCH KIỂM TRA, ĐÁNH GIÁ ĐỊNH KỲ</w:t>
      </w:r>
    </w:p>
    <w:tbl>
      <w:tblPr>
        <w:tblStyle w:val="TableGrid"/>
        <w:tblW w:w="0" w:type="auto"/>
        <w:tblLook w:val="04A0" w:firstRow="1" w:lastRow="0" w:firstColumn="1" w:lastColumn="0" w:noHBand="0" w:noVBand="1"/>
      </w:tblPr>
      <w:tblGrid>
        <w:gridCol w:w="3117"/>
        <w:gridCol w:w="3116"/>
        <w:gridCol w:w="3116"/>
        <w:gridCol w:w="3116"/>
        <w:gridCol w:w="3116"/>
      </w:tblGrid>
      <w:tr w:rsidR="00BE05F1" w:rsidRPr="00706586" w14:paraId="2314FBDA" w14:textId="77777777">
        <w:tc>
          <w:tcPr>
            <w:tcW w:w="3118" w:type="dxa"/>
            <w:shd w:val="clear" w:color="auto" w:fill="7D3C98"/>
          </w:tcPr>
          <w:p w14:paraId="2655E8CC" w14:textId="77777777" w:rsidR="00BE05F1" w:rsidRPr="00706586" w:rsidRDefault="004F75C6">
            <w:pPr>
              <w:jc w:val="center"/>
              <w:rPr>
                <w:rFonts w:ascii="Roboto" w:hAnsi="Roboto"/>
                <w:sz w:val="24"/>
                <w:szCs w:val="24"/>
              </w:rPr>
            </w:pPr>
            <w:r w:rsidRPr="00706586">
              <w:rPr>
                <w:rFonts w:ascii="Roboto" w:hAnsi="Roboto"/>
                <w:b/>
                <w:color w:val="FFFFFF"/>
                <w:sz w:val="24"/>
                <w:szCs w:val="24"/>
              </w:rPr>
              <w:t>Bài kiểm tra, đánh giá</w:t>
            </w:r>
          </w:p>
        </w:tc>
        <w:tc>
          <w:tcPr>
            <w:tcW w:w="3118" w:type="dxa"/>
            <w:shd w:val="clear" w:color="auto" w:fill="7D3C98"/>
          </w:tcPr>
          <w:p w14:paraId="48D09C59" w14:textId="77777777" w:rsidR="00BE05F1" w:rsidRPr="00706586" w:rsidRDefault="004F75C6">
            <w:pPr>
              <w:jc w:val="center"/>
              <w:rPr>
                <w:rFonts w:ascii="Roboto" w:hAnsi="Roboto"/>
                <w:sz w:val="24"/>
                <w:szCs w:val="24"/>
              </w:rPr>
            </w:pPr>
            <w:r w:rsidRPr="00706586">
              <w:rPr>
                <w:rFonts w:ascii="Roboto" w:hAnsi="Roboto"/>
                <w:b/>
                <w:color w:val="FFFFFF"/>
                <w:sz w:val="24"/>
                <w:szCs w:val="24"/>
              </w:rPr>
              <w:t>Thời gian làm bài</w:t>
            </w:r>
          </w:p>
        </w:tc>
        <w:tc>
          <w:tcPr>
            <w:tcW w:w="3118" w:type="dxa"/>
            <w:shd w:val="clear" w:color="auto" w:fill="7D3C98"/>
          </w:tcPr>
          <w:p w14:paraId="060ACBB1" w14:textId="77777777" w:rsidR="00BE05F1" w:rsidRPr="00706586" w:rsidRDefault="004F75C6">
            <w:pPr>
              <w:jc w:val="center"/>
              <w:rPr>
                <w:rFonts w:ascii="Roboto" w:hAnsi="Roboto"/>
                <w:sz w:val="24"/>
                <w:szCs w:val="24"/>
              </w:rPr>
            </w:pPr>
            <w:r w:rsidRPr="00706586">
              <w:rPr>
                <w:rFonts w:ascii="Roboto" w:hAnsi="Roboto"/>
                <w:b/>
                <w:color w:val="FFFFFF"/>
                <w:sz w:val="24"/>
                <w:szCs w:val="24"/>
              </w:rPr>
              <w:t>Thời điểm tổ chức</w:t>
            </w:r>
          </w:p>
        </w:tc>
        <w:tc>
          <w:tcPr>
            <w:tcW w:w="3118" w:type="dxa"/>
            <w:shd w:val="clear" w:color="auto" w:fill="7D3C98"/>
          </w:tcPr>
          <w:p w14:paraId="6734F21B" w14:textId="77777777" w:rsidR="00BE05F1" w:rsidRPr="00706586" w:rsidRDefault="004F75C6">
            <w:pPr>
              <w:jc w:val="center"/>
              <w:rPr>
                <w:rFonts w:ascii="Roboto" w:hAnsi="Roboto"/>
                <w:sz w:val="24"/>
                <w:szCs w:val="24"/>
              </w:rPr>
            </w:pPr>
            <w:r w:rsidRPr="00706586">
              <w:rPr>
                <w:rFonts w:ascii="Roboto" w:hAnsi="Roboto"/>
                <w:b/>
                <w:color w:val="FFFFFF"/>
                <w:sz w:val="24"/>
                <w:szCs w:val="24"/>
              </w:rPr>
              <w:t>Yêu cầu cần đạt</w:t>
            </w:r>
          </w:p>
        </w:tc>
        <w:tc>
          <w:tcPr>
            <w:tcW w:w="3118" w:type="dxa"/>
            <w:shd w:val="clear" w:color="auto" w:fill="7D3C98"/>
          </w:tcPr>
          <w:p w14:paraId="7538E779" w14:textId="77777777" w:rsidR="00BE05F1" w:rsidRPr="00706586" w:rsidRDefault="004F75C6">
            <w:pPr>
              <w:jc w:val="center"/>
              <w:rPr>
                <w:rFonts w:ascii="Roboto" w:hAnsi="Roboto"/>
                <w:sz w:val="24"/>
                <w:szCs w:val="24"/>
              </w:rPr>
            </w:pPr>
            <w:r w:rsidRPr="00706586">
              <w:rPr>
                <w:rFonts w:ascii="Roboto" w:hAnsi="Roboto"/>
                <w:b/>
                <w:color w:val="FFFFFF"/>
                <w:sz w:val="24"/>
                <w:szCs w:val="24"/>
              </w:rPr>
              <w:t>Hình thức tổ chức</w:t>
            </w:r>
          </w:p>
        </w:tc>
      </w:tr>
      <w:tr w:rsidR="00BE05F1" w:rsidRPr="00706586" w14:paraId="2CBEDDFA" w14:textId="77777777">
        <w:tc>
          <w:tcPr>
            <w:tcW w:w="3118" w:type="dxa"/>
            <w:tcBorders>
              <w:top w:val="single" w:sz="4" w:space="0" w:color="8A6DB0"/>
              <w:left w:val="single" w:sz="4" w:space="0" w:color="8A6DB0"/>
              <w:bottom w:val="single" w:sz="4" w:space="0" w:color="8A6DB0"/>
              <w:right w:val="single" w:sz="4" w:space="0" w:color="8A6DB0"/>
            </w:tcBorders>
          </w:tcPr>
          <w:p w14:paraId="770EAD70" w14:textId="77777777" w:rsidR="00BE05F1" w:rsidRPr="00706586" w:rsidRDefault="004F75C6">
            <w:pPr>
              <w:jc w:val="center"/>
              <w:rPr>
                <w:rFonts w:ascii="Roboto" w:hAnsi="Roboto"/>
                <w:sz w:val="24"/>
                <w:szCs w:val="24"/>
              </w:rPr>
            </w:pPr>
            <w:r w:rsidRPr="00706586">
              <w:rPr>
                <w:rFonts w:ascii="Roboto" w:hAnsi="Roboto"/>
                <w:sz w:val="24"/>
                <w:szCs w:val="24"/>
              </w:rPr>
              <w:t>Kiểm tra, đánh giá giữa Học kì 1</w:t>
            </w:r>
            <w:r w:rsidRPr="00706586">
              <w:rPr>
                <w:rFonts w:ascii="Roboto" w:hAnsi="Roboto"/>
                <w:sz w:val="24"/>
                <w:szCs w:val="24"/>
              </w:rPr>
              <w:br/>
            </w:r>
          </w:p>
        </w:tc>
        <w:tc>
          <w:tcPr>
            <w:tcW w:w="3118" w:type="dxa"/>
            <w:tcBorders>
              <w:top w:val="single" w:sz="4" w:space="0" w:color="8A6DB0"/>
              <w:left w:val="single" w:sz="4" w:space="0" w:color="8A6DB0"/>
              <w:bottom w:val="single" w:sz="4" w:space="0" w:color="8A6DB0"/>
              <w:right w:val="single" w:sz="4" w:space="0" w:color="8A6DB0"/>
            </w:tcBorders>
          </w:tcPr>
          <w:p w14:paraId="09209A53" w14:textId="77777777" w:rsidR="00BE05F1" w:rsidRPr="00706586" w:rsidRDefault="004F75C6">
            <w:pPr>
              <w:jc w:val="center"/>
              <w:rPr>
                <w:rFonts w:ascii="Roboto" w:hAnsi="Roboto"/>
                <w:sz w:val="24"/>
                <w:szCs w:val="24"/>
              </w:rPr>
            </w:pPr>
            <w:r w:rsidRPr="00706586">
              <w:rPr>
                <w:rFonts w:ascii="Roboto" w:hAnsi="Roboto"/>
                <w:sz w:val="24"/>
                <w:szCs w:val="24"/>
              </w:rPr>
              <w:t>45 phút</w:t>
            </w:r>
            <w:r w:rsidRPr="00706586">
              <w:rPr>
                <w:rFonts w:ascii="Roboto" w:hAnsi="Roboto"/>
                <w:sz w:val="24"/>
                <w:szCs w:val="24"/>
              </w:rPr>
              <w:br/>
            </w:r>
          </w:p>
        </w:tc>
        <w:tc>
          <w:tcPr>
            <w:tcW w:w="3118" w:type="dxa"/>
            <w:tcBorders>
              <w:top w:val="single" w:sz="4" w:space="0" w:color="8A6DB0"/>
              <w:left w:val="single" w:sz="4" w:space="0" w:color="8A6DB0"/>
              <w:bottom w:val="single" w:sz="4" w:space="0" w:color="8A6DB0"/>
              <w:right w:val="single" w:sz="4" w:space="0" w:color="8A6DB0"/>
            </w:tcBorders>
          </w:tcPr>
          <w:p w14:paraId="42CD26B6" w14:textId="77777777" w:rsidR="00BE05F1" w:rsidRPr="00706586" w:rsidRDefault="004F75C6">
            <w:pPr>
              <w:jc w:val="center"/>
              <w:rPr>
                <w:rFonts w:ascii="Roboto" w:hAnsi="Roboto"/>
                <w:sz w:val="24"/>
                <w:szCs w:val="24"/>
              </w:rPr>
            </w:pPr>
            <w:r w:rsidRPr="00706586">
              <w:rPr>
                <w:rFonts w:ascii="Roboto" w:hAnsi="Roboto"/>
                <w:sz w:val="24"/>
                <w:szCs w:val="24"/>
              </w:rPr>
              <w:t>Tuần 9</w:t>
            </w:r>
            <w:r w:rsidRPr="00706586">
              <w:rPr>
                <w:rFonts w:ascii="Roboto" w:hAnsi="Roboto"/>
                <w:sz w:val="24"/>
                <w:szCs w:val="24"/>
              </w:rPr>
              <w:br/>
            </w:r>
          </w:p>
        </w:tc>
        <w:tc>
          <w:tcPr>
            <w:tcW w:w="3118" w:type="dxa"/>
            <w:tcBorders>
              <w:top w:val="single" w:sz="4" w:space="0" w:color="8A6DB0"/>
              <w:left w:val="single" w:sz="4" w:space="0" w:color="8A6DB0"/>
              <w:bottom w:val="single" w:sz="4" w:space="0" w:color="8A6DB0"/>
              <w:right w:val="single" w:sz="4" w:space="0" w:color="8A6DB0"/>
            </w:tcBorders>
          </w:tcPr>
          <w:p w14:paraId="5352F5AC" w14:textId="77777777" w:rsidR="00BE05F1" w:rsidRPr="00706586" w:rsidRDefault="004F75C6">
            <w:pPr>
              <w:rPr>
                <w:rFonts w:ascii="Roboto" w:hAnsi="Roboto"/>
                <w:sz w:val="24"/>
                <w:szCs w:val="24"/>
              </w:rPr>
            </w:pPr>
            <w:r w:rsidRPr="00706586">
              <w:rPr>
                <w:rFonts w:ascii="Roboto" w:hAnsi="Roboto"/>
                <w:sz w:val="24"/>
                <w:szCs w:val="24"/>
              </w:rPr>
              <w:t>Kiểm tra, đánh giá năng lực học sinh theo ma trận, bản đặc tả đề kiểm tra giữa HKI.</w:t>
            </w:r>
            <w:r w:rsidRPr="00706586">
              <w:rPr>
                <w:rFonts w:ascii="Roboto" w:hAnsi="Roboto"/>
                <w:sz w:val="24"/>
                <w:szCs w:val="24"/>
              </w:rPr>
              <w:br/>
            </w:r>
          </w:p>
        </w:tc>
        <w:tc>
          <w:tcPr>
            <w:tcW w:w="3118" w:type="dxa"/>
            <w:tcBorders>
              <w:top w:val="single" w:sz="4" w:space="0" w:color="8A6DB0"/>
              <w:left w:val="single" w:sz="4" w:space="0" w:color="8A6DB0"/>
              <w:bottom w:val="single" w:sz="4" w:space="0" w:color="8A6DB0"/>
              <w:right w:val="single" w:sz="4" w:space="0" w:color="8A6DB0"/>
            </w:tcBorders>
          </w:tcPr>
          <w:p w14:paraId="30A7B45B" w14:textId="77777777" w:rsidR="00BE05F1" w:rsidRPr="00706586" w:rsidRDefault="004F75C6">
            <w:pPr>
              <w:jc w:val="center"/>
              <w:rPr>
                <w:rFonts w:ascii="Roboto" w:hAnsi="Roboto"/>
                <w:sz w:val="24"/>
                <w:szCs w:val="24"/>
              </w:rPr>
            </w:pPr>
            <w:r w:rsidRPr="00706586">
              <w:rPr>
                <w:rFonts w:ascii="Roboto" w:hAnsi="Roboto"/>
                <w:sz w:val="24"/>
                <w:szCs w:val="24"/>
              </w:rPr>
              <w:t>Viết trên giấy</w:t>
            </w:r>
            <w:r w:rsidRPr="00706586">
              <w:rPr>
                <w:rFonts w:ascii="Roboto" w:hAnsi="Roboto"/>
                <w:sz w:val="24"/>
                <w:szCs w:val="24"/>
              </w:rPr>
              <w:br/>
            </w:r>
          </w:p>
        </w:tc>
      </w:tr>
      <w:tr w:rsidR="00BE05F1" w:rsidRPr="00706586" w14:paraId="008698B0" w14:textId="77777777">
        <w:tc>
          <w:tcPr>
            <w:tcW w:w="3118" w:type="dxa"/>
            <w:tcBorders>
              <w:top w:val="single" w:sz="4" w:space="0" w:color="8A6DB0"/>
              <w:left w:val="single" w:sz="4" w:space="0" w:color="8A6DB0"/>
              <w:bottom w:val="single" w:sz="4" w:space="0" w:color="8A6DB0"/>
              <w:right w:val="single" w:sz="4" w:space="0" w:color="8A6DB0"/>
            </w:tcBorders>
          </w:tcPr>
          <w:p w14:paraId="31568E45" w14:textId="77777777" w:rsidR="00BE05F1" w:rsidRPr="00706586" w:rsidRDefault="004F75C6">
            <w:pPr>
              <w:jc w:val="center"/>
              <w:rPr>
                <w:rFonts w:ascii="Roboto" w:hAnsi="Roboto"/>
                <w:sz w:val="24"/>
                <w:szCs w:val="24"/>
              </w:rPr>
            </w:pPr>
            <w:r w:rsidRPr="00706586">
              <w:rPr>
                <w:rFonts w:ascii="Roboto" w:hAnsi="Roboto"/>
                <w:sz w:val="24"/>
                <w:szCs w:val="24"/>
              </w:rPr>
              <w:t>Kiểm tra, đánh giá cuối Học kì 1</w:t>
            </w:r>
            <w:r w:rsidRPr="00706586">
              <w:rPr>
                <w:rFonts w:ascii="Roboto" w:hAnsi="Roboto"/>
                <w:sz w:val="24"/>
                <w:szCs w:val="24"/>
              </w:rPr>
              <w:br/>
            </w:r>
          </w:p>
        </w:tc>
        <w:tc>
          <w:tcPr>
            <w:tcW w:w="3118" w:type="dxa"/>
            <w:tcBorders>
              <w:top w:val="single" w:sz="4" w:space="0" w:color="8A6DB0"/>
              <w:left w:val="single" w:sz="4" w:space="0" w:color="8A6DB0"/>
              <w:bottom w:val="single" w:sz="4" w:space="0" w:color="8A6DB0"/>
              <w:right w:val="single" w:sz="4" w:space="0" w:color="8A6DB0"/>
            </w:tcBorders>
          </w:tcPr>
          <w:p w14:paraId="609CCDB9" w14:textId="77777777" w:rsidR="00BE05F1" w:rsidRPr="00706586" w:rsidRDefault="004F75C6">
            <w:pPr>
              <w:jc w:val="center"/>
              <w:rPr>
                <w:rFonts w:ascii="Roboto" w:hAnsi="Roboto"/>
                <w:sz w:val="24"/>
                <w:szCs w:val="24"/>
              </w:rPr>
            </w:pPr>
            <w:r w:rsidRPr="00706586">
              <w:rPr>
                <w:rFonts w:ascii="Roboto" w:hAnsi="Roboto"/>
                <w:sz w:val="24"/>
                <w:szCs w:val="24"/>
              </w:rPr>
              <w:t>45 phút</w:t>
            </w:r>
            <w:r w:rsidRPr="00706586">
              <w:rPr>
                <w:rFonts w:ascii="Roboto" w:hAnsi="Roboto"/>
                <w:sz w:val="24"/>
                <w:szCs w:val="24"/>
              </w:rPr>
              <w:br/>
            </w:r>
          </w:p>
        </w:tc>
        <w:tc>
          <w:tcPr>
            <w:tcW w:w="3118" w:type="dxa"/>
            <w:tcBorders>
              <w:top w:val="single" w:sz="4" w:space="0" w:color="8A6DB0"/>
              <w:left w:val="single" w:sz="4" w:space="0" w:color="8A6DB0"/>
              <w:bottom w:val="single" w:sz="4" w:space="0" w:color="8A6DB0"/>
              <w:right w:val="single" w:sz="4" w:space="0" w:color="8A6DB0"/>
            </w:tcBorders>
          </w:tcPr>
          <w:p w14:paraId="7A8D182E" w14:textId="77777777" w:rsidR="00BE05F1" w:rsidRPr="00706586" w:rsidRDefault="004F75C6">
            <w:pPr>
              <w:jc w:val="center"/>
              <w:rPr>
                <w:rFonts w:ascii="Roboto" w:hAnsi="Roboto"/>
                <w:sz w:val="24"/>
                <w:szCs w:val="24"/>
              </w:rPr>
            </w:pPr>
            <w:r w:rsidRPr="00706586">
              <w:rPr>
                <w:rFonts w:ascii="Roboto" w:hAnsi="Roboto"/>
                <w:sz w:val="24"/>
                <w:szCs w:val="24"/>
              </w:rPr>
              <w:t>Tuần 1</w:t>
            </w:r>
            <w:r w:rsidR="004863FB" w:rsidRPr="00706586">
              <w:rPr>
                <w:rFonts w:ascii="Roboto" w:hAnsi="Roboto"/>
                <w:sz w:val="24"/>
                <w:szCs w:val="24"/>
              </w:rPr>
              <w:t>7</w:t>
            </w:r>
            <w:r w:rsidRPr="00706586">
              <w:rPr>
                <w:rFonts w:ascii="Roboto" w:hAnsi="Roboto"/>
                <w:sz w:val="24"/>
                <w:szCs w:val="24"/>
              </w:rPr>
              <w:br/>
            </w:r>
          </w:p>
        </w:tc>
        <w:tc>
          <w:tcPr>
            <w:tcW w:w="3118" w:type="dxa"/>
            <w:tcBorders>
              <w:top w:val="single" w:sz="4" w:space="0" w:color="8A6DB0"/>
              <w:left w:val="single" w:sz="4" w:space="0" w:color="8A6DB0"/>
              <w:bottom w:val="single" w:sz="4" w:space="0" w:color="8A6DB0"/>
              <w:right w:val="single" w:sz="4" w:space="0" w:color="8A6DB0"/>
            </w:tcBorders>
          </w:tcPr>
          <w:p w14:paraId="11E5A515" w14:textId="77777777" w:rsidR="00BE05F1" w:rsidRPr="00706586" w:rsidRDefault="004F75C6">
            <w:pPr>
              <w:rPr>
                <w:rFonts w:ascii="Roboto" w:hAnsi="Roboto"/>
                <w:sz w:val="24"/>
                <w:szCs w:val="24"/>
              </w:rPr>
            </w:pPr>
            <w:r w:rsidRPr="00706586">
              <w:rPr>
                <w:rFonts w:ascii="Roboto" w:hAnsi="Roboto"/>
                <w:sz w:val="24"/>
                <w:szCs w:val="24"/>
              </w:rPr>
              <w:t>Kiểm tra, đánh giá năng lực học sinh theo ma trận, bản đặc tả đề kiểm tra cuối HKI.</w:t>
            </w:r>
            <w:r w:rsidRPr="00706586">
              <w:rPr>
                <w:rFonts w:ascii="Roboto" w:hAnsi="Roboto"/>
                <w:sz w:val="24"/>
                <w:szCs w:val="24"/>
              </w:rPr>
              <w:br/>
            </w:r>
          </w:p>
        </w:tc>
        <w:tc>
          <w:tcPr>
            <w:tcW w:w="3118" w:type="dxa"/>
            <w:tcBorders>
              <w:top w:val="single" w:sz="4" w:space="0" w:color="8A6DB0"/>
              <w:left w:val="single" w:sz="4" w:space="0" w:color="8A6DB0"/>
              <w:bottom w:val="single" w:sz="4" w:space="0" w:color="8A6DB0"/>
              <w:right w:val="single" w:sz="4" w:space="0" w:color="8A6DB0"/>
            </w:tcBorders>
          </w:tcPr>
          <w:p w14:paraId="31FAE096" w14:textId="77777777" w:rsidR="00BE05F1" w:rsidRPr="00706586" w:rsidRDefault="004F75C6">
            <w:pPr>
              <w:jc w:val="center"/>
              <w:rPr>
                <w:rFonts w:ascii="Roboto" w:hAnsi="Roboto"/>
                <w:sz w:val="24"/>
                <w:szCs w:val="24"/>
              </w:rPr>
            </w:pPr>
            <w:r w:rsidRPr="00706586">
              <w:rPr>
                <w:rFonts w:ascii="Roboto" w:hAnsi="Roboto"/>
                <w:sz w:val="24"/>
                <w:szCs w:val="24"/>
              </w:rPr>
              <w:t>Viết trên giấy</w:t>
            </w:r>
            <w:r w:rsidRPr="00706586">
              <w:rPr>
                <w:rFonts w:ascii="Roboto" w:hAnsi="Roboto"/>
                <w:sz w:val="24"/>
                <w:szCs w:val="24"/>
              </w:rPr>
              <w:br/>
            </w:r>
          </w:p>
        </w:tc>
      </w:tr>
      <w:tr w:rsidR="00BE05F1" w:rsidRPr="00706586" w14:paraId="275E8A73" w14:textId="77777777">
        <w:tc>
          <w:tcPr>
            <w:tcW w:w="3118" w:type="dxa"/>
            <w:tcBorders>
              <w:top w:val="single" w:sz="4" w:space="0" w:color="8A6DB0"/>
              <w:left w:val="single" w:sz="4" w:space="0" w:color="8A6DB0"/>
              <w:bottom w:val="single" w:sz="4" w:space="0" w:color="8A6DB0"/>
              <w:right w:val="single" w:sz="4" w:space="0" w:color="8A6DB0"/>
            </w:tcBorders>
          </w:tcPr>
          <w:p w14:paraId="469C4246" w14:textId="77777777" w:rsidR="00BE05F1" w:rsidRPr="00706586" w:rsidRDefault="004F75C6">
            <w:pPr>
              <w:jc w:val="center"/>
              <w:rPr>
                <w:rFonts w:ascii="Roboto" w:hAnsi="Roboto"/>
                <w:sz w:val="24"/>
                <w:szCs w:val="24"/>
              </w:rPr>
            </w:pPr>
            <w:r w:rsidRPr="00706586">
              <w:rPr>
                <w:rFonts w:ascii="Roboto" w:hAnsi="Roboto"/>
                <w:sz w:val="24"/>
                <w:szCs w:val="24"/>
              </w:rPr>
              <w:t>Kiểm tra, đánh giá giữa Học kì 2</w:t>
            </w:r>
            <w:r w:rsidRPr="00706586">
              <w:rPr>
                <w:rFonts w:ascii="Roboto" w:hAnsi="Roboto"/>
                <w:sz w:val="24"/>
                <w:szCs w:val="24"/>
              </w:rPr>
              <w:br/>
            </w:r>
          </w:p>
        </w:tc>
        <w:tc>
          <w:tcPr>
            <w:tcW w:w="3118" w:type="dxa"/>
            <w:tcBorders>
              <w:top w:val="single" w:sz="4" w:space="0" w:color="8A6DB0"/>
              <w:left w:val="single" w:sz="4" w:space="0" w:color="8A6DB0"/>
              <w:bottom w:val="single" w:sz="4" w:space="0" w:color="8A6DB0"/>
              <w:right w:val="single" w:sz="4" w:space="0" w:color="8A6DB0"/>
            </w:tcBorders>
          </w:tcPr>
          <w:p w14:paraId="73A742F5" w14:textId="77777777" w:rsidR="00BE05F1" w:rsidRPr="00706586" w:rsidRDefault="004F75C6">
            <w:pPr>
              <w:jc w:val="center"/>
              <w:rPr>
                <w:rFonts w:ascii="Roboto" w:hAnsi="Roboto"/>
                <w:sz w:val="24"/>
                <w:szCs w:val="24"/>
              </w:rPr>
            </w:pPr>
            <w:r w:rsidRPr="00706586">
              <w:rPr>
                <w:rFonts w:ascii="Roboto" w:hAnsi="Roboto"/>
                <w:sz w:val="24"/>
                <w:szCs w:val="24"/>
              </w:rPr>
              <w:t>45 phút</w:t>
            </w:r>
            <w:r w:rsidRPr="00706586">
              <w:rPr>
                <w:rFonts w:ascii="Roboto" w:hAnsi="Roboto"/>
                <w:sz w:val="24"/>
                <w:szCs w:val="24"/>
              </w:rPr>
              <w:br/>
            </w:r>
          </w:p>
        </w:tc>
        <w:tc>
          <w:tcPr>
            <w:tcW w:w="3118" w:type="dxa"/>
            <w:tcBorders>
              <w:top w:val="single" w:sz="4" w:space="0" w:color="8A6DB0"/>
              <w:left w:val="single" w:sz="4" w:space="0" w:color="8A6DB0"/>
              <w:bottom w:val="single" w:sz="4" w:space="0" w:color="8A6DB0"/>
              <w:right w:val="single" w:sz="4" w:space="0" w:color="8A6DB0"/>
            </w:tcBorders>
          </w:tcPr>
          <w:p w14:paraId="72C099E7" w14:textId="77777777" w:rsidR="00BE05F1" w:rsidRPr="00706586" w:rsidRDefault="004F75C6">
            <w:pPr>
              <w:jc w:val="center"/>
              <w:rPr>
                <w:rFonts w:ascii="Roboto" w:hAnsi="Roboto"/>
                <w:sz w:val="24"/>
                <w:szCs w:val="24"/>
              </w:rPr>
            </w:pPr>
            <w:r w:rsidRPr="00706586">
              <w:rPr>
                <w:rFonts w:ascii="Roboto" w:hAnsi="Roboto"/>
                <w:sz w:val="24"/>
                <w:szCs w:val="24"/>
              </w:rPr>
              <w:t>Tuần 27</w:t>
            </w:r>
            <w:r w:rsidRPr="00706586">
              <w:rPr>
                <w:rFonts w:ascii="Roboto" w:hAnsi="Roboto"/>
                <w:sz w:val="24"/>
                <w:szCs w:val="24"/>
              </w:rPr>
              <w:br/>
            </w:r>
          </w:p>
        </w:tc>
        <w:tc>
          <w:tcPr>
            <w:tcW w:w="3118" w:type="dxa"/>
            <w:tcBorders>
              <w:top w:val="single" w:sz="4" w:space="0" w:color="8A6DB0"/>
              <w:left w:val="single" w:sz="4" w:space="0" w:color="8A6DB0"/>
              <w:bottom w:val="single" w:sz="4" w:space="0" w:color="8A6DB0"/>
              <w:right w:val="single" w:sz="4" w:space="0" w:color="8A6DB0"/>
            </w:tcBorders>
          </w:tcPr>
          <w:p w14:paraId="61DD1825" w14:textId="77777777" w:rsidR="00BE05F1" w:rsidRPr="00706586" w:rsidRDefault="004F75C6">
            <w:pPr>
              <w:rPr>
                <w:rFonts w:ascii="Roboto" w:hAnsi="Roboto"/>
                <w:sz w:val="24"/>
                <w:szCs w:val="24"/>
              </w:rPr>
            </w:pPr>
            <w:r w:rsidRPr="00706586">
              <w:rPr>
                <w:rFonts w:ascii="Roboto" w:hAnsi="Roboto"/>
                <w:sz w:val="24"/>
                <w:szCs w:val="24"/>
              </w:rPr>
              <w:t>Kiểm tra, đánh giá năng lực học sinh theo ma trận, bản đặc tả đề kiểm tra giữa HKII.</w:t>
            </w:r>
            <w:r w:rsidRPr="00706586">
              <w:rPr>
                <w:rFonts w:ascii="Roboto" w:hAnsi="Roboto"/>
                <w:sz w:val="24"/>
                <w:szCs w:val="24"/>
              </w:rPr>
              <w:br/>
            </w:r>
          </w:p>
        </w:tc>
        <w:tc>
          <w:tcPr>
            <w:tcW w:w="3118" w:type="dxa"/>
            <w:tcBorders>
              <w:top w:val="single" w:sz="4" w:space="0" w:color="8A6DB0"/>
              <w:left w:val="single" w:sz="4" w:space="0" w:color="8A6DB0"/>
              <w:bottom w:val="single" w:sz="4" w:space="0" w:color="8A6DB0"/>
              <w:right w:val="single" w:sz="4" w:space="0" w:color="8A6DB0"/>
            </w:tcBorders>
          </w:tcPr>
          <w:p w14:paraId="79F42C90" w14:textId="77777777" w:rsidR="00BE05F1" w:rsidRPr="00706586" w:rsidRDefault="004F75C6">
            <w:pPr>
              <w:jc w:val="center"/>
              <w:rPr>
                <w:rFonts w:ascii="Roboto" w:hAnsi="Roboto"/>
                <w:sz w:val="24"/>
                <w:szCs w:val="24"/>
              </w:rPr>
            </w:pPr>
            <w:r w:rsidRPr="00706586">
              <w:rPr>
                <w:rFonts w:ascii="Roboto" w:hAnsi="Roboto"/>
                <w:sz w:val="24"/>
                <w:szCs w:val="24"/>
              </w:rPr>
              <w:t>Viết trên giấy</w:t>
            </w:r>
            <w:r w:rsidRPr="00706586">
              <w:rPr>
                <w:rFonts w:ascii="Roboto" w:hAnsi="Roboto"/>
                <w:sz w:val="24"/>
                <w:szCs w:val="24"/>
              </w:rPr>
              <w:br/>
            </w:r>
          </w:p>
        </w:tc>
      </w:tr>
      <w:tr w:rsidR="00BE05F1" w:rsidRPr="00706586" w14:paraId="43E2BEEB" w14:textId="77777777">
        <w:tc>
          <w:tcPr>
            <w:tcW w:w="3118" w:type="dxa"/>
            <w:tcBorders>
              <w:top w:val="single" w:sz="4" w:space="0" w:color="8A6DB0"/>
              <w:left w:val="single" w:sz="4" w:space="0" w:color="8A6DB0"/>
              <w:bottom w:val="single" w:sz="4" w:space="0" w:color="8A6DB0"/>
              <w:right w:val="single" w:sz="4" w:space="0" w:color="8A6DB0"/>
            </w:tcBorders>
          </w:tcPr>
          <w:p w14:paraId="70F2143F" w14:textId="77777777" w:rsidR="00BE05F1" w:rsidRPr="00706586" w:rsidRDefault="004F75C6">
            <w:pPr>
              <w:jc w:val="center"/>
              <w:rPr>
                <w:rFonts w:ascii="Roboto" w:hAnsi="Roboto"/>
                <w:sz w:val="24"/>
                <w:szCs w:val="24"/>
              </w:rPr>
            </w:pPr>
            <w:r w:rsidRPr="00706586">
              <w:rPr>
                <w:rFonts w:ascii="Roboto" w:hAnsi="Roboto"/>
                <w:sz w:val="24"/>
                <w:szCs w:val="24"/>
              </w:rPr>
              <w:lastRenderedPageBreak/>
              <w:t>Kiểm tra, đánh giá cuối Học kì 2</w:t>
            </w:r>
            <w:r w:rsidRPr="00706586">
              <w:rPr>
                <w:rFonts w:ascii="Roboto" w:hAnsi="Roboto"/>
                <w:sz w:val="24"/>
                <w:szCs w:val="24"/>
              </w:rPr>
              <w:br/>
            </w:r>
          </w:p>
        </w:tc>
        <w:tc>
          <w:tcPr>
            <w:tcW w:w="3118" w:type="dxa"/>
            <w:tcBorders>
              <w:top w:val="single" w:sz="4" w:space="0" w:color="8A6DB0"/>
              <w:left w:val="single" w:sz="4" w:space="0" w:color="8A6DB0"/>
              <w:bottom w:val="single" w:sz="4" w:space="0" w:color="8A6DB0"/>
              <w:right w:val="single" w:sz="4" w:space="0" w:color="8A6DB0"/>
            </w:tcBorders>
          </w:tcPr>
          <w:p w14:paraId="11FFB71E" w14:textId="77777777" w:rsidR="00BE05F1" w:rsidRPr="00706586" w:rsidRDefault="004F75C6">
            <w:pPr>
              <w:jc w:val="center"/>
              <w:rPr>
                <w:rFonts w:ascii="Roboto" w:hAnsi="Roboto"/>
                <w:sz w:val="24"/>
                <w:szCs w:val="24"/>
              </w:rPr>
            </w:pPr>
            <w:r w:rsidRPr="00706586">
              <w:rPr>
                <w:rFonts w:ascii="Roboto" w:hAnsi="Roboto"/>
                <w:sz w:val="24"/>
                <w:szCs w:val="24"/>
              </w:rPr>
              <w:t>45 phút</w:t>
            </w:r>
            <w:r w:rsidRPr="00706586">
              <w:rPr>
                <w:rFonts w:ascii="Roboto" w:hAnsi="Roboto"/>
                <w:sz w:val="24"/>
                <w:szCs w:val="24"/>
              </w:rPr>
              <w:br/>
            </w:r>
          </w:p>
        </w:tc>
        <w:tc>
          <w:tcPr>
            <w:tcW w:w="3118" w:type="dxa"/>
            <w:tcBorders>
              <w:top w:val="single" w:sz="4" w:space="0" w:color="8A6DB0"/>
              <w:left w:val="single" w:sz="4" w:space="0" w:color="8A6DB0"/>
              <w:bottom w:val="single" w:sz="4" w:space="0" w:color="8A6DB0"/>
              <w:right w:val="single" w:sz="4" w:space="0" w:color="8A6DB0"/>
            </w:tcBorders>
          </w:tcPr>
          <w:p w14:paraId="1A20A1B0" w14:textId="77777777" w:rsidR="00BE05F1" w:rsidRPr="00706586" w:rsidRDefault="004F75C6">
            <w:pPr>
              <w:jc w:val="center"/>
              <w:rPr>
                <w:rFonts w:ascii="Roboto" w:hAnsi="Roboto"/>
                <w:sz w:val="24"/>
                <w:szCs w:val="24"/>
              </w:rPr>
            </w:pPr>
            <w:r w:rsidRPr="00706586">
              <w:rPr>
                <w:rFonts w:ascii="Roboto" w:hAnsi="Roboto"/>
                <w:sz w:val="24"/>
                <w:szCs w:val="24"/>
              </w:rPr>
              <w:t>Tuần 35</w:t>
            </w:r>
            <w:r w:rsidRPr="00706586">
              <w:rPr>
                <w:rFonts w:ascii="Roboto" w:hAnsi="Roboto"/>
                <w:sz w:val="24"/>
                <w:szCs w:val="24"/>
              </w:rPr>
              <w:br/>
            </w:r>
          </w:p>
        </w:tc>
        <w:tc>
          <w:tcPr>
            <w:tcW w:w="3118" w:type="dxa"/>
            <w:tcBorders>
              <w:top w:val="single" w:sz="4" w:space="0" w:color="8A6DB0"/>
              <w:left w:val="single" w:sz="4" w:space="0" w:color="8A6DB0"/>
              <w:bottom w:val="single" w:sz="4" w:space="0" w:color="8A6DB0"/>
              <w:right w:val="single" w:sz="4" w:space="0" w:color="8A6DB0"/>
            </w:tcBorders>
          </w:tcPr>
          <w:p w14:paraId="70E7A1B8" w14:textId="77777777" w:rsidR="00BE05F1" w:rsidRPr="00706586" w:rsidRDefault="004F75C6">
            <w:pPr>
              <w:rPr>
                <w:rFonts w:ascii="Roboto" w:hAnsi="Roboto"/>
                <w:sz w:val="24"/>
                <w:szCs w:val="24"/>
              </w:rPr>
            </w:pPr>
            <w:r w:rsidRPr="00706586">
              <w:rPr>
                <w:rFonts w:ascii="Roboto" w:hAnsi="Roboto"/>
                <w:sz w:val="24"/>
                <w:szCs w:val="24"/>
              </w:rPr>
              <w:t>Kiểm tra, đánh giá năng lực học sinh theo ma trận, bản đặc tả đề kiểm tra cuối HKII.</w:t>
            </w:r>
            <w:r w:rsidRPr="00706586">
              <w:rPr>
                <w:rFonts w:ascii="Roboto" w:hAnsi="Roboto"/>
                <w:sz w:val="24"/>
                <w:szCs w:val="24"/>
              </w:rPr>
              <w:br/>
            </w:r>
          </w:p>
        </w:tc>
        <w:tc>
          <w:tcPr>
            <w:tcW w:w="3118" w:type="dxa"/>
            <w:tcBorders>
              <w:top w:val="single" w:sz="4" w:space="0" w:color="8A6DB0"/>
              <w:left w:val="single" w:sz="4" w:space="0" w:color="8A6DB0"/>
              <w:bottom w:val="single" w:sz="4" w:space="0" w:color="8A6DB0"/>
              <w:right w:val="single" w:sz="4" w:space="0" w:color="8A6DB0"/>
            </w:tcBorders>
          </w:tcPr>
          <w:p w14:paraId="0134064F" w14:textId="77777777" w:rsidR="00BE05F1" w:rsidRPr="00706586" w:rsidRDefault="004F75C6">
            <w:pPr>
              <w:jc w:val="center"/>
              <w:rPr>
                <w:rFonts w:ascii="Roboto" w:hAnsi="Roboto"/>
                <w:sz w:val="24"/>
                <w:szCs w:val="24"/>
              </w:rPr>
            </w:pPr>
            <w:r w:rsidRPr="00706586">
              <w:rPr>
                <w:rFonts w:ascii="Roboto" w:hAnsi="Roboto"/>
                <w:sz w:val="24"/>
                <w:szCs w:val="24"/>
              </w:rPr>
              <w:t>Viết trên giấy</w:t>
            </w:r>
            <w:r w:rsidRPr="00706586">
              <w:rPr>
                <w:rFonts w:ascii="Roboto" w:hAnsi="Roboto"/>
                <w:sz w:val="24"/>
                <w:szCs w:val="24"/>
              </w:rPr>
              <w:br/>
            </w:r>
          </w:p>
        </w:tc>
      </w:tr>
    </w:tbl>
    <w:tbl>
      <w:tblPr>
        <w:tblW w:w="0" w:type="auto"/>
        <w:tblLayout w:type="fixed"/>
        <w:tblLook w:val="04A0" w:firstRow="1" w:lastRow="0" w:firstColumn="1" w:lastColumn="0" w:noHBand="0" w:noVBand="1"/>
      </w:tblPr>
      <w:tblGrid>
        <w:gridCol w:w="5211"/>
        <w:gridCol w:w="10457"/>
      </w:tblGrid>
      <w:tr w:rsidR="00BE05F1" w:rsidRPr="00706586" w14:paraId="3DA6F745" w14:textId="77777777" w:rsidTr="00A422DF">
        <w:tc>
          <w:tcPr>
            <w:tcW w:w="5211" w:type="dxa"/>
          </w:tcPr>
          <w:p w14:paraId="6CC31C61" w14:textId="77777777" w:rsidR="00A422DF" w:rsidRPr="00706586" w:rsidRDefault="00A422DF">
            <w:pPr>
              <w:rPr>
                <w:rFonts w:ascii="Roboto" w:hAnsi="Roboto"/>
                <w:b/>
                <w:bCs/>
                <w:sz w:val="24"/>
                <w:szCs w:val="24"/>
              </w:rPr>
            </w:pPr>
          </w:p>
          <w:p w14:paraId="52BC85CB" w14:textId="77777777" w:rsidR="00BE05F1" w:rsidRDefault="00A422DF">
            <w:pPr>
              <w:rPr>
                <w:rFonts w:ascii="Roboto" w:hAnsi="Roboto"/>
                <w:b/>
                <w:bCs/>
                <w:sz w:val="24"/>
                <w:szCs w:val="24"/>
              </w:rPr>
            </w:pPr>
            <w:r w:rsidRPr="00706586">
              <w:rPr>
                <w:rFonts w:ascii="Roboto" w:hAnsi="Roboto"/>
                <w:b/>
                <w:bCs/>
                <w:sz w:val="24"/>
                <w:szCs w:val="24"/>
              </w:rPr>
              <w:t xml:space="preserve">                                           TỔ TRƯỞNG</w:t>
            </w:r>
            <w:r w:rsidRPr="00706586">
              <w:rPr>
                <w:rFonts w:ascii="Roboto" w:hAnsi="Roboto"/>
                <w:b/>
                <w:bCs/>
                <w:sz w:val="24"/>
                <w:szCs w:val="24"/>
              </w:rPr>
              <w:br/>
              <w:t xml:space="preserve">                                   (Ký, ghi rõ họ tên)</w:t>
            </w:r>
          </w:p>
          <w:p w14:paraId="5EDFE8B6" w14:textId="77777777" w:rsidR="00C62F03" w:rsidRDefault="00C62F03">
            <w:pPr>
              <w:rPr>
                <w:rFonts w:ascii="Roboto" w:hAnsi="Roboto"/>
                <w:b/>
                <w:bCs/>
                <w:sz w:val="24"/>
                <w:szCs w:val="24"/>
              </w:rPr>
            </w:pPr>
          </w:p>
          <w:p w14:paraId="46DE5830" w14:textId="77777777" w:rsidR="00C62F03" w:rsidRDefault="00C62F03">
            <w:pPr>
              <w:rPr>
                <w:rFonts w:ascii="Roboto" w:hAnsi="Roboto"/>
                <w:b/>
                <w:bCs/>
                <w:sz w:val="24"/>
                <w:szCs w:val="24"/>
              </w:rPr>
            </w:pPr>
          </w:p>
          <w:p w14:paraId="1424A6D5" w14:textId="77777777" w:rsidR="00C62F03" w:rsidRPr="00706586" w:rsidRDefault="00C62F03">
            <w:pPr>
              <w:rPr>
                <w:rFonts w:ascii="Roboto" w:hAnsi="Roboto"/>
                <w:b/>
                <w:bCs/>
                <w:sz w:val="24"/>
                <w:szCs w:val="24"/>
              </w:rPr>
            </w:pPr>
          </w:p>
        </w:tc>
        <w:tc>
          <w:tcPr>
            <w:tcW w:w="10457" w:type="dxa"/>
          </w:tcPr>
          <w:p w14:paraId="5D20FAF1" w14:textId="77777777" w:rsidR="00A422DF" w:rsidRPr="00706586" w:rsidRDefault="00A422DF">
            <w:pPr>
              <w:rPr>
                <w:rFonts w:ascii="Roboto" w:hAnsi="Roboto"/>
                <w:b/>
                <w:bCs/>
                <w:sz w:val="24"/>
                <w:szCs w:val="24"/>
              </w:rPr>
            </w:pPr>
          </w:p>
          <w:p w14:paraId="6519A37D" w14:textId="77777777" w:rsidR="00BE05F1" w:rsidRDefault="00A422DF">
            <w:pPr>
              <w:rPr>
                <w:rFonts w:ascii="Roboto" w:hAnsi="Roboto"/>
                <w:b/>
                <w:bCs/>
                <w:sz w:val="24"/>
                <w:szCs w:val="24"/>
              </w:rPr>
            </w:pPr>
            <w:r w:rsidRPr="00706586">
              <w:rPr>
                <w:rFonts w:ascii="Roboto" w:hAnsi="Roboto"/>
                <w:b/>
                <w:bCs/>
                <w:sz w:val="24"/>
                <w:szCs w:val="24"/>
              </w:rPr>
              <w:t xml:space="preserve">                                                                                                                     HIỆU TRƯỞNG</w:t>
            </w:r>
            <w:r w:rsidRPr="00706586">
              <w:rPr>
                <w:rFonts w:ascii="Roboto" w:hAnsi="Roboto"/>
                <w:b/>
                <w:bCs/>
                <w:sz w:val="24"/>
                <w:szCs w:val="24"/>
              </w:rPr>
              <w:br/>
              <w:t xml:space="preserve">                                                                                                              (Ký, ghi rõ họ tên)</w:t>
            </w:r>
          </w:p>
          <w:p w14:paraId="1530565E" w14:textId="77777777" w:rsidR="00C62F03" w:rsidRDefault="00C62F03">
            <w:pPr>
              <w:rPr>
                <w:rFonts w:ascii="Roboto" w:hAnsi="Roboto"/>
                <w:b/>
                <w:bCs/>
                <w:sz w:val="24"/>
                <w:szCs w:val="24"/>
              </w:rPr>
            </w:pPr>
          </w:p>
          <w:p w14:paraId="5547C6EB" w14:textId="60CC0288" w:rsidR="00C62F03" w:rsidRPr="00706586" w:rsidRDefault="00C62F03" w:rsidP="00C536FF">
            <w:pPr>
              <w:rPr>
                <w:rFonts w:ascii="Roboto" w:hAnsi="Roboto"/>
                <w:b/>
                <w:bCs/>
                <w:sz w:val="24"/>
                <w:szCs w:val="24"/>
              </w:rPr>
            </w:pPr>
            <w:r>
              <w:rPr>
                <w:rFonts w:ascii="Roboto" w:hAnsi="Roboto"/>
                <w:b/>
                <w:bCs/>
                <w:sz w:val="24"/>
                <w:szCs w:val="24"/>
              </w:rPr>
              <w:t xml:space="preserve">                                                                                                                </w:t>
            </w:r>
          </w:p>
        </w:tc>
      </w:tr>
      <w:tr w:rsidR="00A422DF" w:rsidRPr="00706586" w14:paraId="05BB322A" w14:textId="77777777" w:rsidTr="00A422DF">
        <w:tc>
          <w:tcPr>
            <w:tcW w:w="5211" w:type="dxa"/>
          </w:tcPr>
          <w:p w14:paraId="4968D9FF" w14:textId="77777777" w:rsidR="00A422DF" w:rsidRPr="00706586" w:rsidRDefault="00A422DF">
            <w:pPr>
              <w:rPr>
                <w:rFonts w:ascii="Roboto" w:hAnsi="Roboto"/>
                <w:sz w:val="24"/>
                <w:szCs w:val="24"/>
              </w:rPr>
            </w:pPr>
          </w:p>
        </w:tc>
        <w:tc>
          <w:tcPr>
            <w:tcW w:w="10457" w:type="dxa"/>
          </w:tcPr>
          <w:p w14:paraId="567FF3DC" w14:textId="77777777" w:rsidR="00A422DF" w:rsidRPr="00706586" w:rsidRDefault="00A422DF">
            <w:pPr>
              <w:rPr>
                <w:rFonts w:ascii="Roboto" w:hAnsi="Roboto"/>
                <w:sz w:val="24"/>
                <w:szCs w:val="24"/>
              </w:rPr>
            </w:pPr>
          </w:p>
        </w:tc>
      </w:tr>
    </w:tbl>
    <w:p w14:paraId="798036AB" w14:textId="77777777" w:rsidR="00C46486" w:rsidRPr="00706586" w:rsidRDefault="00C46486">
      <w:pPr>
        <w:rPr>
          <w:rFonts w:ascii="Roboto" w:hAnsi="Roboto"/>
          <w:sz w:val="24"/>
          <w:szCs w:val="24"/>
        </w:rPr>
      </w:pPr>
    </w:p>
    <w:sectPr w:rsidR="00C46486" w:rsidRPr="00706586" w:rsidSect="00034616">
      <w:pgSz w:w="16838" w:h="11906" w:orient="landscape"/>
      <w:pgMar w:top="737" w:right="567" w:bottom="68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D0A57" w14:textId="77777777" w:rsidR="00DD4988" w:rsidRDefault="00DD4988" w:rsidP="00E93E02">
      <w:pPr>
        <w:spacing w:after="0" w:line="240" w:lineRule="auto"/>
      </w:pPr>
      <w:r>
        <w:separator/>
      </w:r>
    </w:p>
  </w:endnote>
  <w:endnote w:type="continuationSeparator" w:id="0">
    <w:p w14:paraId="00F6EEB5" w14:textId="77777777" w:rsidR="00DD4988" w:rsidRDefault="00DD4988" w:rsidP="00E93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3"/>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Roboto">
    <w:altName w:val="Times New Roman"/>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42F4D" w14:textId="77777777" w:rsidR="00DD4988" w:rsidRDefault="00DD4988" w:rsidP="00E93E02">
      <w:pPr>
        <w:spacing w:after="0" w:line="240" w:lineRule="auto"/>
      </w:pPr>
      <w:r>
        <w:separator/>
      </w:r>
    </w:p>
  </w:footnote>
  <w:footnote w:type="continuationSeparator" w:id="0">
    <w:p w14:paraId="3B5B862C" w14:textId="77777777" w:rsidR="00DD4988" w:rsidRDefault="00DD4988" w:rsidP="00E93E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1970546">
    <w:abstractNumId w:val="8"/>
  </w:num>
  <w:num w:numId="2" w16cid:durableId="369107365">
    <w:abstractNumId w:val="6"/>
  </w:num>
  <w:num w:numId="3" w16cid:durableId="1886407848">
    <w:abstractNumId w:val="5"/>
  </w:num>
  <w:num w:numId="4" w16cid:durableId="2024890693">
    <w:abstractNumId w:val="4"/>
  </w:num>
  <w:num w:numId="5" w16cid:durableId="1684555541">
    <w:abstractNumId w:val="7"/>
  </w:num>
  <w:num w:numId="6" w16cid:durableId="1073815706">
    <w:abstractNumId w:val="3"/>
  </w:num>
  <w:num w:numId="7" w16cid:durableId="291793127">
    <w:abstractNumId w:val="2"/>
  </w:num>
  <w:num w:numId="8" w16cid:durableId="1214081670">
    <w:abstractNumId w:val="1"/>
  </w:num>
  <w:num w:numId="9" w16cid:durableId="113867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3DF"/>
    <w:rsid w:val="00034616"/>
    <w:rsid w:val="0006063C"/>
    <w:rsid w:val="00084A83"/>
    <w:rsid w:val="000C14A3"/>
    <w:rsid w:val="0015074B"/>
    <w:rsid w:val="001912E7"/>
    <w:rsid w:val="001C5DA9"/>
    <w:rsid w:val="001D0C67"/>
    <w:rsid w:val="0029639D"/>
    <w:rsid w:val="002D6521"/>
    <w:rsid w:val="002E6CD2"/>
    <w:rsid w:val="00326F90"/>
    <w:rsid w:val="003458F8"/>
    <w:rsid w:val="003D16D0"/>
    <w:rsid w:val="004863FB"/>
    <w:rsid w:val="004F73ED"/>
    <w:rsid w:val="004F75C6"/>
    <w:rsid w:val="00530067"/>
    <w:rsid w:val="00581C2E"/>
    <w:rsid w:val="00633776"/>
    <w:rsid w:val="00633FC6"/>
    <w:rsid w:val="00643FDD"/>
    <w:rsid w:val="00706586"/>
    <w:rsid w:val="00736DB3"/>
    <w:rsid w:val="008F3D51"/>
    <w:rsid w:val="00905790"/>
    <w:rsid w:val="00907D30"/>
    <w:rsid w:val="0097718F"/>
    <w:rsid w:val="009D1196"/>
    <w:rsid w:val="00A10B46"/>
    <w:rsid w:val="00A422DF"/>
    <w:rsid w:val="00A96F6A"/>
    <w:rsid w:val="00AA1D8D"/>
    <w:rsid w:val="00AC5487"/>
    <w:rsid w:val="00AE5380"/>
    <w:rsid w:val="00B35B79"/>
    <w:rsid w:val="00B4769E"/>
    <w:rsid w:val="00B47730"/>
    <w:rsid w:val="00B53D11"/>
    <w:rsid w:val="00B717CC"/>
    <w:rsid w:val="00B8386D"/>
    <w:rsid w:val="00BC25FF"/>
    <w:rsid w:val="00BE05F1"/>
    <w:rsid w:val="00C223CA"/>
    <w:rsid w:val="00C46486"/>
    <w:rsid w:val="00C536FF"/>
    <w:rsid w:val="00C62F03"/>
    <w:rsid w:val="00CB0664"/>
    <w:rsid w:val="00D37477"/>
    <w:rsid w:val="00DD4988"/>
    <w:rsid w:val="00E7461D"/>
    <w:rsid w:val="00E86897"/>
    <w:rsid w:val="00E93E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33B403"/>
  <w14:defaultImageDpi w14:val="300"/>
  <w15:docId w15:val="{2FF75CB6-4114-46CA-9F3F-A04BF8B1A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F1757-9A3E-4616-A184-4B31A4A94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6587</Words>
  <Characters>37552</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Thanh Hien Phan</cp:lastModifiedBy>
  <cp:revision>2</cp:revision>
  <dcterms:created xsi:type="dcterms:W3CDTF">2026-09-08T03:59:00Z</dcterms:created>
  <dcterms:modified xsi:type="dcterms:W3CDTF">2026-09-08T03:59:00Z</dcterms:modified>
  <cp:category/>
</cp:coreProperties>
</file>